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어린 여군들의 이야기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6.25 전쟁 때 어린 여고생 신분으로 참전한 학도·여자의용군 연순과 기숙 할머니의 증언을 담은 다큐멘터리. 압록강까지 진격했다 중공군 개입으로 죽을 고비를 넘긴 기억, 목숨을 걸고 나라를 지켰음에도 오해와 아픔 때문에 평생 그 사실을 숨겨야 했던 여군들의 헌신, 먼저 떠난 전우를 향한 그리움을 조명하며 보훈과 기억의 가치를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연순과 기숙은 어떤 사람들인가요?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6.25 때 어린 여학생으로 참전한 군인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외국에서 온 의사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전쟁을 구경한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전쟁이 다 끝나고 한참 뒤에 태어난 사람들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기숙이 학도병으로 진격한 곳은 어디까지였나요?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한라산까지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압록강까지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백두산까지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남쪽 제주도 끝까지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압록강까지 갔다가 다시 후퇴한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전쟁이 끝나서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날씨가 추워서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중공군이 개입해서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먹을 식량이 다 떨어져서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두 사람이 평생 참전 사실을 숨긴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큰 상과 많은 보상을 받고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자랑하고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오해받을까 봐, 떠올리기 힘들어서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중공군 개입으로 죽을 고비를 넘기며 후퇴한다.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어린 여학생으로 전쟁에 참전한다.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전우를 기리며 화해하고 치유한다.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전쟁 뒤 참전 사실을 숨기고 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연순이 그리워하며 미안해한 대상은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어린 시절의 학교 선생님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먼저 떠난 전우 복순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사단장님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이웃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보여 주려는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전쟁의 즐거움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군인의 멋진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여군들의 헌신과 전쟁의 아픔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어린 시절 학교생활의 즐거운 추억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이야기를 보고 우리가 가져야 할 태도는?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잊지 않고 기억하며 감사하기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전쟁을 멋지게 여기기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남의 일로 여기기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이미 다 지난 일이니 그냥 잊어버리기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어린 나이에 나라를 지킨 연순·기숙 할머니께 전하고 싶은 감사의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잘 알려지지 않은 참전용사들을 기억하기 위해 우리가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잊혀진 영웅을 기억하다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6.25 전쟁 때 어린 여고생 신분으로 참전한 학도·여자의용군 연순과 기숙 할머니의 증언을 담은 다큐멘터리. 압록강까지 진격했다 중공군 개입으로 죽을 고비를 넘긴 기억, 목숨을 걸고 나라를 지켰음에도 오해와 아픔 때문에 평생 그 사실을 숨겨야 했던 여군들의 헌신, 먼저 떠난 전우를 향한 그리움을 조명하며 보훈과 기억의 가치를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연순과 기숙은 어떤 사람들인가요?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어린 나이에 참전한 여학생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외국에서 온 군인들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전쟁을 일으킨 사람들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전쟁이 끝난 뒤에 태어난 사람들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기숙이 학도병으로 진격한 곳은 어디까지였나요?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한라산까지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압록강까지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백두산까지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남쪽 제주도 끝까지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압록강까지 갔다가 후퇴하게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전쟁이 끝나서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날씨가 추워서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중공군이 개입해서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먹을 식량이 다 떨어져서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두 사람이 평생 참전 사실을 숨긴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더 큰 상과 많은 보상을 받고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자랑하고 싶어서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오해받을까 봐, 떠올리기 힘들어서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중공군 개입으로 죽을 고비를 넘기며 후퇴한다.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어린 여학생으로 전쟁에 참전한다.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전우를 기리며 화해하고 치유한다.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전쟁 뒤 참전 사실을 숨기고 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연순이 그리워하며 미안해한 대상은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어린 시절 학교 선생님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먼저 떠난 전우 복순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사단장님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이웃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 다큐멘터리가 보여 주려는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전쟁의 즐거움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군인의 멋진 모습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여군들의 헌신과 전쟁의 상처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어린 시절 학교생활의 즐거운 추억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이야기를 보고 우리가 가져야 할 태도는?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잊지 않고 기억하며 감사하기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전쟁을 멋진 일로 미화하기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남의 일로 여기기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이미 다 지난 일이니 그냥 잊어버리기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나라를 지키고도 평생 그 사실을 숨겨야 했던 여군 할머니들께 위로와 감사의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잘 알려지지 않은 '잊혀진 영웅'을 기억하는 것이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어린 여군들의 이야기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6.25 때 어린 여학생으로 참전한 군인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압록강까지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중공군이 개입해서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오해받을까 봐, 떠올리기 힘들어서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먼저 떠난 전우 복순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여군들의 헌신과 전쟁의 아픔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잊지 않고 기억하며 감사하기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그 어린 나이에 무서움을 이기고 나라를 지켜 주셔서 감사합니다. 그 용기를 잊지 않겠습니다. · (평가) 감사의 마음을 진심으로 담았는지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그분들의 이야기를 찾아보고 친구들에게 알리며, 현충일에 묵념하고 가까운 현충 시설을 찾아본다. · (평가) 기억·보훈의 실천을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잊혀진 영웅을 기억하다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어린 나이에 참전한 여학생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압록강까지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중공군이 개입해서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오해받을까 봐, 떠올리기 힘들어서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먼저 떠난 전우 복순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여군들의 헌신과 전쟁의 상처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① 잊지 않고 기억하며 감사하기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누구에게도 말 못 하고 아픔을 혼자 견디시느라 힘드셨지요. 늦었지만 그 헌신에 깊이 감사드리며 꼭 기억하겠습니다. · (평가) 숨겨야 했던 아픔에 공감해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화려하게 드러나지 않아도 누군가의 희생으로 오늘의 평화가 있기에, 그분들을 기억하고 감사해야 그 헌신이 헛되지 않고 같은 비극을 되풀이하지 않을 수 있다. · (평가) 기억의 가치를 까닭과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