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기다림의 아픔</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유나가 들은 외할아버지의 사연은 어느 전쟁 때 일인가요?</w:t>
      </w:r>
    </w:p>
    <w:p>
      <w:pPr>
        <w:ind w:left="320"/>
      </w:pPr>
      <w:r>
        <w:rPr>
          <w:rFonts w:ascii="맑은 고딕" w:hAnsi="맑은 고딕" w:eastAsia="맑은 고딕"/>
          <w:b w:val="0"/>
          <w:color w:val="4E5968"/>
          <w:sz w:val="22"/>
        </w:rPr>
        <w:t>① 6.25 전쟁</w:t>
      </w:r>
    </w:p>
    <w:p>
      <w:pPr>
        <w:ind w:left="320"/>
      </w:pPr>
      <w:r>
        <w:rPr>
          <w:rFonts w:ascii="맑은 고딕" w:hAnsi="맑은 고딕" w:eastAsia="맑은 고딕"/>
          <w:b w:val="0"/>
          <w:color w:val="4E5968"/>
          <w:sz w:val="22"/>
        </w:rPr>
        <w:t>② 임진왜란</w:t>
      </w:r>
    </w:p>
    <w:p>
      <w:pPr>
        <w:ind w:left="320"/>
      </w:pPr>
      <w:r>
        <w:rPr>
          <w:rFonts w:ascii="맑은 고딕" w:hAnsi="맑은 고딕" w:eastAsia="맑은 고딕"/>
          <w:b w:val="0"/>
          <w:color w:val="4E5968"/>
          <w:sz w:val="22"/>
        </w:rPr>
        <w:t>③ 제2차 세계대전</w:t>
      </w:r>
    </w:p>
    <w:p>
      <w:pPr>
        <w:ind w:left="320"/>
      </w:pPr>
      <w:r>
        <w:rPr>
          <w:rFonts w:ascii="맑은 고딕" w:hAnsi="맑은 고딕" w:eastAsia="맑은 고딕"/>
          <w:b w:val="0"/>
          <w:color w:val="4E5968"/>
          <w:sz w:val="22"/>
        </w:rPr>
        <w:t>④ 운동회</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외할아버지는 어떻게 북으로 가게 되었나요?</w:t>
      </w:r>
    </w:p>
    <w:p>
      <w:pPr>
        <w:ind w:left="320"/>
      </w:pPr>
      <w:r>
        <w:rPr>
          <w:rFonts w:ascii="맑은 고딕" w:hAnsi="맑은 고딕" w:eastAsia="맑은 고딕"/>
          <w:b w:val="0"/>
          <w:color w:val="4E5968"/>
          <w:sz w:val="22"/>
        </w:rPr>
        <w:t>① 제 발로 스스로 갔다</w:t>
      </w:r>
    </w:p>
    <w:p>
      <w:pPr>
        <w:ind w:left="320"/>
      </w:pPr>
      <w:r>
        <w:rPr>
          <w:rFonts w:ascii="맑은 고딕" w:hAnsi="맑은 고딕" w:eastAsia="맑은 고딕"/>
          <w:b w:val="0"/>
          <w:color w:val="4E5968"/>
          <w:sz w:val="22"/>
        </w:rPr>
        <w:t>② 강제로 끌려갔다</w:t>
      </w:r>
    </w:p>
    <w:p>
      <w:pPr>
        <w:ind w:left="320"/>
      </w:pPr>
      <w:r>
        <w:rPr>
          <w:rFonts w:ascii="맑은 고딕" w:hAnsi="맑은 고딕" w:eastAsia="맑은 고딕"/>
          <w:b w:val="0"/>
          <w:color w:val="4E5968"/>
          <w:sz w:val="22"/>
        </w:rPr>
        <w:t>③ 여행을 갔다</w:t>
      </w:r>
    </w:p>
    <w:p>
      <w:pPr>
        <w:ind w:left="320"/>
      </w:pPr>
      <w:r>
        <w:rPr>
          <w:rFonts w:ascii="맑은 고딕" w:hAnsi="맑은 고딕" w:eastAsia="맑은 고딕"/>
          <w:b w:val="0"/>
          <w:color w:val="4E5968"/>
          <w:sz w:val="22"/>
        </w:rPr>
        <w:t>④ 이사를 갔다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외할아버지(최준)의 직업은 무엇이었나요?</w:t>
      </w:r>
    </w:p>
    <w:p>
      <w:pPr>
        <w:ind w:left="320"/>
      </w:pPr>
      <w:r>
        <w:rPr>
          <w:rFonts w:ascii="맑은 고딕" w:hAnsi="맑은 고딕" w:eastAsia="맑은 고딕"/>
          <w:b w:val="0"/>
          <w:color w:val="4E5968"/>
          <w:sz w:val="22"/>
        </w:rPr>
        <w:t>① 신문 기자</w:t>
      </w:r>
    </w:p>
    <w:p>
      <w:pPr>
        <w:ind w:left="320"/>
      </w:pPr>
      <w:r>
        <w:rPr>
          <w:rFonts w:ascii="맑은 고딕" w:hAnsi="맑은 고딕" w:eastAsia="맑은 고딕"/>
          <w:b w:val="0"/>
          <w:color w:val="4E5968"/>
          <w:sz w:val="22"/>
        </w:rPr>
        <w:t>② 의사</w:t>
      </w:r>
    </w:p>
    <w:p>
      <w:pPr>
        <w:ind w:left="320"/>
      </w:pPr>
      <w:r>
        <w:rPr>
          <w:rFonts w:ascii="맑은 고딕" w:hAnsi="맑은 고딕" w:eastAsia="맑은 고딕"/>
          <w:b w:val="0"/>
          <w:color w:val="4E5968"/>
          <w:sz w:val="22"/>
        </w:rPr>
        <w:t>③ 군인</w:t>
      </w:r>
    </w:p>
    <w:p>
      <w:pPr>
        <w:ind w:left="320"/>
      </w:pPr>
      <w:r>
        <w:rPr>
          <w:rFonts w:ascii="맑은 고딕" w:hAnsi="맑은 고딕" w:eastAsia="맑은 고딕"/>
          <w:b w:val="0"/>
          <w:color w:val="4E5968"/>
          <w:sz w:val="22"/>
        </w:rPr>
        <w:t>④ 부지런한 농부</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가족은 외할아버지를 얼마나 오래 기다렸나요?</w:t>
      </w:r>
    </w:p>
    <w:p>
      <w:pPr>
        <w:ind w:left="320"/>
      </w:pPr>
      <w:r>
        <w:rPr>
          <w:rFonts w:ascii="맑은 고딕" w:hAnsi="맑은 고딕" w:eastAsia="맑은 고딕"/>
          <w:b w:val="0"/>
          <w:color w:val="4E5968"/>
          <w:sz w:val="22"/>
        </w:rPr>
        <w:t>① 단 하루 동안</w:t>
      </w:r>
    </w:p>
    <w:p>
      <w:pPr>
        <w:ind w:left="320"/>
      </w:pPr>
      <w:r>
        <w:rPr>
          <w:rFonts w:ascii="맑은 고딕" w:hAnsi="맑은 고딕" w:eastAsia="맑은 고딕"/>
          <w:b w:val="0"/>
          <w:color w:val="4E5968"/>
          <w:sz w:val="22"/>
        </w:rPr>
        <w:t>② 한 달</w:t>
      </w:r>
    </w:p>
    <w:p>
      <w:pPr>
        <w:ind w:left="320"/>
      </w:pPr>
      <w:r>
        <w:rPr>
          <w:rFonts w:ascii="맑은 고딕" w:hAnsi="맑은 고딕" w:eastAsia="맑은 고딕"/>
          <w:b w:val="0"/>
          <w:color w:val="4E5968"/>
          <w:sz w:val="22"/>
        </w:rPr>
        <w:t>③ 1년</w:t>
      </w:r>
    </w:p>
    <w:p>
      <w:pPr>
        <w:ind w:left="320"/>
      </w:pPr>
      <w:r>
        <w:rPr>
          <w:rFonts w:ascii="맑은 고딕" w:hAnsi="맑은 고딕" w:eastAsia="맑은 고딕"/>
          <w:b w:val="0"/>
          <w:color w:val="4E5968"/>
          <w:sz w:val="22"/>
        </w:rPr>
        <w:t>④ 60년 넘게</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5. </w:t>
      </w:r>
      <w:r>
        <w:rPr>
          <w:rFonts w:ascii="맑은 고딕" w:hAnsi="맑은 고딕" w:eastAsia="맑은 고딕"/>
          <w:b/>
          <w:color w:val="191F28"/>
          <w:sz w:val="23"/>
        </w:rPr>
        <w:t>스스로 넘어간 '월북'이 아니라, 강제로 끌려간 것을 무엇이라 하나요?</w:t>
      </w:r>
    </w:p>
    <w:p>
      <w:pPr>
        <w:ind w:left="320"/>
      </w:pPr>
      <w:r>
        <w:rPr>
          <w:rFonts w:ascii="맑은 고딕" w:hAnsi="맑은 고딕" w:eastAsia="맑은 고딕"/>
          <w:b w:val="0"/>
          <w:color w:val="4E5968"/>
          <w:sz w:val="22"/>
        </w:rPr>
        <w:t>① 월북</w:t>
      </w:r>
    </w:p>
    <w:p>
      <w:pPr>
        <w:ind w:left="320"/>
      </w:pPr>
      <w:r>
        <w:rPr>
          <w:rFonts w:ascii="맑은 고딕" w:hAnsi="맑은 고딕" w:eastAsia="맑은 고딕"/>
          <w:b w:val="0"/>
          <w:color w:val="4E5968"/>
          <w:sz w:val="22"/>
        </w:rPr>
        <w:t>② 납북</w:t>
      </w:r>
    </w:p>
    <w:p>
      <w:pPr>
        <w:ind w:left="320"/>
      </w:pPr>
      <w:r>
        <w:rPr>
          <w:rFonts w:ascii="맑은 고딕" w:hAnsi="맑은 고딕" w:eastAsia="맑은 고딕"/>
          <w:b w:val="0"/>
          <w:color w:val="4E5968"/>
          <w:sz w:val="22"/>
        </w:rPr>
        <w:t>③ 여행</w:t>
      </w:r>
    </w:p>
    <w:p>
      <w:pPr>
        <w:ind w:left="320"/>
      </w:pPr>
      <w:r>
        <w:rPr>
          <w:rFonts w:ascii="맑은 고딕" w:hAnsi="맑은 고딕" w:eastAsia="맑은 고딕"/>
          <w:b w:val="0"/>
          <w:color w:val="4E5968"/>
          <w:sz w:val="22"/>
        </w:rPr>
        <w:t>④ 유학</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남겨진 가족이 겪은 어려움으로 알맞은 것은?</w:t>
      </w:r>
    </w:p>
    <w:p>
      <w:pPr>
        <w:ind w:left="320"/>
      </w:pPr>
      <w:r>
        <w:rPr>
          <w:rFonts w:ascii="맑은 고딕" w:hAnsi="맑은 고딕" w:eastAsia="맑은 고딕"/>
          <w:b w:val="0"/>
          <w:color w:val="4E5968"/>
          <w:sz w:val="22"/>
        </w:rPr>
        <w:t>① 편하게 살았다</w:t>
      </w:r>
    </w:p>
    <w:p>
      <w:pPr>
        <w:ind w:left="320"/>
      </w:pPr>
      <w:r>
        <w:rPr>
          <w:rFonts w:ascii="맑은 고딕" w:hAnsi="맑은 고딕" w:eastAsia="맑은 고딕"/>
          <w:b w:val="0"/>
          <w:color w:val="4E5968"/>
          <w:sz w:val="22"/>
        </w:rPr>
        <w:t>② 엄청난 큰 부자가 되어 떵떵거리며 살았다</w:t>
      </w:r>
    </w:p>
    <w:p>
      <w:pPr>
        <w:ind w:left="320"/>
      </w:pPr>
      <w:r>
        <w:rPr>
          <w:rFonts w:ascii="맑은 고딕" w:hAnsi="맑은 고딕" w:eastAsia="맑은 고딕"/>
          <w:b w:val="0"/>
          <w:color w:val="4E5968"/>
          <w:sz w:val="22"/>
        </w:rPr>
        <w:t>③ 억울한 차별을 받으며 힘들게 살았다</w:t>
      </w:r>
    </w:p>
    <w:p>
      <w:pPr>
        <w:ind w:left="320"/>
      </w:pPr>
      <w:r>
        <w:rPr>
          <w:rFonts w:ascii="맑은 고딕" w:hAnsi="맑은 고딕" w:eastAsia="맑은 고딕"/>
          <w:b w:val="0"/>
          <w:color w:val="4E5968"/>
          <w:sz w:val="22"/>
        </w:rPr>
        <w:t>④ 금방 다시 만났다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나라(정부)가 하는 일로 알맞은 것은?</w:t>
      </w:r>
    </w:p>
    <w:p>
      <w:pPr>
        <w:ind w:left="320"/>
      </w:pPr>
      <w:r>
        <w:rPr>
          <w:rFonts w:ascii="맑은 고딕" w:hAnsi="맑은 고딕" w:eastAsia="맑은 고딕"/>
          <w:b w:val="0"/>
          <w:color w:val="4E5968"/>
          <w:sz w:val="22"/>
        </w:rPr>
        <w:t>① 전쟁을 일으킨다</w:t>
      </w:r>
    </w:p>
    <w:p>
      <w:pPr>
        <w:ind w:left="320"/>
      </w:pPr>
      <w:r>
        <w:rPr>
          <w:rFonts w:ascii="맑은 고딕" w:hAnsi="맑은 고딕" w:eastAsia="맑은 고딕"/>
          <w:b w:val="0"/>
          <w:color w:val="4E5968"/>
          <w:sz w:val="22"/>
        </w:rPr>
        <w:t>② 모른 척한다</w:t>
      </w:r>
    </w:p>
    <w:p>
      <w:pPr>
        <w:ind w:left="320"/>
      </w:pPr>
      <w:r>
        <w:rPr>
          <w:rFonts w:ascii="맑은 고딕" w:hAnsi="맑은 고딕" w:eastAsia="맑은 고딕"/>
          <w:b w:val="0"/>
          <w:color w:val="4E5968"/>
          <w:sz w:val="22"/>
        </w:rPr>
        <w:t>③ 멀쩡한 가족을 억지로 갈라 떼어 놓는다</w:t>
      </w:r>
    </w:p>
    <w:p>
      <w:pPr>
        <w:ind w:left="320"/>
      </w:pPr>
      <w:r>
        <w:rPr>
          <w:rFonts w:ascii="맑은 고딕" w:hAnsi="맑은 고딕" w:eastAsia="맑은 고딕"/>
          <w:b w:val="0"/>
          <w:color w:val="4E5968"/>
          <w:sz w:val="22"/>
        </w:rPr>
        <w:t>④ 납북자 문제를 밝히고 가족을 돕는다</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우리에게 알려 주는 것은 무엇인가요?</w:t>
      </w:r>
    </w:p>
    <w:p>
      <w:pPr>
        <w:ind w:left="320"/>
      </w:pPr>
      <w:r>
        <w:rPr>
          <w:rFonts w:ascii="맑은 고딕" w:hAnsi="맑은 고딕" w:eastAsia="맑은 고딕"/>
          <w:b w:val="0"/>
          <w:color w:val="4E5968"/>
          <w:sz w:val="22"/>
        </w:rPr>
        <w:t>① 전쟁은 아주 신나고 재미있기만 한 것이다</w:t>
      </w:r>
    </w:p>
    <w:p>
      <w:pPr>
        <w:ind w:left="320"/>
      </w:pPr>
      <w:r>
        <w:rPr>
          <w:rFonts w:ascii="맑은 고딕" w:hAnsi="맑은 고딕" w:eastAsia="맑은 고딕"/>
          <w:b w:val="0"/>
          <w:color w:val="4E5968"/>
          <w:sz w:val="22"/>
        </w:rPr>
        <w:t>② 북한은 멋지다</w:t>
      </w:r>
    </w:p>
    <w:p>
      <w:pPr>
        <w:ind w:left="320"/>
      </w:pPr>
      <w:r>
        <w:rPr>
          <w:rFonts w:ascii="맑은 고딕" w:hAnsi="맑은 고딕" w:eastAsia="맑은 고딕"/>
          <w:b w:val="0"/>
          <w:color w:val="4E5968"/>
          <w:sz w:val="22"/>
        </w:rPr>
        <w:t>③ 아직 남아 있는 분단(전쟁)의 아픔</w:t>
      </w:r>
    </w:p>
    <w:p>
      <w:pPr>
        <w:ind w:left="320"/>
      </w:pPr>
      <w:r>
        <w:rPr>
          <w:rFonts w:ascii="맑은 고딕" w:hAnsi="맑은 고딕" w:eastAsia="맑은 고딕"/>
          <w:b w:val="0"/>
          <w:color w:val="4E5968"/>
          <w:sz w:val="22"/>
        </w:rPr>
        <w:t>④ 옛날이야기일 뿐이다</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납북  ·          ·  강제로 끌려감</w:t>
      </w:r>
    </w:p>
    <w:p>
      <w:pPr>
        <w:ind w:left="320"/>
      </w:pPr>
      <w:r>
        <w:rPr>
          <w:rFonts w:ascii="맑은 고딕" w:hAnsi="맑은 고딕" w:eastAsia="맑은 고딕"/>
          <w:b w:val="0"/>
          <w:color w:val="333D4B"/>
          <w:sz w:val="22"/>
        </w:rPr>
        <w:t>월북  ·          ·  스스로 넘어감</w:t>
      </w:r>
    </w:p>
    <w:p>
      <w:pPr>
        <w:ind w:left="320"/>
      </w:pPr>
      <w:r>
        <w:rPr>
          <w:rFonts w:ascii="맑은 고딕" w:hAnsi="맑은 고딕" w:eastAsia="맑은 고딕"/>
          <w:b w:val="0"/>
          <w:color w:val="333D4B"/>
          <w:sz w:val="22"/>
        </w:rPr>
        <w:t>이산가족  ·          ·  헤어져 못 만나는 가족</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가족과 60년 넘게 헤어져 살아오신 분들께 전하고 싶은 위로의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납북, 그리고 분단</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소녀 유나가 6.25 전쟁 때 북한군에게 강제로 끌려간(납북된) 외할아버지 최준과 남겨진 가족의 아픈 사연을 듣는다. 신문 기자였던 외할아버지를 60년 넘게 기다리며 억울한 차별까지 견뎌야 했던 가족의 고통을 통해, '월북'이 아닌 '납북'의 진실과 아직 끝나지 않은 분단의 비극을 먹먹하게 일깨우는 교육용 애니메이션.</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북한군이 외할아버지 같은 사람들을 강제로 데려간 까닭은?</w:t>
      </w:r>
    </w:p>
    <w:p>
      <w:pPr>
        <w:ind w:left="320"/>
      </w:pPr>
      <w:r>
        <w:rPr>
          <w:rFonts w:ascii="맑은 고딕" w:hAnsi="맑은 고딕" w:eastAsia="맑은 고딕"/>
          <w:b w:val="0"/>
          <w:color w:val="4E5968"/>
          <w:sz w:val="22"/>
        </w:rPr>
        <w:t>① 북녘 땅 농사지을 일손이 너무 부족해서</w:t>
      </w:r>
    </w:p>
    <w:p>
      <w:pPr>
        <w:ind w:left="320"/>
      </w:pPr>
      <w:r>
        <w:rPr>
          <w:rFonts w:ascii="맑은 고딕" w:hAnsi="맑은 고딕" w:eastAsia="맑은 고딕"/>
          <w:b w:val="0"/>
          <w:color w:val="4E5968"/>
          <w:sz w:val="22"/>
        </w:rPr>
        <w:t>② 친하게 지내려고</w:t>
      </w:r>
    </w:p>
    <w:p>
      <w:pPr>
        <w:ind w:left="320"/>
      </w:pPr>
      <w:r>
        <w:rPr>
          <w:rFonts w:ascii="맑은 고딕" w:hAnsi="맑은 고딕" w:eastAsia="맑은 고딕"/>
          <w:b w:val="0"/>
          <w:color w:val="4E5968"/>
          <w:sz w:val="22"/>
        </w:rPr>
        <w:t>③ 필요한 지식인·정치인을 끌어가려고</w:t>
      </w:r>
    </w:p>
    <w:p>
      <w:pPr>
        <w:ind w:left="320"/>
      </w:pPr>
      <w:r>
        <w:rPr>
          <w:rFonts w:ascii="맑은 고딕" w:hAnsi="맑은 고딕" w:eastAsia="맑은 고딕"/>
          <w:b w:val="0"/>
          <w:color w:val="4E5968"/>
          <w:sz w:val="22"/>
        </w:rPr>
        <w:t>④ 전쟁이 끝나서</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'월북'과 '납북'의 차이로 알맞은 것은?</w:t>
      </w:r>
    </w:p>
    <w:p>
      <w:pPr>
        <w:ind w:left="320"/>
      </w:pPr>
      <w:r>
        <w:rPr>
          <w:rFonts w:ascii="맑은 고딕" w:hAnsi="맑은 고딕" w:eastAsia="맑은 고딕"/>
          <w:b w:val="0"/>
          <w:color w:val="4E5968"/>
          <w:sz w:val="22"/>
        </w:rPr>
        <w:t>① 둘 다 같은 말이다</w:t>
      </w:r>
    </w:p>
    <w:p>
      <w:pPr>
        <w:ind w:left="320"/>
      </w:pPr>
      <w:r>
        <w:rPr>
          <w:rFonts w:ascii="맑은 고딕" w:hAnsi="맑은 고딕" w:eastAsia="맑은 고딕"/>
          <w:b w:val="0"/>
          <w:color w:val="4E5968"/>
          <w:sz w:val="22"/>
        </w:rPr>
        <w:t>② 월북은 스스로, 납북은 강제로 끌려간 것</w:t>
      </w:r>
    </w:p>
    <w:p>
      <w:pPr>
        <w:ind w:left="320"/>
      </w:pPr>
      <w:r>
        <w:rPr>
          <w:rFonts w:ascii="맑은 고딕" w:hAnsi="맑은 고딕" w:eastAsia="맑은 고딕"/>
          <w:b w:val="0"/>
          <w:color w:val="4E5968"/>
          <w:sz w:val="22"/>
        </w:rPr>
        <w:t>③ 월북은 강제로 끌려간 것, 납북은 자발적인 것</w:t>
      </w:r>
    </w:p>
    <w:p>
      <w:pPr>
        <w:ind w:left="320"/>
      </w:pPr>
      <w:r>
        <w:rPr>
          <w:rFonts w:ascii="맑은 고딕" w:hAnsi="맑은 고딕" w:eastAsia="맑은 고딕"/>
          <w:b w:val="0"/>
          <w:color w:val="4E5968"/>
          <w:sz w:val="22"/>
        </w:rPr>
        <w:t>④ 둘 다 여행이다</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3. </w:t>
      </w:r>
      <w:r>
        <w:rPr>
          <w:rFonts w:ascii="맑은 고딕" w:hAnsi="맑은 고딕" w:eastAsia="맑은 고딕"/>
          <w:b/>
          <w:color w:val="191F28"/>
          <w:sz w:val="23"/>
        </w:rPr>
        <w:t>가족이 60년 넘게 희망을 놓지 못한 까닭은?</w:t>
      </w:r>
    </w:p>
    <w:p>
      <w:pPr>
        <w:ind w:left="320"/>
      </w:pPr>
      <w:r>
        <w:rPr>
          <w:rFonts w:ascii="맑은 고딕" w:hAnsi="맑은 고딕" w:eastAsia="맑은 고딕"/>
          <w:b w:val="0"/>
          <w:color w:val="4E5968"/>
          <w:sz w:val="22"/>
        </w:rPr>
        <w:t>① 부자라서</w:t>
      </w:r>
    </w:p>
    <w:p>
      <w:pPr>
        <w:ind w:left="320"/>
      </w:pPr>
      <w:r>
        <w:rPr>
          <w:rFonts w:ascii="맑은 고딕" w:hAnsi="맑은 고딕" w:eastAsia="맑은 고딕"/>
          <w:b w:val="0"/>
          <w:color w:val="4E5968"/>
          <w:sz w:val="22"/>
        </w:rPr>
        <w:t>② 정든 동네를 멀리 떠나 이사 가기 싫어서</w:t>
      </w:r>
    </w:p>
    <w:p>
      <w:pPr>
        <w:ind w:left="320"/>
      </w:pPr>
      <w:r>
        <w:rPr>
          <w:rFonts w:ascii="맑은 고딕" w:hAnsi="맑은 고딕" w:eastAsia="맑은 고딕"/>
          <w:b w:val="0"/>
          <w:color w:val="4E5968"/>
          <w:sz w:val="22"/>
        </w:rPr>
        <w:t>③ 심심해서</w:t>
      </w:r>
    </w:p>
    <w:p>
      <w:pPr>
        <w:ind w:left="320"/>
      </w:pPr>
      <w:r>
        <w:rPr>
          <w:rFonts w:ascii="맑은 고딕" w:hAnsi="맑은 고딕" w:eastAsia="맑은 고딕"/>
          <w:b w:val="0"/>
          <w:color w:val="4E5968"/>
          <w:sz w:val="22"/>
        </w:rPr>
        <w:t>④ 생사조차 모른 채 돌아오시길 바라서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4. </w:t>
      </w:r>
      <w:r>
        <w:rPr>
          <w:rFonts w:ascii="맑은 고딕" w:hAnsi="맑은 고딕" w:eastAsia="맑은 고딕"/>
          <w:b/>
          <w:color w:val="191F28"/>
          <w:sz w:val="23"/>
        </w:rPr>
        <w:t>남겨진 가족이 사회적 차별을 받은 까닭으로 알맞은 것은?</w:t>
      </w:r>
    </w:p>
    <w:p>
      <w:pPr>
        <w:ind w:left="320"/>
      </w:pPr>
      <w:r>
        <w:rPr>
          <w:rFonts w:ascii="맑은 고딕" w:hAnsi="맑은 고딕" w:eastAsia="맑은 고딕"/>
          <w:b w:val="0"/>
          <w:color w:val="4E5968"/>
          <w:sz w:val="22"/>
        </w:rPr>
        <w:t>① 북에 가족이 있다는 이유로 오해받아서</w:t>
      </w:r>
    </w:p>
    <w:p>
      <w:pPr>
        <w:ind w:left="320"/>
      </w:pPr>
      <w:r>
        <w:rPr>
          <w:rFonts w:ascii="맑은 고딕" w:hAnsi="맑은 고딕" w:eastAsia="맑은 고딕"/>
          <w:b w:val="0"/>
          <w:color w:val="4E5968"/>
          <w:sz w:val="22"/>
        </w:rPr>
        <w:t>② 공부를 못해서</w:t>
      </w:r>
    </w:p>
    <w:p>
      <w:pPr>
        <w:ind w:left="320"/>
      </w:pPr>
      <w:r>
        <w:rPr>
          <w:rFonts w:ascii="맑은 고딕" w:hAnsi="맑은 고딕" w:eastAsia="맑은 고딕"/>
          <w:b w:val="0"/>
          <w:color w:val="4E5968"/>
          <w:sz w:val="22"/>
        </w:rPr>
        <w:t>③ 돈이 많아서</w:t>
      </w:r>
    </w:p>
    <w:p>
      <w:pPr>
        <w:ind w:left="320"/>
      </w:pPr>
      <w:r>
        <w:rPr>
          <w:rFonts w:ascii="맑은 고딕" w:hAnsi="맑은 고딕" w:eastAsia="맑은 고딕"/>
          <w:b w:val="0"/>
          <w:color w:val="4E5968"/>
          <w:sz w:val="22"/>
        </w:rPr>
        <w:t>④ 한곳에 못 살고 이사를 너무 자주 다녀서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외할아버지가 강제로 납북된다.</w:t>
      </w:r>
    </w:p>
    <w:p>
      <w:pPr>
        <w:ind w:left="320"/>
      </w:pPr>
      <w:r>
        <w:rPr>
          <w:rFonts w:ascii="맑은 고딕" w:hAnsi="맑은 고딕" w:eastAsia="맑은 고딕"/>
          <w:b w:val="0"/>
          <w:color w:val="333D4B"/>
          <w:sz w:val="22"/>
        </w:rPr>
        <w:t>ㄴ. 6.25 전쟁이 일어난다.</w:t>
      </w:r>
    </w:p>
    <w:p>
      <w:pPr>
        <w:ind w:left="320"/>
      </w:pPr>
      <w:r>
        <w:rPr>
          <w:rFonts w:ascii="맑은 고딕" w:hAnsi="맑은 고딕" w:eastAsia="맑은 고딕"/>
          <w:b w:val="0"/>
          <w:color w:val="333D4B"/>
          <w:sz w:val="22"/>
        </w:rPr>
        <w:t>ㄷ. 정부가 납북자 문제 해결에 나선다.</w:t>
      </w:r>
    </w:p>
    <w:p>
      <w:pPr>
        <w:ind w:left="320"/>
      </w:pPr>
      <w:r>
        <w:rPr>
          <w:rFonts w:ascii="맑은 고딕" w:hAnsi="맑은 고딕" w:eastAsia="맑은 고딕"/>
          <w:b w:val="0"/>
          <w:color w:val="333D4B"/>
          <w:sz w:val="22"/>
        </w:rPr>
        <w:t>ㄹ. 가족이 60년 넘게 외할아버지를 기다린다.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'아빠 금방 올게'라는 제목이 주는 느낌으로 알맞은 것은?</w:t>
      </w:r>
    </w:p>
    <w:p>
      <w:pPr>
        <w:ind w:left="320"/>
      </w:pPr>
      <w:r>
        <w:rPr>
          <w:rFonts w:ascii="맑은 고딕" w:hAnsi="맑은 고딕" w:eastAsia="맑은 고딕"/>
          <w:b w:val="0"/>
          <w:color w:val="4E5968"/>
          <w:sz w:val="22"/>
        </w:rPr>
        <w:t>① 즐거운 소풍 같은 느낌</w:t>
      </w:r>
    </w:p>
    <w:p>
      <w:pPr>
        <w:ind w:left="320"/>
      </w:pPr>
      <w:r>
        <w:rPr>
          <w:rFonts w:ascii="맑은 고딕" w:hAnsi="맑은 고딕" w:eastAsia="맑은 고딕"/>
          <w:b w:val="0"/>
          <w:color w:val="4E5968"/>
          <w:sz w:val="22"/>
        </w:rPr>
        <w:t>② 끝내 지켜지지 못한 약속의 안타까움</w:t>
      </w:r>
    </w:p>
    <w:p>
      <w:pPr>
        <w:ind w:left="320"/>
      </w:pPr>
      <w:r>
        <w:rPr>
          <w:rFonts w:ascii="맑은 고딕" w:hAnsi="맑은 고딕" w:eastAsia="맑은 고딕"/>
          <w:b w:val="0"/>
          <w:color w:val="4E5968"/>
          <w:sz w:val="22"/>
        </w:rPr>
        <w:t>③ 신나는 여행 같은 느낌</w:t>
      </w:r>
    </w:p>
    <w:p>
      <w:pPr>
        <w:ind w:left="320"/>
      </w:pPr>
      <w:r>
        <w:rPr>
          <w:rFonts w:ascii="맑은 고딕" w:hAnsi="맑은 고딕" w:eastAsia="맑은 고딕"/>
          <w:b w:val="0"/>
          <w:color w:val="4E5968"/>
          <w:sz w:val="22"/>
        </w:rPr>
        <w:t>④ 그저 재미있는 약속처럼 마냥 설레는 느낌</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정부가 납북자와 그 가족을 위해 하는 노력으로 알맞은 것은?</w:t>
      </w:r>
    </w:p>
    <w:p>
      <w:pPr>
        <w:ind w:left="320"/>
      </w:pPr>
      <w:r>
        <w:rPr>
          <w:rFonts w:ascii="맑은 고딕" w:hAnsi="맑은 고딕" w:eastAsia="맑은 고딕"/>
          <w:b w:val="0"/>
          <w:color w:val="4E5968"/>
          <w:sz w:val="22"/>
        </w:rPr>
        <w:t>① 전쟁을 준비한다</w:t>
      </w:r>
    </w:p>
    <w:p>
      <w:pPr>
        <w:ind w:left="320"/>
      </w:pPr>
      <w:r>
        <w:rPr>
          <w:rFonts w:ascii="맑은 고딕" w:hAnsi="맑은 고딕" w:eastAsia="맑은 고딕"/>
          <w:b w:val="0"/>
          <w:color w:val="4E5968"/>
          <w:sz w:val="22"/>
        </w:rPr>
        <w:t>② 멀쩡한 가족을 뿔뿔이 갈라 흩어 놓는다</w:t>
      </w:r>
    </w:p>
    <w:p>
      <w:pPr>
        <w:ind w:left="320"/>
      </w:pPr>
      <w:r>
        <w:rPr>
          <w:rFonts w:ascii="맑은 고딕" w:hAnsi="맑은 고딕" w:eastAsia="맑은 고딕"/>
          <w:b w:val="0"/>
          <w:color w:val="4E5968"/>
          <w:sz w:val="22"/>
        </w:rPr>
        <w:t>③ 사실을 숨긴다</w:t>
      </w:r>
    </w:p>
    <w:p>
      <w:pPr>
        <w:ind w:left="320"/>
      </w:pPr>
      <w:r>
        <w:rPr>
          <w:rFonts w:ascii="맑은 고딕" w:hAnsi="맑은 고딕" w:eastAsia="맑은 고딕"/>
          <w:b w:val="0"/>
          <w:color w:val="4E5968"/>
          <w:sz w:val="22"/>
        </w:rPr>
        <w:t>④ 진상을 밝히고 명예를 회복해 돕는다</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바로 가장 알맞은 것은?</w:t>
      </w:r>
    </w:p>
    <w:p>
      <w:pPr>
        <w:ind w:left="320"/>
      </w:pPr>
      <w:r>
        <w:rPr>
          <w:rFonts w:ascii="맑은 고딕" w:hAnsi="맑은 고딕" w:eastAsia="맑은 고딕"/>
          <w:b w:val="0"/>
          <w:color w:val="4E5968"/>
          <w:sz w:val="22"/>
        </w:rPr>
        <w:t>① 전쟁의 아픔을 기억하고 평화를 바라자</w:t>
      </w:r>
    </w:p>
    <w:p>
      <w:pPr>
        <w:ind w:left="320"/>
      </w:pPr>
      <w:r>
        <w:rPr>
          <w:rFonts w:ascii="맑은 고딕" w:hAnsi="맑은 고딕" w:eastAsia="맑은 고딕"/>
          <w:b w:val="0"/>
          <w:color w:val="4E5968"/>
          <w:sz w:val="22"/>
        </w:rPr>
        <w:t>② 전쟁은 그 누구도 어쩔 수 없는 일이다</w:t>
      </w:r>
    </w:p>
    <w:p>
      <w:pPr>
        <w:ind w:left="320"/>
      </w:pPr>
      <w:r>
        <w:rPr>
          <w:rFonts w:ascii="맑은 고딕" w:hAnsi="맑은 고딕" w:eastAsia="맑은 고딕"/>
          <w:b w:val="0"/>
          <w:color w:val="4E5968"/>
          <w:sz w:val="22"/>
        </w:rPr>
        <w:t>③ 북한이 부럽다</w:t>
      </w:r>
    </w:p>
    <w:p>
      <w:pPr>
        <w:ind w:left="320"/>
      </w:pPr>
      <w:r>
        <w:rPr>
          <w:rFonts w:ascii="맑은 고딕" w:hAnsi="맑은 고딕" w:eastAsia="맑은 고딕"/>
          <w:b w:val="0"/>
          <w:color w:val="4E5968"/>
          <w:sz w:val="22"/>
        </w:rPr>
        <w:t>④ 옛일은 잊는 게 낫다</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'금방 온다'던 아버지를 평생 기다린 가족의 마음이 어떠했을지 헤아려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이런 이산가족·납북 피해의 아픔을 줄이려면 무엇이 필요할지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기다림의 아픔</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6.25 전쟁</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강제로 끌려갔다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① 신문 기자</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60년 넘게</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② 납북</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③ 억울한 차별을 받으며 힘들게 살았다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④ 납북자 문제를 밝히고 가족을 돕는다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아직 남아 있는 분단(전쟁)의 아픔</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납북-강제로 끌려감 / 월북-스스로 넘어감 / 이산가족-못 만나는 가족</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오랜 세월 가족을 그리워하며 견디시느라 얼마나 힘드셨어요. 어서 다시 만나는 날이 오길 바랍니다. · (평가) 위로의 마음을 진심으로 표현했는지 봐 주세요.</w:t>
      </w:r>
    </w:p>
    <w:p>
      <w:r>
        <w:br w:type="page"/>
      </w:r>
    </w:p>
    <w:p>
      <w:pPr>
        <w:spacing w:before="160"/>
      </w:pPr>
      <w:r>
        <w:rPr>
          <w:rFonts w:ascii="맑은 고딕" w:hAnsi="맑은 고딕" w:eastAsia="맑은 고딕"/>
          <w:b/>
          <w:color w:val="2272EB"/>
          <w:sz w:val="26"/>
        </w:rPr>
        <w:t>[중학년] 납북, 그리고 분단</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③ 필요한 지식인·정치인을 끌어가려고</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월북은 스스로, 납북은 강제로 끌려간 것</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④ 생사조차 모른 채 돌아오시길 바라서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① 북에 가족이 있다는 이유로 오해받아서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끝내 지켜지지 못한 약속의 안타까움</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④ 진상을 밝히고 명예를 회복해 돕는다</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전쟁의 아픔을 기억하고 평화를 바라자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언젠가 돌아오실 거라는 희망과, 만나지 못하는 그리움·서러움이 함께한 힘든 세월이었을 것이다. · (평가) 가족의 마음에 공감해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다시는 전쟁이 없도록 평화를 지키고, 헤어진 가족이 만날 수 있게 남북이 대화하며, 그분들의 아픔을 기억하고 도와야 한다. · (평가) 평화·해결을 위한 생각을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