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굴복하지 않은 유관순</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이화학당 학생 유관순이 아우내 장터에서 3천 명을 이끌고 만세 운동을 주도하고, 부모님을 잃은 슬픔 속에서도 서대문 형무소에 갇혀 옥중 투쟁을 이어 간다. 잘못을 빌면 풀어 주겠다는 회유와 혹독한 고문에도 끝까지 조선의 독립을 외치다 순국한 유관순. 그 굴복하지 않은 신념과 희생이 더 많은 이를 독립운동으로 이끌고 마침내 광복으로 이어졌음을 묵직하게 전하는 애니메이션.</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유관순이 만세 운동을 주도한 곳은 어디인가요?</w:t>
      </w:r>
    </w:p>
    <w:p>
      <w:pPr>
        <w:ind w:left="320"/>
      </w:pPr>
      <w:r>
        <w:rPr>
          <w:rFonts w:ascii="맑은 고딕" w:hAnsi="맑은 고딕" w:eastAsia="맑은 고딕"/>
          <w:b w:val="0"/>
          <w:color w:val="4E5968"/>
          <w:sz w:val="22"/>
        </w:rPr>
        <w:t>① 서울 종로 거리</w:t>
      </w:r>
    </w:p>
    <w:p>
      <w:pPr>
        <w:ind w:left="320"/>
      </w:pPr>
      <w:r>
        <w:rPr>
          <w:rFonts w:ascii="맑은 고딕" w:hAnsi="맑은 고딕" w:eastAsia="맑은 고딕"/>
          <w:b w:val="0"/>
          <w:color w:val="4E5968"/>
          <w:sz w:val="22"/>
        </w:rPr>
        <w:t>② 부산 자갈치 시장</w:t>
      </w:r>
    </w:p>
    <w:p>
      <w:pPr>
        <w:ind w:left="320"/>
      </w:pPr>
      <w:r>
        <w:rPr>
          <w:rFonts w:ascii="맑은 고딕" w:hAnsi="맑은 고딕" w:eastAsia="맑은 고딕"/>
          <w:b w:val="0"/>
          <w:color w:val="4E5968"/>
          <w:sz w:val="22"/>
        </w:rPr>
        <w:t>③ 아우내 장터</w:t>
      </w:r>
    </w:p>
    <w:p>
      <w:pPr>
        <w:ind w:left="320"/>
      </w:pPr>
      <w:r>
        <w:rPr>
          <w:rFonts w:ascii="맑은 고딕" w:hAnsi="맑은 고딕" w:eastAsia="맑은 고딕"/>
          <w:b w:val="0"/>
          <w:color w:val="4E5968"/>
          <w:sz w:val="22"/>
        </w:rPr>
        <w:t>④ 평양 대동강 가</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유관순의 부모님은 어떻게 되셨나요?</w:t>
      </w:r>
    </w:p>
    <w:p>
      <w:pPr>
        <w:ind w:left="320"/>
      </w:pPr>
      <w:r>
        <w:rPr>
          <w:rFonts w:ascii="맑은 고딕" w:hAnsi="맑은 고딕" w:eastAsia="맑은 고딕"/>
          <w:b w:val="0"/>
          <w:color w:val="4E5968"/>
          <w:sz w:val="22"/>
        </w:rPr>
        <w:t>① 멀리 외국으로 떠나셨다</w:t>
      </w:r>
    </w:p>
    <w:p>
      <w:pPr>
        <w:ind w:left="320"/>
      </w:pPr>
      <w:r>
        <w:rPr>
          <w:rFonts w:ascii="맑은 고딕" w:hAnsi="맑은 고딕" w:eastAsia="맑은 고딕"/>
          <w:b w:val="0"/>
          <w:color w:val="4E5968"/>
          <w:sz w:val="22"/>
        </w:rPr>
        <w:t>② 만세 운동 중 돌아가셨다</w:t>
      </w:r>
    </w:p>
    <w:p>
      <w:pPr>
        <w:ind w:left="320"/>
      </w:pPr>
      <w:r>
        <w:rPr>
          <w:rFonts w:ascii="맑은 고딕" w:hAnsi="맑은 고딕" w:eastAsia="맑은 고딕"/>
          <w:b w:val="0"/>
          <w:color w:val="4E5968"/>
          <w:sz w:val="22"/>
        </w:rPr>
        <w:t>③ 오랜 감옥살이 끝에 풀려나셨다</w:t>
      </w:r>
    </w:p>
    <w:p>
      <w:pPr>
        <w:ind w:left="320"/>
      </w:pPr>
      <w:r>
        <w:rPr>
          <w:rFonts w:ascii="맑은 고딕" w:hAnsi="맑은 고딕" w:eastAsia="맑은 고딕"/>
          <w:b w:val="0"/>
          <w:color w:val="4E5968"/>
          <w:sz w:val="22"/>
        </w:rPr>
        <w:t>④ 고향에서 농사를 지으셨다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일본이 풀어 주겠다며 유관순에게 요구한 것은?</w:t>
      </w:r>
    </w:p>
    <w:p>
      <w:pPr>
        <w:ind w:left="320"/>
      </w:pPr>
      <w:r>
        <w:rPr>
          <w:rFonts w:ascii="맑은 고딕" w:hAnsi="맑은 고딕" w:eastAsia="맑은 고딕"/>
          <w:b w:val="0"/>
          <w:color w:val="4E5968"/>
          <w:sz w:val="22"/>
        </w:rPr>
        <w:t>① 돈을 많이 내라는 것</w:t>
      </w:r>
    </w:p>
    <w:p>
      <w:pPr>
        <w:ind w:left="320"/>
      </w:pPr>
      <w:r>
        <w:rPr>
          <w:rFonts w:ascii="맑은 고딕" w:hAnsi="맑은 고딕" w:eastAsia="맑은 고딕"/>
          <w:b w:val="0"/>
          <w:color w:val="4E5968"/>
          <w:sz w:val="22"/>
        </w:rPr>
        <w:t>② 함께한 다른 친구들의 이름을 모두 대라는 것</w:t>
      </w:r>
    </w:p>
    <w:p>
      <w:pPr>
        <w:ind w:left="320"/>
      </w:pPr>
      <w:r>
        <w:rPr>
          <w:rFonts w:ascii="맑은 고딕" w:hAnsi="맑은 고딕" w:eastAsia="맑은 고딕"/>
          <w:b w:val="0"/>
          <w:color w:val="4E5968"/>
          <w:sz w:val="22"/>
        </w:rPr>
        <w:t>③ 고향을 떠나 살라는 것</w:t>
      </w:r>
    </w:p>
    <w:p>
      <w:pPr>
        <w:ind w:left="320"/>
      </w:pPr>
      <w:r>
        <w:rPr>
          <w:rFonts w:ascii="맑은 고딕" w:hAnsi="맑은 고딕" w:eastAsia="맑은 고딕"/>
          <w:b w:val="0"/>
          <w:color w:val="4E5968"/>
          <w:sz w:val="22"/>
        </w:rPr>
        <w:t>④ 잘못을 빌고 충성하라는 것</w:t>
      </w:r>
    </w:p>
    <w:p>
      <w:pPr>
        <w:spacing w:before="240"/>
      </w:pPr>
      <w:r>
        <w:rPr>
          <w:rFonts w:ascii="맑은 고딕" w:hAnsi="맑은 고딕" w:eastAsia="맑은 고딕"/>
          <w:b/>
          <w:color w:val="8B95A1"/>
          <w:sz w:val="17"/>
        </w:rPr>
        <w:t xml:space="preserve">  추론 · 마음 읽기  </w:t>
      </w:r>
    </w:p>
    <w:p>
      <w:r>
        <w:rPr>
          <w:rFonts w:ascii="맑은 고딕" w:hAnsi="맑은 고딕" w:eastAsia="맑은 고딕"/>
          <w:b/>
          <w:color w:val="2272EB"/>
          <w:sz w:val="24"/>
        </w:rPr>
        <w:t xml:space="preserve">4. </w:t>
      </w:r>
      <w:r>
        <w:rPr>
          <w:rFonts w:ascii="맑은 고딕" w:hAnsi="맑은 고딕" w:eastAsia="맑은 고딕"/>
          <w:b/>
          <w:color w:val="191F28"/>
          <w:sz w:val="23"/>
        </w:rPr>
        <w:t>그 요구에 대한 유관순의 태도로 알맞은 것은?</w:t>
      </w:r>
    </w:p>
    <w:p>
      <w:pPr>
        <w:ind w:left="320"/>
      </w:pPr>
      <w:r>
        <w:rPr>
          <w:rFonts w:ascii="맑은 고딕" w:hAnsi="맑은 고딕" w:eastAsia="맑은 고딕"/>
          <w:b w:val="0"/>
          <w:color w:val="4E5968"/>
          <w:sz w:val="22"/>
        </w:rPr>
        <w:t>① 끝까지 독립을 외치며 거부했다</w:t>
      </w:r>
    </w:p>
    <w:p>
      <w:pPr>
        <w:ind w:left="320"/>
      </w:pPr>
      <w:r>
        <w:rPr>
          <w:rFonts w:ascii="맑은 고딕" w:hAnsi="맑은 고딕" w:eastAsia="맑은 고딕"/>
          <w:b w:val="0"/>
          <w:color w:val="4E5968"/>
          <w:sz w:val="22"/>
        </w:rPr>
        <w:t>② 겁이 나서 곧바로 잘못을 빌고 풀려났다</w:t>
      </w:r>
    </w:p>
    <w:p>
      <w:pPr>
        <w:ind w:left="320"/>
      </w:pPr>
      <w:r>
        <w:rPr>
          <w:rFonts w:ascii="맑은 고딕" w:hAnsi="맑은 고딕" w:eastAsia="맑은 고딕"/>
          <w:b w:val="0"/>
          <w:color w:val="4E5968"/>
          <w:sz w:val="22"/>
        </w:rPr>
        <w:t>③ 조용히 모른 척했다</w:t>
      </w:r>
    </w:p>
    <w:p>
      <w:pPr>
        <w:ind w:left="320"/>
      </w:pPr>
      <w:r>
        <w:rPr>
          <w:rFonts w:ascii="맑은 고딕" w:hAnsi="맑은 고딕" w:eastAsia="맑은 고딕"/>
          <w:b w:val="0"/>
          <w:color w:val="4E5968"/>
          <w:sz w:val="22"/>
        </w:rPr>
        <w:t>④ 친구들을 원망했다</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일이 일어난 순서대로 기호를 써 보세요.</w:t>
      </w:r>
    </w:p>
    <w:p>
      <w:pPr>
        <w:ind w:left="320"/>
      </w:pPr>
      <w:r>
        <w:rPr>
          <w:rFonts w:ascii="맑은 고딕" w:hAnsi="맑은 고딕" w:eastAsia="맑은 고딕"/>
          <w:b w:val="0"/>
          <w:color w:val="333D4B"/>
          <w:sz w:val="22"/>
        </w:rPr>
        <w:t>ㄱ. 일본이 회유했지만 끝까지 거부한다.</w:t>
      </w:r>
    </w:p>
    <w:p>
      <w:pPr>
        <w:ind w:left="320"/>
      </w:pPr>
      <w:r>
        <w:rPr>
          <w:rFonts w:ascii="맑은 고딕" w:hAnsi="맑은 고딕" w:eastAsia="맑은 고딕"/>
          <w:b w:val="0"/>
          <w:color w:val="333D4B"/>
          <w:sz w:val="22"/>
        </w:rPr>
        <w:t>ㄴ. 아우내 장터에서 만세 운동을 이끈다.</w:t>
      </w:r>
    </w:p>
    <w:p>
      <w:pPr>
        <w:ind w:left="320"/>
      </w:pPr>
      <w:r>
        <w:rPr>
          <w:rFonts w:ascii="맑은 고딕" w:hAnsi="맑은 고딕" w:eastAsia="맑은 고딕"/>
          <w:b w:val="0"/>
          <w:color w:val="333D4B"/>
          <w:sz w:val="22"/>
        </w:rPr>
        <w:t>ㄷ. 옥중에서 순국하고 그 뜻이 널리 퍼진다.</w:t>
      </w:r>
    </w:p>
    <w:p>
      <w:pPr>
        <w:ind w:left="320"/>
      </w:pPr>
      <w:r>
        <w:rPr>
          <w:rFonts w:ascii="맑은 고딕" w:hAnsi="맑은 고딕" w:eastAsia="맑은 고딕"/>
          <w:b w:val="0"/>
          <w:color w:val="333D4B"/>
          <w:sz w:val="22"/>
        </w:rPr>
        <w:t>ㄹ. 서대문 형무소에 갇혀 고문을 받는다.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감옥에 갇혀서도 유관순이 한 일은 무엇인가요?</w:t>
      </w:r>
    </w:p>
    <w:p>
      <w:pPr>
        <w:ind w:left="320"/>
      </w:pPr>
      <w:r>
        <w:rPr>
          <w:rFonts w:ascii="맑은 고딕" w:hAnsi="맑은 고딕" w:eastAsia="맑은 고딕"/>
          <w:b w:val="0"/>
          <w:color w:val="4E5968"/>
          <w:sz w:val="22"/>
        </w:rPr>
        <w:t>① 시키는 대로 조용히 벌을 받기만 했다</w:t>
      </w:r>
    </w:p>
    <w:p>
      <w:pPr>
        <w:ind w:left="320"/>
      </w:pPr>
      <w:r>
        <w:rPr>
          <w:rFonts w:ascii="맑은 고딕" w:hAnsi="맑은 고딕" w:eastAsia="맑은 고딕"/>
          <w:b w:val="0"/>
          <w:color w:val="4E5968"/>
          <w:sz w:val="22"/>
        </w:rPr>
        <w:t>② 재소자들과 함께 만세를 외쳤다</w:t>
      </w:r>
    </w:p>
    <w:p>
      <w:pPr>
        <w:ind w:left="320"/>
      </w:pPr>
      <w:r>
        <w:rPr>
          <w:rFonts w:ascii="맑은 고딕" w:hAnsi="맑은 고딕" w:eastAsia="맑은 고딕"/>
          <w:b w:val="0"/>
          <w:color w:val="4E5968"/>
          <w:sz w:val="22"/>
        </w:rPr>
        <w:t>③ 탈출을 시도했다</w:t>
      </w:r>
    </w:p>
    <w:p>
      <w:pPr>
        <w:ind w:left="320"/>
      </w:pPr>
      <w:r>
        <w:rPr>
          <w:rFonts w:ascii="맑은 고딕" w:hAnsi="맑은 고딕" w:eastAsia="맑은 고딕"/>
          <w:b w:val="0"/>
          <w:color w:val="4E5968"/>
          <w:sz w:val="22"/>
        </w:rPr>
        <w:t>④ 일본 말을 배웠다</w:t>
      </w:r>
    </w:p>
    <w:p>
      <w:pPr>
        <w:spacing w:before="240"/>
      </w:pPr>
      <w:r>
        <w:rPr>
          <w:rFonts w:ascii="맑은 고딕" w:hAnsi="맑은 고딕" w:eastAsia="맑은 고딕"/>
          <w:b/>
          <w:color w:val="8B95A1"/>
          <w:sz w:val="17"/>
        </w:rPr>
        <w:t xml:space="preserve">  해석 · 의미 파악  </w:t>
      </w:r>
    </w:p>
    <w:p>
      <w:r>
        <w:rPr>
          <w:rFonts w:ascii="맑은 고딕" w:hAnsi="맑은 고딕" w:eastAsia="맑은 고딕"/>
          <w:b/>
          <w:color w:val="2272EB"/>
          <w:sz w:val="24"/>
        </w:rPr>
        <w:t xml:space="preserve">7. </w:t>
      </w:r>
      <w:r>
        <w:rPr>
          <w:rFonts w:ascii="맑은 고딕" w:hAnsi="맑은 고딕" w:eastAsia="맑은 고딕"/>
          <w:b/>
          <w:color w:val="191F28"/>
          <w:sz w:val="23"/>
        </w:rPr>
        <w:t>유관순의 희생이 가져온 결과로 알맞은 것은?</w:t>
      </w:r>
    </w:p>
    <w:p>
      <w:pPr>
        <w:ind w:left="320"/>
      </w:pPr>
      <w:r>
        <w:rPr>
          <w:rFonts w:ascii="맑은 고딕" w:hAnsi="맑은 고딕" w:eastAsia="맑은 고딕"/>
          <w:b w:val="0"/>
          <w:color w:val="4E5968"/>
          <w:sz w:val="22"/>
        </w:rPr>
        <w:t>① 타오르던 만세 운동이 곧 시들어 사라졌다</w:t>
      </w:r>
    </w:p>
    <w:p>
      <w:pPr>
        <w:ind w:left="320"/>
      </w:pPr>
      <w:r>
        <w:rPr>
          <w:rFonts w:ascii="맑은 고딕" w:hAnsi="맑은 고딕" w:eastAsia="맑은 고딕"/>
          <w:b w:val="0"/>
          <w:color w:val="4E5968"/>
          <w:sz w:val="22"/>
        </w:rPr>
        <w:t>② 일본이 조선을 칭찬했다</w:t>
      </w:r>
    </w:p>
    <w:p>
      <w:pPr>
        <w:ind w:left="320"/>
      </w:pPr>
      <w:r>
        <w:rPr>
          <w:rFonts w:ascii="맑은 고딕" w:hAnsi="맑은 고딕" w:eastAsia="맑은 고딕"/>
          <w:b w:val="0"/>
          <w:color w:val="4E5968"/>
          <w:sz w:val="22"/>
        </w:rPr>
        <w:t>③ 더 많은 사람을 독립운동으로 이끌었다</w:t>
      </w:r>
    </w:p>
    <w:p>
      <w:pPr>
        <w:ind w:left="320"/>
      </w:pPr>
      <w:r>
        <w:rPr>
          <w:rFonts w:ascii="맑은 고딕" w:hAnsi="맑은 고딕" w:eastAsia="맑은 고딕"/>
          <w:b w:val="0"/>
          <w:color w:val="4E5968"/>
          <w:sz w:val="22"/>
        </w:rPr>
        <w:t>④ 사람들이 만세를 잊었다</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이야기가 전하는 것으로 가장 알맞은 것은?</w:t>
      </w:r>
    </w:p>
    <w:p>
      <w:pPr>
        <w:ind w:left="320"/>
      </w:pPr>
      <w:r>
        <w:rPr>
          <w:rFonts w:ascii="맑은 고딕" w:hAnsi="맑은 고딕" w:eastAsia="맑은 고딕"/>
          <w:b w:val="0"/>
          <w:color w:val="4E5968"/>
          <w:sz w:val="22"/>
        </w:rPr>
        <w:t>① 굴복하지 않은 애국심</w:t>
      </w:r>
    </w:p>
    <w:p>
      <w:pPr>
        <w:ind w:left="320"/>
      </w:pPr>
      <w:r>
        <w:rPr>
          <w:rFonts w:ascii="맑은 고딕" w:hAnsi="맑은 고딕" w:eastAsia="맑은 고딕"/>
          <w:b w:val="0"/>
          <w:color w:val="4E5968"/>
          <w:sz w:val="22"/>
        </w:rPr>
        <w:t>② 싸움에서 이기는 방법</w:t>
      </w:r>
    </w:p>
    <w:p>
      <w:pPr>
        <w:ind w:left="320"/>
      </w:pPr>
      <w:r>
        <w:rPr>
          <w:rFonts w:ascii="맑은 고딕" w:hAnsi="맑은 고딕" w:eastAsia="맑은 고딕"/>
          <w:b w:val="0"/>
          <w:color w:val="4E5968"/>
          <w:sz w:val="22"/>
        </w:rPr>
        <w:t>③ 감옥에서 살아남는 법</w:t>
      </w:r>
    </w:p>
    <w:p>
      <w:pPr>
        <w:ind w:left="320"/>
      </w:pPr>
      <w:r>
        <w:rPr>
          <w:rFonts w:ascii="맑은 고딕" w:hAnsi="맑은 고딕" w:eastAsia="맑은 고딕"/>
          <w:b w:val="0"/>
          <w:color w:val="4E5968"/>
          <w:sz w:val="22"/>
        </w:rPr>
        <w:t>④ 위험을 피해 외국으로 떠나는 용기</w:t>
      </w:r>
    </w:p>
    <w:p>
      <w:pPr>
        <w:spacing w:before="240"/>
      </w:pPr>
      <w:r>
        <w:rPr>
          <w:rFonts w:ascii="맑은 고딕" w:hAnsi="맑은 고딕" w:eastAsia="맑은 고딕"/>
          <w:b/>
          <w:color w:val="8B95A1"/>
          <w:sz w:val="17"/>
        </w:rPr>
        <w:t xml:space="preserve">  공감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부모님을 잃고도 끝까지 독립을 외친 유관순의 마음이 어떠했을지 헤아려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가치 판단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유관순 같은 분들의 희생 덕분에 오늘 우리가 누리는 것은 무엇인지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자유의 횃불</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이화학당 학생 유관순이 아우내 장터에서 3천 명을 이끌고 만세 운동을 주도하고, 부모님을 잃은 슬픔 속에서도 서대문 형무소에 갇혀 옥중 투쟁을 이어 간다. 잘못을 빌면 풀어 주겠다는 회유와 혹독한 고문에도 끝까지 조선의 독립을 외치다 순국한 유관순. 그 굴복하지 않은 신념과 희생이 더 많은 이를 독립운동으로 이끌고 마침내 광복으로 이어졌음을 묵직하게 전하는 애니메이션.</w:t>
      </w:r>
    </w:p>
    <w:p>
      <w:pPr>
        <w:spacing w:before="240"/>
      </w:pPr>
      <w:r>
        <w:rPr>
          <w:rFonts w:ascii="맑은 고딕" w:hAnsi="맑은 고딕" w:eastAsia="맑은 고딕"/>
          <w:b/>
          <w:color w:val="8B95A1"/>
          <w:sz w:val="17"/>
        </w:rPr>
        <w:t xml:space="preserve">  해석 · 의미 파악  </w:t>
      </w:r>
    </w:p>
    <w:p>
      <w:r>
        <w:rPr>
          <w:rFonts w:ascii="맑은 고딕" w:hAnsi="맑은 고딕" w:eastAsia="맑은 고딕"/>
          <w:b/>
          <w:color w:val="2272EB"/>
          <w:sz w:val="24"/>
        </w:rPr>
        <w:t xml:space="preserve">1. </w:t>
      </w:r>
      <w:r>
        <w:rPr>
          <w:rFonts w:ascii="맑은 고딕" w:hAnsi="맑은 고딕" w:eastAsia="맑은 고딕"/>
          <w:b/>
          <w:color w:val="191F28"/>
          <w:sz w:val="23"/>
        </w:rPr>
        <w:t>'조국이 없으면 살아도 산 목숨이 아니다'라는 말이 뜻하는 것은?</w:t>
      </w:r>
    </w:p>
    <w:p>
      <w:pPr>
        <w:ind w:left="320"/>
      </w:pPr>
      <w:r>
        <w:rPr>
          <w:rFonts w:ascii="맑은 고딕" w:hAnsi="맑은 고딕" w:eastAsia="맑은 고딕"/>
          <w:b w:val="0"/>
          <w:color w:val="4E5968"/>
          <w:sz w:val="22"/>
        </w:rPr>
        <w:t>① 독립이 목숨보다 소중하다</w:t>
      </w:r>
    </w:p>
    <w:p>
      <w:pPr>
        <w:ind w:left="320"/>
      </w:pPr>
      <w:r>
        <w:rPr>
          <w:rFonts w:ascii="맑은 고딕" w:hAnsi="맑은 고딕" w:eastAsia="맑은 고딕"/>
          <w:b w:val="0"/>
          <w:color w:val="4E5968"/>
          <w:sz w:val="22"/>
        </w:rPr>
        <w:t>② 감옥 생활이 너무 고통스럽다</w:t>
      </w:r>
    </w:p>
    <w:p>
      <w:pPr>
        <w:ind w:left="320"/>
      </w:pPr>
      <w:r>
        <w:rPr>
          <w:rFonts w:ascii="맑은 고딕" w:hAnsi="맑은 고딕" w:eastAsia="맑은 고딕"/>
          <w:b w:val="0"/>
          <w:color w:val="4E5968"/>
          <w:sz w:val="22"/>
        </w:rPr>
        <w:t>③ 혼자 사는 것이 외롭다</w:t>
      </w:r>
    </w:p>
    <w:p>
      <w:pPr>
        <w:ind w:left="320"/>
      </w:pPr>
      <w:r>
        <w:rPr>
          <w:rFonts w:ascii="맑은 고딕" w:hAnsi="맑은 고딕" w:eastAsia="맑은 고딕"/>
          <w:b w:val="0"/>
          <w:color w:val="4E5968"/>
          <w:sz w:val="22"/>
        </w:rPr>
        <w:t>④ 건강이 가장 중요하다</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2. </w:t>
      </w:r>
      <w:r>
        <w:rPr>
          <w:rFonts w:ascii="맑은 고딕" w:hAnsi="맑은 고딕" w:eastAsia="맑은 고딕"/>
          <w:b/>
          <w:color w:val="191F28"/>
          <w:sz w:val="23"/>
        </w:rPr>
        <w:t>유관순이 풀려날 기회인 사면을 거부한 까닭은?</w:t>
      </w:r>
    </w:p>
    <w:p>
      <w:pPr>
        <w:ind w:left="320"/>
      </w:pPr>
      <w:r>
        <w:rPr>
          <w:rFonts w:ascii="맑은 고딕" w:hAnsi="맑은 고딕" w:eastAsia="맑은 고딕"/>
          <w:b w:val="0"/>
          <w:color w:val="4E5968"/>
          <w:sz w:val="22"/>
        </w:rPr>
        <w:t>① 남은 가족이 모두 떠나 버려서</w:t>
      </w:r>
    </w:p>
    <w:p>
      <w:pPr>
        <w:ind w:left="320"/>
      </w:pPr>
      <w:r>
        <w:rPr>
          <w:rFonts w:ascii="맑은 고딕" w:hAnsi="맑은 고딕" w:eastAsia="맑은 고딕"/>
          <w:b w:val="0"/>
          <w:color w:val="4E5968"/>
          <w:sz w:val="22"/>
        </w:rPr>
        <w:t>② 독립 신념을 지키려고</w:t>
      </w:r>
    </w:p>
    <w:p>
      <w:pPr>
        <w:ind w:left="320"/>
      </w:pPr>
      <w:r>
        <w:rPr>
          <w:rFonts w:ascii="맑은 고딕" w:hAnsi="맑은 고딕" w:eastAsia="맑은 고딕"/>
          <w:b w:val="0"/>
          <w:color w:val="4E5968"/>
          <w:sz w:val="22"/>
        </w:rPr>
        <w:t>③ 감옥이 오히려 편해서</w:t>
      </w:r>
    </w:p>
    <w:p>
      <w:pPr>
        <w:ind w:left="320"/>
      </w:pPr>
      <w:r>
        <w:rPr>
          <w:rFonts w:ascii="맑은 고딕" w:hAnsi="맑은 고딕" w:eastAsia="맑은 고딕"/>
          <w:b w:val="0"/>
          <w:color w:val="4E5968"/>
          <w:sz w:val="22"/>
        </w:rPr>
        <w:t>④ 친구들이 말렸기 때문에</w:t>
      </w:r>
    </w:p>
    <w:p>
      <w:pPr>
        <w:spacing w:before="240"/>
      </w:pPr>
      <w:r>
        <w:rPr>
          <w:rFonts w:ascii="맑은 고딕" w:hAnsi="맑은 고딕" w:eastAsia="맑은 고딕"/>
          <w:b/>
          <w:color w:val="8B95A1"/>
          <w:sz w:val="17"/>
        </w:rPr>
        <w:t xml:space="preserve">  사실 구별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감옥 안에서 터진 만세에 대한 일본의 반응으로 알맞은 것은?</w:t>
      </w:r>
    </w:p>
    <w:p>
      <w:pPr>
        <w:ind w:left="320"/>
      </w:pPr>
      <w:r>
        <w:rPr>
          <w:rFonts w:ascii="맑은 고딕" w:hAnsi="맑은 고딕" w:eastAsia="맑은 고딕"/>
          <w:b w:val="0"/>
          <w:color w:val="4E5968"/>
          <w:sz w:val="22"/>
        </w:rPr>
        <w:t>① 함께 만세를 불렀다</w:t>
      </w:r>
    </w:p>
    <w:p>
      <w:pPr>
        <w:ind w:left="320"/>
      </w:pPr>
      <w:r>
        <w:rPr>
          <w:rFonts w:ascii="맑은 고딕" w:hAnsi="맑은 고딕" w:eastAsia="맑은 고딕"/>
          <w:b w:val="0"/>
          <w:color w:val="4E5968"/>
          <w:sz w:val="22"/>
        </w:rPr>
        <w:t>② 곧바로 모두 풀어 주었다</w:t>
      </w:r>
    </w:p>
    <w:p>
      <w:pPr>
        <w:ind w:left="320"/>
      </w:pPr>
      <w:r>
        <w:rPr>
          <w:rFonts w:ascii="맑은 고딕" w:hAnsi="맑은 고딕" w:eastAsia="맑은 고딕"/>
          <w:b w:val="0"/>
          <w:color w:val="4E5968"/>
          <w:sz w:val="22"/>
        </w:rPr>
        <w:t>③ 더 심하게 탄압했다</w:t>
      </w:r>
    </w:p>
    <w:p>
      <w:pPr>
        <w:ind w:left="320"/>
      </w:pPr>
      <w:r>
        <w:rPr>
          <w:rFonts w:ascii="맑은 고딕" w:hAnsi="맑은 고딕" w:eastAsia="맑은 고딕"/>
          <w:b w:val="0"/>
          <w:color w:val="4E5968"/>
          <w:sz w:val="22"/>
        </w:rPr>
        <w:t>④ 아무 일도 없던 척했다</w:t>
      </w:r>
    </w:p>
    <w:p>
      <w:pPr>
        <w:spacing w:before="240"/>
      </w:pPr>
      <w:r>
        <w:rPr>
          <w:rFonts w:ascii="맑은 고딕" w:hAnsi="맑은 고딕" w:eastAsia="맑은 고딕"/>
          <w:b/>
          <w:color w:val="8B95A1"/>
          <w:sz w:val="17"/>
        </w:rPr>
        <w:t xml:space="preserve">  해석 · 의미 파악  </w:t>
      </w:r>
    </w:p>
    <w:p>
      <w:r>
        <w:rPr>
          <w:rFonts w:ascii="맑은 고딕" w:hAnsi="맑은 고딕" w:eastAsia="맑은 고딕"/>
          <w:b/>
          <w:color w:val="2272EB"/>
          <w:sz w:val="24"/>
        </w:rPr>
        <w:t xml:space="preserve">4. </w:t>
      </w:r>
      <w:r>
        <w:rPr>
          <w:rFonts w:ascii="맑은 고딕" w:hAnsi="맑은 고딕" w:eastAsia="맑은 고딕"/>
          <w:b/>
          <w:color w:val="191F28"/>
          <w:sz w:val="23"/>
        </w:rPr>
        <w:t>유관순을 지키던 일본 간수의 마음이 변한 것이 보여 주는 것은?</w:t>
      </w:r>
    </w:p>
    <w:p>
      <w:pPr>
        <w:ind w:left="320"/>
      </w:pPr>
      <w:r>
        <w:rPr>
          <w:rFonts w:ascii="맑은 고딕" w:hAnsi="맑은 고딕" w:eastAsia="맑은 고딕"/>
          <w:b w:val="0"/>
          <w:color w:val="4E5968"/>
          <w:sz w:val="22"/>
        </w:rPr>
        <w:t>① 혹독한 고문이 마침내 효과가 있었다는 것</w:t>
      </w:r>
    </w:p>
    <w:p>
      <w:pPr>
        <w:ind w:left="320"/>
      </w:pPr>
      <w:r>
        <w:rPr>
          <w:rFonts w:ascii="맑은 고딕" w:hAnsi="맑은 고딕" w:eastAsia="맑은 고딕"/>
          <w:b w:val="0"/>
          <w:color w:val="4E5968"/>
          <w:sz w:val="22"/>
        </w:rPr>
        <w:t>② 감옥이 곧 문을 닫는다는 것</w:t>
      </w:r>
    </w:p>
    <w:p>
      <w:pPr>
        <w:ind w:left="320"/>
      </w:pPr>
      <w:r>
        <w:rPr>
          <w:rFonts w:ascii="맑은 고딕" w:hAnsi="맑은 고딕" w:eastAsia="맑은 고딕"/>
          <w:b w:val="0"/>
          <w:color w:val="4E5968"/>
          <w:sz w:val="22"/>
        </w:rPr>
        <w:t>③ 전쟁이 곧 끝난다는 것</w:t>
      </w:r>
    </w:p>
    <w:p>
      <w:pPr>
        <w:ind w:left="320"/>
      </w:pPr>
      <w:r>
        <w:rPr>
          <w:rFonts w:ascii="맑은 고딕" w:hAnsi="맑은 고딕" w:eastAsia="맑은 고딕"/>
          <w:b w:val="0"/>
          <w:color w:val="4E5968"/>
          <w:sz w:val="22"/>
        </w:rPr>
        <w:t>④ 희생이 적의 마음을 움직였다는 것</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일이 일어난 순서대로 기호를 써 보세요.</w:t>
      </w:r>
    </w:p>
    <w:p>
      <w:pPr>
        <w:ind w:left="320"/>
      </w:pPr>
      <w:r>
        <w:rPr>
          <w:rFonts w:ascii="맑은 고딕" w:hAnsi="맑은 고딕" w:eastAsia="맑은 고딕"/>
          <w:b w:val="0"/>
          <w:color w:val="333D4B"/>
          <w:sz w:val="22"/>
        </w:rPr>
        <w:t>ㄱ. 사면을 거부하고 신념을 지킨다.</w:t>
      </w:r>
    </w:p>
    <w:p>
      <w:pPr>
        <w:ind w:left="320"/>
      </w:pPr>
      <w:r>
        <w:rPr>
          <w:rFonts w:ascii="맑은 고딕" w:hAnsi="맑은 고딕" w:eastAsia="맑은 고딕"/>
          <w:b w:val="0"/>
          <w:color w:val="333D4B"/>
          <w:sz w:val="22"/>
        </w:rPr>
        <w:t>ㄴ. 아우내 장터에서 만세 운동을 이끈다.</w:t>
      </w:r>
    </w:p>
    <w:p>
      <w:pPr>
        <w:ind w:left="320"/>
      </w:pPr>
      <w:r>
        <w:rPr>
          <w:rFonts w:ascii="맑은 고딕" w:hAnsi="맑은 고딕" w:eastAsia="맑은 고딕"/>
          <w:b w:val="0"/>
          <w:color w:val="333D4B"/>
          <w:sz w:val="22"/>
        </w:rPr>
        <w:t>ㄷ. 옥중 순국 후 그 뜻이 임시정부로 이어진다.</w:t>
      </w:r>
    </w:p>
    <w:p>
      <w:pPr>
        <w:ind w:left="320"/>
      </w:pPr>
      <w:r>
        <w:rPr>
          <w:rFonts w:ascii="맑은 고딕" w:hAnsi="맑은 고딕" w:eastAsia="맑은 고딕"/>
          <w:b w:val="0"/>
          <w:color w:val="333D4B"/>
          <w:sz w:val="22"/>
        </w:rPr>
        <w:t>ㄹ. 서대문 형무소에서 옥중 투쟁을 이어 간다.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해석 · 의미 파악  </w:t>
      </w:r>
    </w:p>
    <w:p>
      <w:r>
        <w:rPr>
          <w:rFonts w:ascii="맑은 고딕" w:hAnsi="맑은 고딕" w:eastAsia="맑은 고딕"/>
          <w:b/>
          <w:color w:val="2272EB"/>
          <w:sz w:val="24"/>
        </w:rPr>
        <w:t xml:space="preserve">6. </w:t>
      </w:r>
      <w:r>
        <w:rPr>
          <w:rFonts w:ascii="맑은 고딕" w:hAnsi="맑은 고딕" w:eastAsia="맑은 고딕"/>
          <w:b/>
          <w:color w:val="191F28"/>
          <w:sz w:val="23"/>
        </w:rPr>
        <w:t>'만세는 감출수록 더 큰 울림이 되었다'는 말의 뜻은?</w:t>
      </w:r>
    </w:p>
    <w:p>
      <w:pPr>
        <w:ind w:left="320"/>
      </w:pPr>
      <w:r>
        <w:rPr>
          <w:rFonts w:ascii="맑은 고딕" w:hAnsi="맑은 고딕" w:eastAsia="맑은 고딕"/>
          <w:b w:val="0"/>
          <w:color w:val="4E5968"/>
          <w:sz w:val="22"/>
        </w:rPr>
        <w:t>① 만세 소리가 유난히 시끄러웠다는 것</w:t>
      </w:r>
    </w:p>
    <w:p>
      <w:pPr>
        <w:ind w:left="320"/>
      </w:pPr>
      <w:r>
        <w:rPr>
          <w:rFonts w:ascii="맑은 고딕" w:hAnsi="맑은 고딕" w:eastAsia="맑은 고딕"/>
          <w:b w:val="0"/>
          <w:color w:val="4E5968"/>
          <w:sz w:val="22"/>
        </w:rPr>
        <w:t>② 탄압할수록 더 퍼졌다는 것</w:t>
      </w:r>
    </w:p>
    <w:p>
      <w:pPr>
        <w:ind w:left="320"/>
      </w:pPr>
      <w:r>
        <w:rPr>
          <w:rFonts w:ascii="맑은 고딕" w:hAnsi="맑은 고딕" w:eastAsia="맑은 고딕"/>
          <w:b w:val="0"/>
          <w:color w:val="4E5968"/>
          <w:sz w:val="22"/>
        </w:rPr>
        <w:t>③ 감옥이 매우 넓었다는 것</w:t>
      </w:r>
    </w:p>
    <w:p>
      <w:pPr>
        <w:ind w:left="320"/>
      </w:pPr>
      <w:r>
        <w:rPr>
          <w:rFonts w:ascii="맑은 고딕" w:hAnsi="맑은 고딕" w:eastAsia="맑은 고딕"/>
          <w:b w:val="0"/>
          <w:color w:val="4E5968"/>
          <w:sz w:val="22"/>
        </w:rPr>
        <w:t>④ 사람들이 만세를 멈췄다는 것</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유관순의 정신이 이어진 곳으로 알맞은 것은?</w:t>
      </w:r>
    </w:p>
    <w:p>
      <w:pPr>
        <w:ind w:left="320"/>
      </w:pPr>
      <w:r>
        <w:rPr>
          <w:rFonts w:ascii="맑은 고딕" w:hAnsi="맑은 고딕" w:eastAsia="맑은 고딕"/>
          <w:b w:val="0"/>
          <w:color w:val="4E5968"/>
          <w:sz w:val="22"/>
        </w:rPr>
        <w:t>① 일본 제국의 군대</w:t>
      </w:r>
    </w:p>
    <w:p>
      <w:pPr>
        <w:ind w:left="320"/>
      </w:pPr>
      <w:r>
        <w:rPr>
          <w:rFonts w:ascii="맑은 고딕" w:hAnsi="맑은 고딕" w:eastAsia="맑은 고딕"/>
          <w:b w:val="0"/>
          <w:color w:val="4E5968"/>
          <w:sz w:val="22"/>
        </w:rPr>
        <w:t>② 아무도 모르게 잊힌 역사 속</w:t>
      </w:r>
    </w:p>
    <w:p>
      <w:pPr>
        <w:ind w:left="320"/>
      </w:pPr>
      <w:r>
        <w:rPr>
          <w:rFonts w:ascii="맑은 고딕" w:hAnsi="맑은 고딕" w:eastAsia="맑은 고딕"/>
          <w:b w:val="0"/>
          <w:color w:val="4E5968"/>
          <w:sz w:val="22"/>
        </w:rPr>
        <w:t>③ 상해 임시정부와 독립운동</w:t>
      </w:r>
    </w:p>
    <w:p>
      <w:pPr>
        <w:ind w:left="320"/>
      </w:pPr>
      <w:r>
        <w:rPr>
          <w:rFonts w:ascii="맑은 고딕" w:hAnsi="맑은 고딕" w:eastAsia="맑은 고딕"/>
          <w:b w:val="0"/>
          <w:color w:val="4E5968"/>
          <w:sz w:val="22"/>
        </w:rPr>
        <w:t>④ 조용히 잊힌 옛이야기</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이야기의 핵심으로 가장 알맞은 것은?</w:t>
      </w:r>
    </w:p>
    <w:p>
      <w:pPr>
        <w:ind w:left="320"/>
      </w:pPr>
      <w:r>
        <w:rPr>
          <w:rFonts w:ascii="맑은 고딕" w:hAnsi="맑은 고딕" w:eastAsia="맑은 고딕"/>
          <w:b w:val="0"/>
          <w:color w:val="4E5968"/>
          <w:sz w:val="22"/>
        </w:rPr>
        <w:t>① 신념이 자유의 씨앗이 됐다는 것</w:t>
      </w:r>
    </w:p>
    <w:p>
      <w:pPr>
        <w:ind w:left="320"/>
      </w:pPr>
      <w:r>
        <w:rPr>
          <w:rFonts w:ascii="맑은 고딕" w:hAnsi="맑은 고딕" w:eastAsia="맑은 고딕"/>
          <w:b w:val="0"/>
          <w:color w:val="4E5968"/>
          <w:sz w:val="22"/>
        </w:rPr>
        <w:t>② 전쟁은 누구도 막을 수 없는 것이라는 것</w:t>
      </w:r>
    </w:p>
    <w:p>
      <w:pPr>
        <w:ind w:left="320"/>
      </w:pPr>
      <w:r>
        <w:rPr>
          <w:rFonts w:ascii="맑은 고딕" w:hAnsi="맑은 고딕" w:eastAsia="맑은 고딕"/>
          <w:b w:val="0"/>
          <w:color w:val="4E5968"/>
          <w:sz w:val="22"/>
        </w:rPr>
        <w:t>③ 권력은 늘 이긴다는 것</w:t>
      </w:r>
    </w:p>
    <w:p>
      <w:pPr>
        <w:ind w:left="320"/>
      </w:pPr>
      <w:r>
        <w:rPr>
          <w:rFonts w:ascii="맑은 고딕" w:hAnsi="맑은 고딕" w:eastAsia="맑은 고딕"/>
          <w:b w:val="0"/>
          <w:color w:val="4E5968"/>
          <w:sz w:val="22"/>
        </w:rPr>
        <w:t>④ 역사는 잊는 게 낫다는 것</w:t>
      </w:r>
    </w:p>
    <w:p>
      <w:pPr>
        <w:spacing w:before="240"/>
      </w:pPr>
      <w:r>
        <w:rPr>
          <w:rFonts w:ascii="맑은 고딕" w:hAnsi="맑은 고딕" w:eastAsia="맑은 고딕"/>
          <w:b/>
          <w:color w:val="8B95A1"/>
          <w:sz w:val="17"/>
        </w:rPr>
        <w:t xml:space="preserve">  비판적 사고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유관순이 목숨을 구할 사면을 끝내 거부한 선택을 어떻게 평가할 수 있을지, 자신의 생각을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가치 판단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유관순의 '횃불'이 오늘을 사는 우리에게 주는 의미를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[중학년] 굴복하지 않은 유관순</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③ 아우내 장터</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만세 운동 중 돌아가셨다</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④ 잘못을 빌고 충성하라는 것</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① 끝까지 독립을 외치며 거부했다</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ㄹ → ㄱ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재소자들과 함께 만세를 외쳤다</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더 많은 사람을 독립운동으로 이끌었다</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① 굴복하지 않은 애국심</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깊은 슬픔과 두려움 속에서도, 빼앗긴 나라를 되찾아야 한다는 굳은 의지와 용기가 더 컸을 것이다. · (평가) 유관순의 마음에 공감해 표현했는지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빼앗겼던 나라를 되찾아 우리말을 쓰고 자유롭게 살아가는 오늘은, 목숨 바쳐 싸운 분들의 희생 덕분이다. · (평가) 희생과 오늘을 연결해 적었는지 봐 주세요.</w:t>
      </w:r>
    </w:p>
    <w:p>
      <w:r>
        <w:br w:type="page"/>
      </w:r>
    </w:p>
    <w:p>
      <w:pPr>
        <w:spacing w:before="160"/>
      </w:pPr>
      <w:r>
        <w:rPr>
          <w:rFonts w:ascii="맑은 고딕" w:hAnsi="맑은 고딕" w:eastAsia="맑은 고딕"/>
          <w:b/>
          <w:color w:val="2272EB"/>
          <w:sz w:val="26"/>
        </w:rPr>
        <w:t>[고학년] 자유의 횃불</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독립이 목숨보다 소중하다</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독립 신념을 지키려고</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더 심하게 탄압했다</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희생이 적의 마음을 움직였다는 것</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ㄹ → ㄱ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탄압할수록 더 퍼졌다는 것</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상해 임시정부와 독립운동</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① 신념이 자유의 씨앗이 됐다는 것</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목숨보다 신념과 나라를 택한 용기 있는 선택이다. 자신의 죽음이 더 많은 사람의 마음을 움직일 것을 알았기에 더욱 숭고하다고 생각한다. · (평가) 자기 판단과 까닭을 분명히 밝혔는지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우리가 누리는 자유는 거저 얻은 것이 아니라 수많은 사람의 희생으로 밝혀진 횃불 같은 것이다. 그 정신을 기억하고 소중히 이어가야 한다. · (평가) 희생·자유와 오늘을 연결했는지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