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노래로 만나는 안중근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3.1절을 맞아 뮤지컬 '영웅' 팀이 안중근 의사와 독립 투사들의 헌신을 노래와 연기로 선보인다. '내 손톱이 빠지고 살이 잘려도 나라 잃은 고통은 견딜 수 없다'는 안중근의 말, 고향을 그리는 '고향의 봄', 재판 장면의 '누가 죄인인가', 그리고 죽음 앞에서도 외친 '대한 독립 만세'를 통해 나라 잃은 슬픔과 독립을 향한 결연한 애국심을 깊이 새기게 하는 무대.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뮤지컬의 주인공인 독립운동가는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안중근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이순신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세종대왕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장영실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안중근이 '견딜 수 없다'고 한 고통은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손톱이 다 빠져 버리는 고통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나라를 잃어버린 고통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살이 잘리는 고통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배가 고픈 고통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무대에서 사람들이 함께 힘차게 외친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생일 축하 노래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학교 교가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응원가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대한 독립 만세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'나의 살던 고향은 꽃피는 산골'이라는 노래가 표현한 마음은?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전쟁의 기쁨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 자랑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고향을 그리워하는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부자가 되고 싶은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안중근처럼 나라를 위해 무기를 들고 의롭게 싸우다 순국한 분을 높여 무엇이라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의병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열사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의사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병사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'누가 죄인인가'라는 노래가 던지는 물음으로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안중근이야말로 정말로 아주 큰 죄인이다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재판이 공정했다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죄인은 아무도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나라를 빼앗은 침략자가 죄인 아닌가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안중근이 죽음 앞에서도 만세를 외친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끝까지 나라의 독립을 바라서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갑자기 너무 무섭고 두려웠기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화가 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노래가 좋아서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뮤지컬이 전하려는 바로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전쟁은 재미있다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안중근의 헌신과 독립 정신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그저 노래 실력을 멋지게 자랑하는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옛날이야기일 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'나라 잃은 고통은 견딜 수 없다'는 안중근의 말에서 느낀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안중근 같은 독립운동가들에게 전하고 싶은 감사의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누가 죄인인가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3.1절을 맞아 뮤지컬 '영웅' 팀이 안중근 의사와 독립 투사들의 헌신을 노래와 연기로 선보인다. '내 손톱이 빠지고 살이 잘려도 나라 잃은 고통은 견딜 수 없다'는 안중근의 말, 고향을 그리는 '고향의 봄', 재판 장면의 '누가 죄인인가', 그리고 죽음 앞에서도 외친 '대한 독립 만세'를 통해 나라 잃은 슬픔과 독립을 향한 결연한 애국심을 깊이 새기게 하는 무대.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'손톱·살의 고통은 견뎌도 나라 잃은 고통은 못 견딘다'는 안중근의 말이 뜻하는 바는?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몸이 아픈 것이 가장 무섭다는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고통은 참으면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나라가 자기 몸보다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전쟁이 두렵다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'누가 죄인인가'라는 제목이 비판하는 대상으로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안중근의 잘못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함께 싸운 동료 독립군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재판한 일제 침략자의 부당함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멀리서 재판을 구경하던 사람들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의도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'고향의 봄(나의 살던 고향)'을 뮤지컬에 넣은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빼앗긴 고향에 대한 그리움을 드러내려고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노래가 유명해서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분위기를 밝게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고향이 무척 부유했음을 널리 자랑하려고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재판 장면에서 안중근에게 내려진 형벌은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벌금형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무죄 석방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징역 1개월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사형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안중근처럼 무기를 들고 의롭게 저항하다 순국한 분을 높여 무엇이라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박사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의사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열사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병사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효과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역사를 '뮤지컬(노래·연기)'로 표현한 효과로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줄거리를 빨리 알려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감정으로 헌신과 슬픔을 느끼게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정확한 연도를 외우게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재판 기록을 처음부터 그대로 보여 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안중근이 사형 앞에서도 '대한 독립 만세'를 외친 것이 보여 주는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꺾이지 않는 독립 의지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재판 결과에 대한 단순한 항의일 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노래의 마무리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관객을 위한 인사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의도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공연이 3.1절에 맞춰 무대에 오른 의미로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봄을 기념하려고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노래 대회를 열려고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새로 나온 뮤지컬을 널리 광고하려고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독립운동가의 정신을 기리려고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'누가 죄인인가'라는 물음에 대한 자신의 생각을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안중근 같은 독립운동가의 헌신 덕분에 오늘 우리가 누리는 것은 무엇인지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노래로 만나는 안중근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안중근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나라를 잃어버린 고통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대한 독립 만세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고향을 그리워하는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③ 의사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④ 나라를 빼앗은 침략자가 죄인 아닌가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끝까지 나라의 독립을 바라서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② 안중근의 헌신과 독립 정신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자기 몸이 아픈 것보다 나라를 빼앗긴 것을 더 아파한 마음이 대단하고, 나라가 얼마나 소중한지 느꼈다. · (평가) 안중근의 마음에 공감해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나라를 되찾기 위해 목숨까지 바쳐 주셔서 감사합니다. 그 덕분에 우리가 자유롭게 살 수 있습니다. · (평가) 감사의 마음을 자기 말로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누가 죄인인가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③ 나라가 자기 몸보다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③ 재판한 일제 침략자의 부당함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① 빼앗긴 고향에 대한 그리움을 드러내려고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사형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② 의사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감정으로 헌신과 슬픔을 느끼게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꺾이지 않는 독립 의지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독립운동가의 정신을 기리려고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진짜 죄인은 나라를 지키려 한 안중근이 아니라, 남의 나라를 빼앗고 사람들을 괴롭힌 침략자다. 정의를 위한 행동을 죄로 몰 수 없기 때문이다. · (평가) 자기 판단과 까닭을 분명히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빼앗겼던 나라를 되찾아 우리말을 쓰고 자유롭게 살아가는 오늘은, 목숨 바쳐 싸운 분들의 희생 덕분이다. · (평가) 희생과 오늘을 연결해 서술했는지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