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용감한 안중근 의사</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온달 일행이 안중근 의사를 만나러 간 곳은 어디인가요?</w:t>
      </w:r>
    </w:p>
    <w:p>
      <w:pPr>
        <w:ind w:left="320"/>
      </w:pPr>
      <w:r>
        <w:rPr>
          <w:rFonts w:ascii="맑은 고딕" w:hAnsi="맑은 고딕" w:eastAsia="맑은 고딕"/>
          <w:b w:val="0"/>
          <w:color w:val="4E5968"/>
          <w:sz w:val="22"/>
        </w:rPr>
        <w:t>① 하얼빈</w:t>
      </w:r>
    </w:p>
    <w:p>
      <w:pPr>
        <w:ind w:left="320"/>
      </w:pPr>
      <w:r>
        <w:rPr>
          <w:rFonts w:ascii="맑은 고딕" w:hAnsi="맑은 고딕" w:eastAsia="맑은 고딕"/>
          <w:b w:val="0"/>
          <w:color w:val="4E5968"/>
          <w:sz w:val="22"/>
        </w:rPr>
        <w:t>② 서울</w:t>
      </w:r>
    </w:p>
    <w:p>
      <w:pPr>
        <w:ind w:left="320"/>
      </w:pPr>
      <w:r>
        <w:rPr>
          <w:rFonts w:ascii="맑은 고딕" w:hAnsi="맑은 고딕" w:eastAsia="맑은 고딕"/>
          <w:b w:val="0"/>
          <w:color w:val="4E5968"/>
          <w:sz w:val="22"/>
        </w:rPr>
        <w:t>③ 일본의 도쿄</w:t>
      </w:r>
    </w:p>
    <w:p>
      <w:pPr>
        <w:ind w:left="320"/>
      </w:pPr>
      <w:r>
        <w:rPr>
          <w:rFonts w:ascii="맑은 고딕" w:hAnsi="맑은 고딕" w:eastAsia="맑은 고딕"/>
          <w:b w:val="0"/>
          <w:color w:val="4E5968"/>
          <w:sz w:val="22"/>
        </w:rPr>
        <w:t>④ 부산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안중근 의사가 처단한 일본 사람은 누구인가요?</w:t>
      </w:r>
    </w:p>
    <w:p>
      <w:pPr>
        <w:ind w:left="320"/>
      </w:pPr>
      <w:r>
        <w:rPr>
          <w:rFonts w:ascii="맑은 고딕" w:hAnsi="맑은 고딕" w:eastAsia="맑은 고딕"/>
          <w:b w:val="0"/>
          <w:color w:val="4E5968"/>
          <w:sz w:val="22"/>
        </w:rPr>
        <w:t>① 무사 도요토미 히데요시</w:t>
      </w:r>
    </w:p>
    <w:p>
      <w:pPr>
        <w:ind w:left="320"/>
      </w:pPr>
      <w:r>
        <w:rPr>
          <w:rFonts w:ascii="맑은 고딕" w:hAnsi="맑은 고딕" w:eastAsia="맑은 고딕"/>
          <w:b w:val="0"/>
          <w:color w:val="4E5968"/>
          <w:sz w:val="22"/>
        </w:rPr>
        <w:t>② 이토 히로부미</w:t>
      </w:r>
    </w:p>
    <w:p>
      <w:pPr>
        <w:ind w:left="320"/>
      </w:pPr>
      <w:r>
        <w:rPr>
          <w:rFonts w:ascii="맑은 고딕" w:hAnsi="맑은 고딕" w:eastAsia="맑은 고딕"/>
          <w:b w:val="0"/>
          <w:color w:val="4E5968"/>
          <w:sz w:val="22"/>
        </w:rPr>
        <w:t>③ 도쿠가와</w:t>
      </w:r>
    </w:p>
    <w:p>
      <w:pPr>
        <w:ind w:left="320"/>
      </w:pPr>
      <w:r>
        <w:rPr>
          <w:rFonts w:ascii="맑은 고딕" w:hAnsi="맑은 고딕" w:eastAsia="맑은 고딕"/>
          <w:b w:val="0"/>
          <w:color w:val="4E5968"/>
          <w:sz w:val="22"/>
        </w:rPr>
        <w:t>④ 와키자카</w:t>
      </w:r>
    </w:p>
    <w:p>
      <w:pPr>
        <w:spacing w:before="240"/>
      </w:pPr>
      <w:r>
        <w:rPr>
          <w:rFonts w:ascii="맑은 고딕" w:hAnsi="맑은 고딕" w:eastAsia="맑은 고딕"/>
          <w:b/>
          <w:color w:val="8B95A1"/>
          <w:sz w:val="17"/>
        </w:rPr>
        <w:t xml:space="preserve">  어휘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'의사(義士)'는 어떤 사람을 뜻하나요?</w:t>
      </w:r>
    </w:p>
    <w:p>
      <w:pPr>
        <w:ind w:left="320"/>
      </w:pPr>
      <w:r>
        <w:rPr>
          <w:rFonts w:ascii="맑은 고딕" w:hAnsi="맑은 고딕" w:eastAsia="맑은 고딕"/>
          <w:b w:val="0"/>
          <w:color w:val="4E5968"/>
          <w:sz w:val="22"/>
        </w:rPr>
        <w:t>① 아픈 사람의 병을 정성껏 고치는 사람</w:t>
      </w:r>
    </w:p>
    <w:p>
      <w:pPr>
        <w:ind w:left="320"/>
      </w:pPr>
      <w:r>
        <w:rPr>
          <w:rFonts w:ascii="맑은 고딕" w:hAnsi="맑은 고딕" w:eastAsia="맑은 고딕"/>
          <w:b w:val="0"/>
          <w:color w:val="4E5968"/>
          <w:sz w:val="22"/>
        </w:rPr>
        <w:t>② 장사하는 사람</w:t>
      </w:r>
    </w:p>
    <w:p>
      <w:pPr>
        <w:ind w:left="320"/>
      </w:pPr>
      <w:r>
        <w:rPr>
          <w:rFonts w:ascii="맑은 고딕" w:hAnsi="맑은 고딕" w:eastAsia="맑은 고딕"/>
          <w:b w:val="0"/>
          <w:color w:val="4E5968"/>
          <w:sz w:val="22"/>
        </w:rPr>
        <w:t>③ 나라를 위해 몸 바친 의로운 사람</w:t>
      </w:r>
    </w:p>
    <w:p>
      <w:pPr>
        <w:ind w:left="320"/>
      </w:pPr>
      <w:r>
        <w:rPr>
          <w:rFonts w:ascii="맑은 고딕" w:hAnsi="맑은 고딕" w:eastAsia="맑은 고딕"/>
          <w:b w:val="0"/>
          <w:color w:val="4E5968"/>
          <w:sz w:val="22"/>
        </w:rPr>
        <w:t>④ 그림 그리는 사람</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안중근 의사의 잘린 손가락은 무엇을 뜻하나요?</w:t>
      </w:r>
    </w:p>
    <w:p>
      <w:pPr>
        <w:ind w:left="320"/>
      </w:pPr>
      <w:r>
        <w:rPr>
          <w:rFonts w:ascii="맑은 고딕" w:hAnsi="맑은 고딕" w:eastAsia="맑은 고딕"/>
          <w:b w:val="0"/>
          <w:color w:val="4E5968"/>
          <w:sz w:val="22"/>
        </w:rPr>
        <w:t>① 실수로 칼에 베여 다친 흔적일 뿐</w:t>
      </w:r>
    </w:p>
    <w:p>
      <w:pPr>
        <w:ind w:left="320"/>
      </w:pPr>
      <w:r>
        <w:rPr>
          <w:rFonts w:ascii="맑은 고딕" w:hAnsi="맑은 고딕" w:eastAsia="맑은 고딕"/>
          <w:b w:val="0"/>
          <w:color w:val="4E5968"/>
          <w:sz w:val="22"/>
        </w:rPr>
        <w:t>② 장난</w:t>
      </w:r>
    </w:p>
    <w:p>
      <w:pPr>
        <w:ind w:left="320"/>
      </w:pPr>
      <w:r>
        <w:rPr>
          <w:rFonts w:ascii="맑은 고딕" w:hAnsi="맑은 고딕" w:eastAsia="맑은 고딕"/>
          <w:b w:val="0"/>
          <w:color w:val="4E5968"/>
          <w:sz w:val="22"/>
        </w:rPr>
        <w:t>③ 표시 없음</w:t>
      </w:r>
    </w:p>
    <w:p>
      <w:pPr>
        <w:ind w:left="320"/>
      </w:pPr>
      <w:r>
        <w:rPr>
          <w:rFonts w:ascii="맑은 고딕" w:hAnsi="맑은 고딕" w:eastAsia="맑은 고딕"/>
          <w:b w:val="0"/>
          <w:color w:val="4E5968"/>
          <w:sz w:val="22"/>
        </w:rPr>
        <w:t>④ 나라를 위해 굳게 맹세한 표시</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5. </w:t>
      </w:r>
      <w:r>
        <w:rPr>
          <w:rFonts w:ascii="맑은 고딕" w:hAnsi="맑은 고딕" w:eastAsia="맑은 고딕"/>
          <w:b/>
          <w:color w:val="191F28"/>
          <w:sz w:val="23"/>
        </w:rPr>
        <w:t>안중근이 '손가락 잃은 아픔보다 더 크다'고 한 것은 무엇인가요?</w:t>
      </w:r>
    </w:p>
    <w:p>
      <w:pPr>
        <w:ind w:left="320"/>
      </w:pPr>
      <w:r>
        <w:rPr>
          <w:rFonts w:ascii="맑은 고딕" w:hAnsi="맑은 고딕" w:eastAsia="맑은 고딕"/>
          <w:b w:val="0"/>
          <w:color w:val="4E5968"/>
          <w:sz w:val="22"/>
        </w:rPr>
        <w:t>① 나라를 잃은 아픔</w:t>
      </w:r>
    </w:p>
    <w:p>
      <w:pPr>
        <w:ind w:left="320"/>
      </w:pPr>
      <w:r>
        <w:rPr>
          <w:rFonts w:ascii="맑은 고딕" w:hAnsi="맑은 고딕" w:eastAsia="맑은 고딕"/>
          <w:b w:val="0"/>
          <w:color w:val="4E5968"/>
          <w:sz w:val="22"/>
        </w:rPr>
        <w:t>② 오랜 배고픔과 굶주림</w:t>
      </w:r>
    </w:p>
    <w:p>
      <w:pPr>
        <w:ind w:left="320"/>
      </w:pPr>
      <w:r>
        <w:rPr>
          <w:rFonts w:ascii="맑은 고딕" w:hAnsi="맑은 고딕" w:eastAsia="맑은 고딕"/>
          <w:b w:val="0"/>
          <w:color w:val="4E5968"/>
          <w:sz w:val="22"/>
        </w:rPr>
        <w:t>③ 추위</w:t>
      </w:r>
    </w:p>
    <w:p>
      <w:pPr>
        <w:ind w:left="320"/>
      </w:pPr>
      <w:r>
        <w:rPr>
          <w:rFonts w:ascii="맑은 고딕" w:hAnsi="맑은 고딕" w:eastAsia="맑은 고딕"/>
          <w:b w:val="0"/>
          <w:color w:val="4E5968"/>
          <w:sz w:val="22"/>
        </w:rPr>
        <w:t>④ 외로움</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역사를 바꾸려 안중근을 방해한 악당은 누구인가요?</w:t>
      </w:r>
    </w:p>
    <w:p>
      <w:pPr>
        <w:ind w:left="320"/>
      </w:pPr>
      <w:r>
        <w:rPr>
          <w:rFonts w:ascii="맑은 고딕" w:hAnsi="맑은 고딕" w:eastAsia="맑은 고딕"/>
          <w:b w:val="0"/>
          <w:color w:val="4E5968"/>
          <w:sz w:val="22"/>
        </w:rPr>
        <w:t>① 슈퍼맨</w:t>
      </w:r>
    </w:p>
    <w:p>
      <w:pPr>
        <w:ind w:left="320"/>
      </w:pPr>
      <w:r>
        <w:rPr>
          <w:rFonts w:ascii="맑은 고딕" w:hAnsi="맑은 고딕" w:eastAsia="맑은 고딕"/>
          <w:b w:val="0"/>
          <w:color w:val="4E5968"/>
          <w:sz w:val="22"/>
        </w:rPr>
        <w:t>② 엑스맨</w:t>
      </w:r>
    </w:p>
    <w:p>
      <w:pPr>
        <w:ind w:left="320"/>
      </w:pPr>
      <w:r>
        <w:rPr>
          <w:rFonts w:ascii="맑은 고딕" w:hAnsi="맑은 고딕" w:eastAsia="맑은 고딕"/>
          <w:b w:val="0"/>
          <w:color w:val="4E5968"/>
          <w:sz w:val="22"/>
        </w:rPr>
        <w:t>③ 로빈</w:t>
      </w:r>
    </w:p>
    <w:p>
      <w:pPr>
        <w:ind w:left="320"/>
      </w:pPr>
      <w:r>
        <w:rPr>
          <w:rFonts w:ascii="맑은 고딕" w:hAnsi="맑은 고딕" w:eastAsia="맑은 고딕"/>
          <w:b w:val="0"/>
          <w:color w:val="4E5968"/>
          <w:sz w:val="22"/>
        </w:rPr>
        <w:t>④ 설쌤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안중근 의사가 외친 '꼬레아 우라'는 무슨 뜻인가요?</w:t>
      </w:r>
    </w:p>
    <w:p>
      <w:pPr>
        <w:ind w:left="320"/>
      </w:pPr>
      <w:r>
        <w:rPr>
          <w:rFonts w:ascii="맑은 고딕" w:hAnsi="맑은 고딕" w:eastAsia="맑은 고딕"/>
          <w:b w:val="0"/>
          <w:color w:val="4E5968"/>
          <w:sz w:val="22"/>
        </w:rPr>
        <w:t>① 오래오래 안녕히 계세요</w:t>
      </w:r>
    </w:p>
    <w:p>
      <w:pPr>
        <w:ind w:left="320"/>
      </w:pPr>
      <w:r>
        <w:rPr>
          <w:rFonts w:ascii="맑은 고딕" w:hAnsi="맑은 고딕" w:eastAsia="맑은 고딕"/>
          <w:b w:val="0"/>
          <w:color w:val="4E5968"/>
          <w:sz w:val="22"/>
        </w:rPr>
        <w:t>② 고맙습니다</w:t>
      </w:r>
    </w:p>
    <w:p>
      <w:pPr>
        <w:ind w:left="320"/>
      </w:pPr>
      <w:r>
        <w:rPr>
          <w:rFonts w:ascii="맑은 고딕" w:hAnsi="맑은 고딕" w:eastAsia="맑은 고딕"/>
          <w:b w:val="0"/>
          <w:color w:val="4E5968"/>
          <w:sz w:val="22"/>
        </w:rPr>
        <w:t>③ 대한 독립 만세</w:t>
      </w:r>
    </w:p>
    <w:p>
      <w:pPr>
        <w:ind w:left="320"/>
      </w:pPr>
      <w:r>
        <w:rPr>
          <w:rFonts w:ascii="맑은 고딕" w:hAnsi="맑은 고딕" w:eastAsia="맑은 고딕"/>
          <w:b w:val="0"/>
          <w:color w:val="4E5968"/>
          <w:sz w:val="22"/>
        </w:rPr>
        <w:t>④ 잘 가세요</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신기한 시간 여행은 늘 신난다</w:t>
      </w:r>
    </w:p>
    <w:p>
      <w:pPr>
        <w:ind w:left="320"/>
      </w:pPr>
      <w:r>
        <w:rPr>
          <w:rFonts w:ascii="맑은 고딕" w:hAnsi="맑은 고딕" w:eastAsia="맑은 고딕"/>
          <w:b w:val="0"/>
          <w:color w:val="4E5968"/>
          <w:sz w:val="22"/>
        </w:rPr>
        <w:t>② 게임이 최고다</w:t>
      </w:r>
    </w:p>
    <w:p>
      <w:pPr>
        <w:ind w:left="320"/>
      </w:pPr>
      <w:r>
        <w:rPr>
          <w:rFonts w:ascii="맑은 고딕" w:hAnsi="맑은 고딕" w:eastAsia="맑은 고딕"/>
          <w:b w:val="0"/>
          <w:color w:val="4E5968"/>
          <w:sz w:val="22"/>
        </w:rPr>
        <w:t>③ 도둑은 빠르다</w:t>
      </w:r>
    </w:p>
    <w:p>
      <w:pPr>
        <w:ind w:left="320"/>
      </w:pPr>
      <w:r>
        <w:rPr>
          <w:rFonts w:ascii="맑은 고딕" w:hAnsi="맑은 고딕" w:eastAsia="맑은 고딕"/>
          <w:b w:val="0"/>
          <w:color w:val="4E5968"/>
          <w:sz w:val="22"/>
        </w:rPr>
        <w:t>④ 헌신한 안중근 의사의 용기</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안중근  ·          ·  이토 히로부미를 처단함</w:t>
      </w:r>
    </w:p>
    <w:p>
      <w:pPr>
        <w:ind w:left="320"/>
      </w:pPr>
      <w:r>
        <w:rPr>
          <w:rFonts w:ascii="맑은 고딕" w:hAnsi="맑은 고딕" w:eastAsia="맑은 고딕"/>
          <w:b w:val="0"/>
          <w:color w:val="333D4B"/>
          <w:sz w:val="22"/>
        </w:rPr>
        <w:t>의사  ·          ·  의로운 사람</w:t>
      </w:r>
    </w:p>
    <w:p>
      <w:pPr>
        <w:ind w:left="320"/>
      </w:pPr>
      <w:r>
        <w:rPr>
          <w:rFonts w:ascii="맑은 고딕" w:hAnsi="맑은 고딕" w:eastAsia="맑은 고딕"/>
          <w:b w:val="0"/>
          <w:color w:val="333D4B"/>
          <w:sz w:val="22"/>
        </w:rPr>
        <w:t>하얼빈  ·          ·  안중근 의거의 장소</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나라를 위해 목숨을 바친 안중근 의사께 전하고 싶은 감사의 한 줄을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하얼빈의 영웅</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온달 일행이 1909년 하얼빈으로 시간 여행을 떠나, 역사를 바꾸려는 엑스맨으로부터 안중근 의사를 지킨다. 동지들과 손가락을 잘라 맹세(단지동맹)할 만큼 나라를 사랑한 안중근이 침략의 원흉 이토 히로부미를 처단하고, 불공정한 재판에도 당당했던 의거를 지켜보며, 두려움을 용기로 바꾼 헌신과 '의사(義士)'의 의미를 배우는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안중근 의사가 1909년 10월 26일 하얼빈역에서 한 일은 무엇인가요?</w:t>
      </w:r>
    </w:p>
    <w:p>
      <w:pPr>
        <w:ind w:left="320"/>
      </w:pPr>
      <w:r>
        <w:rPr>
          <w:rFonts w:ascii="맑은 고딕" w:hAnsi="맑은 고딕" w:eastAsia="맑은 고딕"/>
          <w:b w:val="0"/>
          <w:color w:val="4E5968"/>
          <w:sz w:val="22"/>
        </w:rPr>
        <w:t>① 이토 히로부미를 처단했다</w:t>
      </w:r>
    </w:p>
    <w:p>
      <w:pPr>
        <w:ind w:left="320"/>
      </w:pPr>
      <w:r>
        <w:rPr>
          <w:rFonts w:ascii="맑은 고딕" w:hAnsi="맑은 고딕" w:eastAsia="맑은 고딕"/>
          <w:b w:val="0"/>
          <w:color w:val="4E5968"/>
          <w:sz w:val="22"/>
        </w:rPr>
        <w:t>② 사람들 앞에서 긴 연설을 했다</w:t>
      </w:r>
    </w:p>
    <w:p>
      <w:pPr>
        <w:ind w:left="320"/>
      </w:pPr>
      <w:r>
        <w:rPr>
          <w:rFonts w:ascii="맑은 고딕" w:hAnsi="맑은 고딕" w:eastAsia="맑은 고딕"/>
          <w:b w:val="0"/>
          <w:color w:val="4E5968"/>
          <w:sz w:val="22"/>
        </w:rPr>
        <w:t>③ 책을 썼다</w:t>
      </w:r>
    </w:p>
    <w:p>
      <w:pPr>
        <w:ind w:left="320"/>
      </w:pPr>
      <w:r>
        <w:rPr>
          <w:rFonts w:ascii="맑은 고딕" w:hAnsi="맑은 고딕" w:eastAsia="맑은 고딕"/>
          <w:b w:val="0"/>
          <w:color w:val="4E5968"/>
          <w:sz w:val="22"/>
        </w:rPr>
        <w:t>④ 재판을 받았다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이토 히로부미는 어떤 인물인가요?</w:t>
      </w:r>
    </w:p>
    <w:p>
      <w:pPr>
        <w:ind w:left="320"/>
      </w:pPr>
      <w:r>
        <w:rPr>
          <w:rFonts w:ascii="맑은 고딕" w:hAnsi="맑은 고딕" w:eastAsia="맑은 고딕"/>
          <w:b w:val="0"/>
          <w:color w:val="4E5968"/>
          <w:sz w:val="22"/>
        </w:rPr>
        <w:t>① 조선을 끝까지 도운 충성스러운 충신</w:t>
      </w:r>
    </w:p>
    <w:p>
      <w:pPr>
        <w:ind w:left="320"/>
      </w:pPr>
      <w:r>
        <w:rPr>
          <w:rFonts w:ascii="맑은 고딕" w:hAnsi="맑은 고딕" w:eastAsia="맑은 고딕"/>
          <w:b w:val="0"/>
          <w:color w:val="4E5968"/>
          <w:sz w:val="22"/>
        </w:rPr>
        <w:t>② 조선 침략에 앞장선 일본 총리</w:t>
      </w:r>
    </w:p>
    <w:p>
      <w:pPr>
        <w:ind w:left="320"/>
      </w:pPr>
      <w:r>
        <w:rPr>
          <w:rFonts w:ascii="맑은 고딕" w:hAnsi="맑은 고딕" w:eastAsia="맑은 고딕"/>
          <w:b w:val="0"/>
          <w:color w:val="4E5968"/>
          <w:sz w:val="22"/>
        </w:rPr>
        <w:t>③ 독립운동가</w:t>
      </w:r>
    </w:p>
    <w:p>
      <w:pPr>
        <w:ind w:left="320"/>
      </w:pPr>
      <w:r>
        <w:rPr>
          <w:rFonts w:ascii="맑은 고딕" w:hAnsi="맑은 고딕" w:eastAsia="맑은 고딕"/>
          <w:b w:val="0"/>
          <w:color w:val="4E5968"/>
          <w:sz w:val="22"/>
        </w:rPr>
        <w:t>④ 안중근의 동지</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안중근이 동지들과 손가락을 자른(단지동맹) 까닭은?</w:t>
      </w:r>
    </w:p>
    <w:p>
      <w:pPr>
        <w:ind w:left="320"/>
      </w:pPr>
      <w:r>
        <w:rPr>
          <w:rFonts w:ascii="맑은 고딕" w:hAnsi="맑은 고딕" w:eastAsia="맑은 고딕"/>
          <w:b w:val="0"/>
          <w:color w:val="4E5968"/>
          <w:sz w:val="22"/>
        </w:rPr>
        <w:t>① 큰 잘못을 저질러 무거운 벌을 받아서</w:t>
      </w:r>
    </w:p>
    <w:p>
      <w:pPr>
        <w:ind w:left="320"/>
      </w:pPr>
      <w:r>
        <w:rPr>
          <w:rFonts w:ascii="맑은 고딕" w:hAnsi="맑은 고딕" w:eastAsia="맑은 고딕"/>
          <w:b w:val="0"/>
          <w:color w:val="4E5968"/>
          <w:sz w:val="22"/>
        </w:rPr>
        <w:t>② 사고가 나서</w:t>
      </w:r>
    </w:p>
    <w:p>
      <w:pPr>
        <w:ind w:left="320"/>
      </w:pPr>
      <w:r>
        <w:rPr>
          <w:rFonts w:ascii="맑은 고딕" w:hAnsi="맑은 고딕" w:eastAsia="맑은 고딕"/>
          <w:b w:val="0"/>
          <w:color w:val="4E5968"/>
          <w:sz w:val="22"/>
        </w:rPr>
        <w:t>③ 이토 처단을 굳게 맹세하기 위해</w:t>
      </w:r>
    </w:p>
    <w:p>
      <w:pPr>
        <w:ind w:left="320"/>
      </w:pPr>
      <w:r>
        <w:rPr>
          <w:rFonts w:ascii="맑은 고딕" w:hAnsi="맑은 고딕" w:eastAsia="맑은 고딕"/>
          <w:b w:val="0"/>
          <w:color w:val="4E5968"/>
          <w:sz w:val="22"/>
        </w:rPr>
        <w:t>④ 다쳐서</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안중근의 재판이 불공정했음을 보여 주는 것은?</w:t>
      </w:r>
    </w:p>
    <w:p>
      <w:pPr>
        <w:ind w:left="320"/>
      </w:pPr>
      <w:r>
        <w:rPr>
          <w:rFonts w:ascii="맑은 고딕" w:hAnsi="맑은 고딕" w:eastAsia="맑은 고딕"/>
          <w:b w:val="0"/>
          <w:color w:val="4E5968"/>
          <w:sz w:val="22"/>
        </w:rPr>
        <w:t>① 실력 좋은 변호사가 아주 많이 있었다</w:t>
      </w:r>
    </w:p>
    <w:p>
      <w:pPr>
        <w:ind w:left="320"/>
      </w:pPr>
      <w:r>
        <w:rPr>
          <w:rFonts w:ascii="맑은 고딕" w:hAnsi="맑은 고딕" w:eastAsia="맑은 고딕"/>
          <w:b w:val="0"/>
          <w:color w:val="4E5968"/>
          <w:sz w:val="22"/>
        </w:rPr>
        <w:t>② 재판이 길었다</w:t>
      </w:r>
    </w:p>
    <w:p>
      <w:pPr>
        <w:ind w:left="320"/>
      </w:pPr>
      <w:r>
        <w:rPr>
          <w:rFonts w:ascii="맑은 고딕" w:hAnsi="맑은 고딕" w:eastAsia="맑은 고딕"/>
          <w:b w:val="0"/>
          <w:color w:val="4E5968"/>
          <w:sz w:val="22"/>
        </w:rPr>
        <w:t>③ 방청이 자유로웠다</w:t>
      </w:r>
    </w:p>
    <w:p>
      <w:pPr>
        <w:ind w:left="320"/>
      </w:pPr>
      <w:r>
        <w:rPr>
          <w:rFonts w:ascii="맑은 고딕" w:hAnsi="맑은 고딕" w:eastAsia="맑은 고딕"/>
          <w:b w:val="0"/>
          <w:color w:val="4E5968"/>
          <w:sz w:val="22"/>
        </w:rPr>
        <w:t>④ 변호사 금지, 짧은 재판, 방청 제한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하얼빈역에서 이토를 처단한다.</w:t>
      </w:r>
    </w:p>
    <w:p>
      <w:pPr>
        <w:ind w:left="320"/>
      </w:pPr>
      <w:r>
        <w:rPr>
          <w:rFonts w:ascii="맑은 고딕" w:hAnsi="맑은 고딕" w:eastAsia="맑은 고딕"/>
          <w:b w:val="0"/>
          <w:color w:val="333D4B"/>
          <w:sz w:val="22"/>
        </w:rPr>
        <w:t>ㄴ. 동지들과 손가락을 잘라 맹세한다.</w:t>
      </w:r>
    </w:p>
    <w:p>
      <w:pPr>
        <w:ind w:left="320"/>
      </w:pPr>
      <w:r>
        <w:rPr>
          <w:rFonts w:ascii="맑은 고딕" w:hAnsi="맑은 고딕" w:eastAsia="맑은 고딕"/>
          <w:b w:val="0"/>
          <w:color w:val="333D4B"/>
          <w:sz w:val="22"/>
        </w:rPr>
        <w:t>ㄷ. 뤼순감옥에서 순국한다.</w:t>
      </w:r>
    </w:p>
    <w:p>
      <w:pPr>
        <w:ind w:left="320"/>
      </w:pPr>
      <w:r>
        <w:rPr>
          <w:rFonts w:ascii="맑은 고딕" w:hAnsi="맑은 고딕" w:eastAsia="맑은 고딕"/>
          <w:b w:val="0"/>
          <w:color w:val="333D4B"/>
          <w:sz w:val="22"/>
        </w:rPr>
        <w:t>ㄹ. 불공정한 재판을 받는다.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'손가락 잃은 아픔은 나라 잃은 아픔에 비하면 아무것도 아니다'가 보여 주는 것은?</w:t>
      </w:r>
    </w:p>
    <w:p>
      <w:pPr>
        <w:ind w:left="320"/>
      </w:pPr>
      <w:r>
        <w:rPr>
          <w:rFonts w:ascii="맑은 고딕" w:hAnsi="맑은 고딕" w:eastAsia="맑은 고딕"/>
          <w:b w:val="0"/>
          <w:color w:val="4E5968"/>
          <w:sz w:val="22"/>
        </w:rPr>
        <w:t>① 잘린 손가락이 정말 하나도 아프지 않았다</w:t>
      </w:r>
    </w:p>
    <w:p>
      <w:pPr>
        <w:ind w:left="320"/>
      </w:pPr>
      <w:r>
        <w:rPr>
          <w:rFonts w:ascii="맑은 고딕" w:hAnsi="맑은 고딕" w:eastAsia="맑은 고딕"/>
          <w:b w:val="0"/>
          <w:color w:val="4E5968"/>
          <w:sz w:val="22"/>
        </w:rPr>
        <w:t>② 나라 지키려는 마음이 고통보다 컸다</w:t>
      </w:r>
    </w:p>
    <w:p>
      <w:pPr>
        <w:ind w:left="320"/>
      </w:pPr>
      <w:r>
        <w:rPr>
          <w:rFonts w:ascii="맑은 고딕" w:hAnsi="맑은 고딕" w:eastAsia="맑은 고딕"/>
          <w:b w:val="0"/>
          <w:color w:val="4E5968"/>
          <w:sz w:val="22"/>
        </w:rPr>
        <w:t>③ 맹세가 쉬웠다</w:t>
      </w:r>
    </w:p>
    <w:p>
      <w:pPr>
        <w:ind w:left="320"/>
      </w:pPr>
      <w:r>
        <w:rPr>
          <w:rFonts w:ascii="맑은 고딕" w:hAnsi="맑은 고딕" w:eastAsia="맑은 고딕"/>
          <w:b w:val="0"/>
          <w:color w:val="4E5968"/>
          <w:sz w:val="22"/>
        </w:rPr>
        <w:t>④ 용기가 없었다</w:t>
      </w:r>
    </w:p>
    <w:p>
      <w:pPr>
        <w:spacing w:before="240"/>
      </w:pPr>
      <w:r>
        <w:rPr>
          <w:rFonts w:ascii="맑은 고딕" w:hAnsi="맑은 고딕" w:eastAsia="맑은 고딕"/>
          <w:b/>
          <w:color w:val="8B95A1"/>
          <w:sz w:val="17"/>
        </w:rPr>
        <w:t xml:space="preserve">  추론 · 공통점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설쌤이 말한 이순신 장군과 안중근 의사의 공통점은?</w:t>
      </w:r>
    </w:p>
    <w:p>
      <w:pPr>
        <w:ind w:left="320"/>
      </w:pPr>
      <w:r>
        <w:rPr>
          <w:rFonts w:ascii="맑은 고딕" w:hAnsi="맑은 고딕" w:eastAsia="맑은 고딕"/>
          <w:b w:val="0"/>
          <w:color w:val="4E5968"/>
          <w:sz w:val="22"/>
        </w:rPr>
        <w:t>① 두려움을 용기로 이겨 나라를 지킴</w:t>
      </w:r>
    </w:p>
    <w:p>
      <w:pPr>
        <w:ind w:left="320"/>
      </w:pPr>
      <w:r>
        <w:rPr>
          <w:rFonts w:ascii="맑은 고딕" w:hAnsi="맑은 고딕" w:eastAsia="맑은 고딕"/>
          <w:b w:val="0"/>
          <w:color w:val="4E5968"/>
          <w:sz w:val="22"/>
        </w:rPr>
        <w:t>② 같은 시대에 살았음</w:t>
      </w:r>
    </w:p>
    <w:p>
      <w:pPr>
        <w:ind w:left="320"/>
      </w:pPr>
      <w:r>
        <w:rPr>
          <w:rFonts w:ascii="맑은 고딕" w:hAnsi="맑은 고딕" w:eastAsia="맑은 고딕"/>
          <w:b w:val="0"/>
          <w:color w:val="4E5968"/>
          <w:sz w:val="22"/>
        </w:rPr>
        <w:t>③ 둘이 같은 작은 시골 마을에서 태어남</w:t>
      </w:r>
    </w:p>
    <w:p>
      <w:pPr>
        <w:ind w:left="320"/>
      </w:pPr>
      <w:r>
        <w:rPr>
          <w:rFonts w:ascii="맑은 고딕" w:hAnsi="맑은 고딕" w:eastAsia="맑은 고딕"/>
          <w:b w:val="0"/>
          <w:color w:val="4E5968"/>
          <w:sz w:val="22"/>
        </w:rPr>
        <w:t>④ 둘 다 의사(병원)였음</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전쟁은 멋지다</w:t>
      </w:r>
    </w:p>
    <w:p>
      <w:pPr>
        <w:ind w:left="320"/>
      </w:pPr>
      <w:r>
        <w:rPr>
          <w:rFonts w:ascii="맑은 고딕" w:hAnsi="맑은 고딕" w:eastAsia="맑은 고딕"/>
          <w:b w:val="0"/>
          <w:color w:val="4E5968"/>
          <w:sz w:val="22"/>
        </w:rPr>
        <w:t>② 역사는 얼마든지 마음대로 바꿔도 된다</w:t>
      </w:r>
    </w:p>
    <w:p>
      <w:pPr>
        <w:ind w:left="320"/>
      </w:pPr>
      <w:r>
        <w:rPr>
          <w:rFonts w:ascii="맑은 고딕" w:hAnsi="맑은 고딕" w:eastAsia="맑은 고딕"/>
          <w:b w:val="0"/>
          <w:color w:val="4E5968"/>
          <w:sz w:val="22"/>
        </w:rPr>
        <w:t>③ 안중근의 헌신과 용기를 기억하자</w:t>
      </w:r>
    </w:p>
    <w:p>
      <w:pPr>
        <w:ind w:left="320"/>
      </w:pPr>
      <w:r>
        <w:rPr>
          <w:rFonts w:ascii="맑은 고딕" w:hAnsi="맑은 고딕" w:eastAsia="맑은 고딕"/>
          <w:b w:val="0"/>
          <w:color w:val="4E5968"/>
          <w:sz w:val="22"/>
        </w:rPr>
        <w:t>④ 옛일은 잊자</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불공정한 재판에도 당당하게 이토의 죄를 밝힌 안중근의 마음이 어떠했을지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안중근 의사 같은 분들의 희생 덕분에 오늘 우리가 누리는 것은 무엇인지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의사(義士)의 신념</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온달 일행이 1909년 하얼빈으로 시간 여행을 떠나, 역사를 바꾸려는 엑스맨으로부터 안중근 의사를 지킨다. 동지들과 손가락을 잘라 맹세(단지동맹)할 만큼 나라를 사랑한 안중근이 침략의 원흉 이토 히로부미를 처단하고, 불공정한 재판에도 당당했던 의거를 지켜보며, 두려움을 용기로 바꾼 헌신과 '의사(義士)'의 의미를 배우는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안중근이 재판에서 당당히 밝힌 이토의 죄에 해당하는 것은?</w:t>
      </w:r>
    </w:p>
    <w:p>
      <w:pPr>
        <w:ind w:left="320"/>
      </w:pPr>
      <w:r>
        <w:rPr>
          <w:rFonts w:ascii="맑은 고딕" w:hAnsi="맑은 고딕" w:eastAsia="맑은 고딕"/>
          <w:b w:val="0"/>
          <w:color w:val="4E5968"/>
          <w:sz w:val="22"/>
        </w:rPr>
        <w:t>① 을사늑약·고종 폐위 등 15가지 죄</w:t>
      </w:r>
    </w:p>
    <w:p>
      <w:pPr>
        <w:ind w:left="320"/>
      </w:pPr>
      <w:r>
        <w:rPr>
          <w:rFonts w:ascii="맑은 고딕" w:hAnsi="맑은 고딕" w:eastAsia="맑은 고딕"/>
          <w:b w:val="0"/>
          <w:color w:val="4E5968"/>
          <w:sz w:val="22"/>
        </w:rPr>
        <w:t>② 백성에게 무거운 세금을 잔뜩 올린 죄</w:t>
      </w:r>
    </w:p>
    <w:p>
      <w:pPr>
        <w:ind w:left="320"/>
      </w:pPr>
      <w:r>
        <w:rPr>
          <w:rFonts w:ascii="맑은 고딕" w:hAnsi="맑은 고딕" w:eastAsia="맑은 고딕"/>
          <w:b w:val="0"/>
          <w:color w:val="4E5968"/>
          <w:sz w:val="22"/>
        </w:rPr>
        <w:t>③ 농사를 망친 죄</w:t>
      </w:r>
    </w:p>
    <w:p>
      <w:pPr>
        <w:ind w:left="320"/>
      </w:pPr>
      <w:r>
        <w:rPr>
          <w:rFonts w:ascii="맑은 고딕" w:hAnsi="맑은 고딕" w:eastAsia="맑은 고딕"/>
          <w:b w:val="0"/>
          <w:color w:val="4E5968"/>
          <w:sz w:val="22"/>
        </w:rPr>
        <w:t>④ 성을 쌓은 죄</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안중근의 재판이 불공정했음을 보여 주는 사실은?</w:t>
      </w:r>
    </w:p>
    <w:p>
      <w:pPr>
        <w:ind w:left="320"/>
      </w:pPr>
      <w:r>
        <w:rPr>
          <w:rFonts w:ascii="맑은 고딕" w:hAnsi="맑은 고딕" w:eastAsia="맑은 고딕"/>
          <w:b w:val="0"/>
          <w:color w:val="4E5968"/>
          <w:sz w:val="22"/>
        </w:rPr>
        <w:t>① 판사가 친절했다</w:t>
      </w:r>
    </w:p>
    <w:p>
      <w:pPr>
        <w:ind w:left="320"/>
      </w:pPr>
      <w:r>
        <w:rPr>
          <w:rFonts w:ascii="맑은 고딕" w:hAnsi="맑은 고딕" w:eastAsia="맑은 고딕"/>
          <w:b w:val="0"/>
          <w:color w:val="4E5968"/>
          <w:sz w:val="22"/>
        </w:rPr>
        <w:t>② 변호사 금지, 짧은 재판, 방청 제한</w:t>
      </w:r>
    </w:p>
    <w:p>
      <w:pPr>
        <w:ind w:left="320"/>
      </w:pPr>
      <w:r>
        <w:rPr>
          <w:rFonts w:ascii="맑은 고딕" w:hAnsi="맑은 고딕" w:eastAsia="맑은 고딕"/>
          <w:b w:val="0"/>
          <w:color w:val="4E5968"/>
          <w:sz w:val="22"/>
        </w:rPr>
        <w:t>③ 피고인에게 충분한 시간을 넉넉히 주었다</w:t>
      </w:r>
    </w:p>
    <w:p>
      <w:pPr>
        <w:ind w:left="320"/>
      </w:pPr>
      <w:r>
        <w:rPr>
          <w:rFonts w:ascii="맑은 고딕" w:hAnsi="맑은 고딕" w:eastAsia="맑은 고딕"/>
          <w:b w:val="0"/>
          <w:color w:val="4E5968"/>
          <w:sz w:val="22"/>
        </w:rPr>
        <w:t>④ 통역이 완벽했다</w:t>
      </w:r>
    </w:p>
    <w:p>
      <w:pPr>
        <w:spacing w:before="240"/>
      </w:pPr>
      <w:r>
        <w:rPr>
          <w:rFonts w:ascii="맑은 고딕" w:hAnsi="맑은 고딕" w:eastAsia="맑은 고딕"/>
          <w:b/>
          <w:color w:val="8B95A1"/>
          <w:sz w:val="17"/>
        </w:rPr>
        <w:t xml:space="preserve">  해석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안중근이 두려움 속에서도 의거를 실행할 수 있었던 까닭은?</w:t>
      </w:r>
    </w:p>
    <w:p>
      <w:pPr>
        <w:ind w:left="320"/>
      </w:pPr>
      <w:r>
        <w:rPr>
          <w:rFonts w:ascii="맑은 고딕" w:hAnsi="맑은 고딕" w:eastAsia="맑은 고딕"/>
          <w:b w:val="0"/>
          <w:color w:val="4E5968"/>
          <w:sz w:val="22"/>
        </w:rPr>
        <w:t>① 태어날 때부터 겁이 전혀 하나도 없어서</w:t>
      </w:r>
    </w:p>
    <w:p>
      <w:pPr>
        <w:ind w:left="320"/>
      </w:pPr>
      <w:r>
        <w:rPr>
          <w:rFonts w:ascii="맑은 고딕" w:hAnsi="맑은 고딕" w:eastAsia="맑은 고딕"/>
          <w:b w:val="0"/>
          <w:color w:val="4E5968"/>
          <w:sz w:val="22"/>
        </w:rPr>
        <w:t>② 상을 받으려고</w:t>
      </w:r>
    </w:p>
    <w:p>
      <w:pPr>
        <w:ind w:left="320"/>
      </w:pPr>
      <w:r>
        <w:rPr>
          <w:rFonts w:ascii="맑은 고딕" w:hAnsi="맑은 고딕" w:eastAsia="맑은 고딕"/>
          <w:b w:val="0"/>
          <w:color w:val="4E5968"/>
          <w:sz w:val="22"/>
        </w:rPr>
        <w:t>③ 가족보다 나라가 먼저라는 신념 때문에</w:t>
      </w:r>
    </w:p>
    <w:p>
      <w:pPr>
        <w:ind w:left="320"/>
      </w:pPr>
      <w:r>
        <w:rPr>
          <w:rFonts w:ascii="맑은 고딕" w:hAnsi="맑은 고딕" w:eastAsia="맑은 고딕"/>
          <w:b w:val="0"/>
          <w:color w:val="4E5968"/>
          <w:sz w:val="22"/>
        </w:rPr>
        <w:t>④ 친구가 시켜서</w:t>
      </w:r>
    </w:p>
    <w:p>
      <w:pPr>
        <w:spacing w:before="240"/>
      </w:pPr>
      <w:r>
        <w:rPr>
          <w:rFonts w:ascii="맑은 고딕" w:hAnsi="맑은 고딕" w:eastAsia="맑은 고딕"/>
          <w:b/>
          <w:color w:val="8B95A1"/>
          <w:sz w:val="17"/>
        </w:rPr>
        <w:t xml:space="preserve">  추론 · 공통점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안중근과 이순신의 공통점으로 알맞은 것은?</w:t>
      </w:r>
    </w:p>
    <w:p>
      <w:pPr>
        <w:ind w:left="320"/>
      </w:pPr>
      <w:r>
        <w:rPr>
          <w:rFonts w:ascii="맑은 고딕" w:hAnsi="맑은 고딕" w:eastAsia="맑은 고딕"/>
          <w:b w:val="0"/>
          <w:color w:val="4E5968"/>
          <w:sz w:val="22"/>
        </w:rPr>
        <w:t>① 둘 다 같은 작은 시골 마을 출신이었음</w:t>
      </w:r>
    </w:p>
    <w:p>
      <w:pPr>
        <w:ind w:left="320"/>
      </w:pPr>
      <w:r>
        <w:rPr>
          <w:rFonts w:ascii="맑은 고딕" w:hAnsi="맑은 고딕" w:eastAsia="맑은 고딕"/>
          <w:b w:val="0"/>
          <w:color w:val="4E5968"/>
          <w:sz w:val="22"/>
        </w:rPr>
        <w:t>② 같은 시대 사람</w:t>
      </w:r>
    </w:p>
    <w:p>
      <w:pPr>
        <w:ind w:left="320"/>
      </w:pPr>
      <w:r>
        <w:rPr>
          <w:rFonts w:ascii="맑은 고딕" w:hAnsi="맑은 고딕" w:eastAsia="맑은 고딕"/>
          <w:b w:val="0"/>
          <w:color w:val="4E5968"/>
          <w:sz w:val="22"/>
        </w:rPr>
        <w:t>③ 둘 다 왕이었음</w:t>
      </w:r>
    </w:p>
    <w:p>
      <w:pPr>
        <w:ind w:left="320"/>
      </w:pPr>
      <w:r>
        <w:rPr>
          <w:rFonts w:ascii="맑은 고딕" w:hAnsi="맑은 고딕" w:eastAsia="맑은 고딕"/>
          <w:b w:val="0"/>
          <w:color w:val="4E5968"/>
          <w:sz w:val="22"/>
        </w:rPr>
        <w:t>④ 두려움을 용기로 승화시켜 나라를 지킴</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하얼빈역에서 이토를 처단한다.</w:t>
      </w:r>
    </w:p>
    <w:p>
      <w:pPr>
        <w:ind w:left="320"/>
      </w:pPr>
      <w:r>
        <w:rPr>
          <w:rFonts w:ascii="맑은 고딕" w:hAnsi="맑은 고딕" w:eastAsia="맑은 고딕"/>
          <w:b w:val="0"/>
          <w:color w:val="333D4B"/>
          <w:sz w:val="22"/>
        </w:rPr>
        <w:t>ㄴ. 동지들과 손가락을 잘라 맹세한다.</w:t>
      </w:r>
    </w:p>
    <w:p>
      <w:pPr>
        <w:ind w:left="320"/>
      </w:pPr>
      <w:r>
        <w:rPr>
          <w:rFonts w:ascii="맑은 고딕" w:hAnsi="맑은 고딕" w:eastAsia="맑은 고딕"/>
          <w:b w:val="0"/>
          <w:color w:val="333D4B"/>
          <w:sz w:val="22"/>
        </w:rPr>
        <w:t>ㄷ. 뤼순감옥에서 순국한다.</w:t>
      </w:r>
    </w:p>
    <w:p>
      <w:pPr>
        <w:ind w:left="320"/>
      </w:pPr>
      <w:r>
        <w:rPr>
          <w:rFonts w:ascii="맑은 고딕" w:hAnsi="맑은 고딕" w:eastAsia="맑은 고딕"/>
          <w:b w:val="0"/>
          <w:color w:val="333D4B"/>
          <w:sz w:val="22"/>
        </w:rPr>
        <w:t>ㄹ. 불공정한 재판을 받는다.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6. </w:t>
      </w:r>
      <w:r>
        <w:rPr>
          <w:rFonts w:ascii="맑은 고딕" w:hAnsi="맑은 고딕" w:eastAsia="맑은 고딕"/>
          <w:b/>
          <w:color w:val="191F28"/>
          <w:sz w:val="23"/>
        </w:rPr>
        <w:t>안중근이 감옥에서까지 붓글씨와 저서(『안응칠 역사』)를 남긴 것이 보여 주는 것은?</w:t>
      </w:r>
    </w:p>
    <w:p>
      <w:pPr>
        <w:ind w:left="320"/>
      </w:pPr>
      <w:r>
        <w:rPr>
          <w:rFonts w:ascii="맑은 고딕" w:hAnsi="맑은 고딕" w:eastAsia="맑은 고딕"/>
          <w:b w:val="0"/>
          <w:color w:val="4E5968"/>
          <w:sz w:val="22"/>
        </w:rPr>
        <w:t>① 시간이 남아서</w:t>
      </w:r>
    </w:p>
    <w:p>
      <w:pPr>
        <w:ind w:left="320"/>
      </w:pPr>
      <w:r>
        <w:rPr>
          <w:rFonts w:ascii="맑은 고딕" w:hAnsi="맑은 고딕" w:eastAsia="맑은 고딕"/>
          <w:b w:val="0"/>
          <w:color w:val="4E5968"/>
          <w:sz w:val="22"/>
        </w:rPr>
        <w:t>② 흔들리지 않은 신념과 깊은 학식</w:t>
      </w:r>
    </w:p>
    <w:p>
      <w:pPr>
        <w:ind w:left="320"/>
      </w:pPr>
      <w:r>
        <w:rPr>
          <w:rFonts w:ascii="맑은 고딕" w:hAnsi="맑은 고딕" w:eastAsia="맑은 고딕"/>
          <w:b w:val="0"/>
          <w:color w:val="4E5968"/>
          <w:sz w:val="22"/>
        </w:rPr>
        <w:t>③ 그저 틈틈이 글씨 연습을 하기 위해</w:t>
      </w:r>
    </w:p>
    <w:p>
      <w:pPr>
        <w:ind w:left="320"/>
      </w:pPr>
      <w:r>
        <w:rPr>
          <w:rFonts w:ascii="맑은 고딕" w:hAnsi="맑은 고딕" w:eastAsia="맑은 고딕"/>
          <w:b w:val="0"/>
          <w:color w:val="4E5968"/>
          <w:sz w:val="22"/>
        </w:rPr>
        <w:t>④ 심심해서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안중근의 행동을 '테러'가 아니라 '의거'라 부르는 까닭은?</w:t>
      </w:r>
    </w:p>
    <w:p>
      <w:pPr>
        <w:ind w:left="320"/>
      </w:pPr>
      <w:r>
        <w:rPr>
          <w:rFonts w:ascii="맑은 고딕" w:hAnsi="맑은 고딕" w:eastAsia="맑은 고딕"/>
          <w:b w:val="0"/>
          <w:color w:val="4E5968"/>
          <w:sz w:val="22"/>
        </w:rPr>
        <w:t>① 나라와 정의를 위한 의로운 행동이라서</w:t>
      </w:r>
    </w:p>
    <w:p>
      <w:pPr>
        <w:ind w:left="320"/>
      </w:pPr>
      <w:r>
        <w:rPr>
          <w:rFonts w:ascii="맑은 고딕" w:hAnsi="맑은 고딕" w:eastAsia="맑은 고딕"/>
          <w:b w:val="0"/>
          <w:color w:val="4E5968"/>
          <w:sz w:val="22"/>
        </w:rPr>
        <w:t>② 그 일로 온 세상에 아주 크게 유명해져서</w:t>
      </w:r>
    </w:p>
    <w:p>
      <w:pPr>
        <w:ind w:left="320"/>
      </w:pPr>
      <w:r>
        <w:rPr>
          <w:rFonts w:ascii="맑은 고딕" w:hAnsi="맑은 고딕" w:eastAsia="맑은 고딕"/>
          <w:b w:val="0"/>
          <w:color w:val="4E5968"/>
          <w:sz w:val="22"/>
        </w:rPr>
        <w:t>③ 성공해서</w:t>
      </w:r>
    </w:p>
    <w:p>
      <w:pPr>
        <w:ind w:left="320"/>
      </w:pPr>
      <w:r>
        <w:rPr>
          <w:rFonts w:ascii="맑은 고딕" w:hAnsi="맑은 고딕" w:eastAsia="맑은 고딕"/>
          <w:b w:val="0"/>
          <w:color w:val="4E5968"/>
          <w:sz w:val="22"/>
        </w:rPr>
        <w:t>④ 총을 써서</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설쌤이 전한 핵심 메시지로 가장 알맞은 것은?</w:t>
      </w:r>
    </w:p>
    <w:p>
      <w:pPr>
        <w:ind w:left="320"/>
      </w:pPr>
      <w:r>
        <w:rPr>
          <w:rFonts w:ascii="맑은 고딕" w:hAnsi="맑은 고딕" w:eastAsia="맑은 고딕"/>
          <w:b w:val="0"/>
          <w:color w:val="4E5968"/>
          <w:sz w:val="22"/>
        </w:rPr>
        <w:t>① 역사는 바꿀 수 있다</w:t>
      </w:r>
    </w:p>
    <w:p>
      <w:pPr>
        <w:ind w:left="320"/>
      </w:pPr>
      <w:r>
        <w:rPr>
          <w:rFonts w:ascii="맑은 고딕" w:hAnsi="맑은 고딕" w:eastAsia="맑은 고딕"/>
          <w:b w:val="0"/>
          <w:color w:val="4E5968"/>
          <w:sz w:val="22"/>
        </w:rPr>
        <w:t>② 진정한 영웅은 처음부터 다 따로 정해져 있다</w:t>
      </w:r>
    </w:p>
    <w:p>
      <w:pPr>
        <w:ind w:left="320"/>
      </w:pPr>
      <w:r>
        <w:rPr>
          <w:rFonts w:ascii="맑은 고딕" w:hAnsi="맑은 고딕" w:eastAsia="맑은 고딕"/>
          <w:b w:val="0"/>
          <w:color w:val="4E5968"/>
          <w:sz w:val="22"/>
        </w:rPr>
        <w:t>③ 각자 자리에서 최선을 다하면 영웅이 된다</w:t>
      </w:r>
    </w:p>
    <w:p>
      <w:pPr>
        <w:ind w:left="320"/>
      </w:pPr>
      <w:r>
        <w:rPr>
          <w:rFonts w:ascii="맑은 고딕" w:hAnsi="맑은 고딕" w:eastAsia="맑은 고딕"/>
          <w:b w:val="0"/>
          <w:color w:val="4E5968"/>
          <w:sz w:val="22"/>
        </w:rPr>
        <w:t>④ 전쟁은 피할 수 없다</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내가 만약 안중근 의사의 변호사라면, 그 의거가 정당함을 어떻게 변론할지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'진정한 영웅은 두려움이 없는 자가 아니라 그것을 이겨낸 사람'이라는 말에 대한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용감한 안중근 의사</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하얼빈</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이토 히로부미</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나라를 위해 몸 바친 의로운 사람</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나라를 위해 굳게 맹세한 표시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나라를 잃은 아픔</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엑스맨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대한 독립 만세</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헌신한 안중근 의사의 용기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안중근-이토 처단 / 의사-의로운 사람 / 하얼빈-의거의 장소</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나라를 위해 용기를 내 주셔서 감사합니다. 덕분에 우리가 자유롭게 살 수 있어요. · (평가) 감사의 마음을 자기 말로 표현했는지 봐 주세요.</w:t>
      </w:r>
    </w:p>
    <w:p>
      <w:r>
        <w:br w:type="page"/>
      </w:r>
    </w:p>
    <w:p>
      <w:pPr>
        <w:spacing w:before="160"/>
      </w:pPr>
      <w:r>
        <w:rPr>
          <w:rFonts w:ascii="맑은 고딕" w:hAnsi="맑은 고딕" w:eastAsia="맑은 고딕"/>
          <w:b/>
          <w:color w:val="2272EB"/>
          <w:sz w:val="26"/>
        </w:rPr>
        <w:t>[중학년] 하얼빈의 영웅</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이토 히로부미를 처단했다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조선 침략에 앞장선 일본 총리</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이토 처단을 굳게 맹세하기 위해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변호사 금지, 짧은 재판, 방청 제한</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나라 지키려는 마음이 고통보다 컸다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두려움을 용기로 이겨 나라를 지킴</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안중근의 헌신과 용기를 기억하자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죽음 앞에서도 두렵기보다, 나라를 위한 자신의 행동이 옳았다는 떳떳함과 굳은 신념이 있었을 것이다. · (평가) 안중근의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빼앗겼던 나라를 되찾아 우리말을 쓰고 자유롭게 살 수 있는 오늘은, 나라를 위해 목숨 바친 분들 덕분이다. · (평가) 희생과 오늘을 연결해 적었는지 봐 주세요.</w:t>
      </w:r>
    </w:p>
    <w:p>
      <w:r>
        <w:br w:type="page"/>
      </w:r>
    </w:p>
    <w:p>
      <w:pPr>
        <w:spacing w:before="160"/>
      </w:pPr>
      <w:r>
        <w:rPr>
          <w:rFonts w:ascii="맑은 고딕" w:hAnsi="맑은 고딕" w:eastAsia="맑은 고딕"/>
          <w:b/>
          <w:color w:val="2272EB"/>
          <w:sz w:val="26"/>
        </w:rPr>
        <w:t>[고학년] 의사(義士)의 신념</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을사늑약·고종 폐위 등 15가지 죄</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변호사 금지, 짧은 재판, 방청 제한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가족보다 나라가 먼저라는 신념 때문에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두려움을 용기로 승화시켜 나라를 지킴</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흔들리지 않은 신념과 깊은 학식</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나라와 정의를 위한 의로운 행동이라서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각자 자리에서 최선을 다하면 영웅이 된다</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안중근의 행동은 개인의 원한이 아니라 침략으로 나라와 백성을 짓밟은 원흉을 처단해 정의를 세운 의로운 행동이므로 죄로 볼 수 없다. · (평가) 정당성의 근거를 논리적으로 제시했는지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누구나 두렵지만, 그 두려움을 옳은 신념으로 이겨내고 행동할 때 진짜 용기이고 영웅이라고 생각한다. · (평가) 자기 생각을 까닭과 함께 밝혔는지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