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중학년용]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창공을 가르는 사람들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대한민국 영공을 가르는 공군 특수비행팀 블랙이글스. 여덟 명의 조종사가 매일 이미지 트레이닝으로 한 치 오차 없는 대형을 만들고, 몸무게 8배의 중력을 G-슈트로 버티며 비행한다. 6시간마다 점검하고 흡입구 안까지 살피는 정비사들의 헌신과 완벽한 팀워크 뒤에는, 어린이들에게 꿈과 희망을 주고 공군의 자부심을 전하려는 마음이 있다. '누구나 꿈꿀 수 있지만 누구나 이룰 수 없는 꿈'을 향한 땀방울을 담은 다큐멘터리.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'블랙이글스'는 무엇을 하는 팀인가요?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대한민국 공군 특수비행팀(에어쇼)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축구팀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소방대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위험한 곳에 가장 먼저 출동하는 경찰특공대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조종사들이 완벽한 대형을 위해 매일 하는 훈련은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달리기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이미지 트레이닝(상상 훈련)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수영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제자리에서 빠르게 줄넘기 넘기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조종사가 특수 슈트(G-슈트)를 입는 까닭은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멋있어 보이려고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추위를 막으려고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중력에 의식을 잃지 않도록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갑자기 깊은 물에 빠지지 않으려고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비행기의 안전을 책임지는 사람들은 누구인가요?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멀리서 구경 온 관객들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기자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선생님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정비사(정비팀)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에어쇼가 이루어지는 과정을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조종사들이 이미지 트레이닝으로 대형을 맞춘다.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정비팀이 항공기를 꼼꼼히 점검한다.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태극기 세리머니로 마무리한다.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창공에서 에어쇼를 펼친다.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정비팀이 작은 티끌도 살피며 활주로를 청소하는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활주로를 한결 더 깨끗하고 보기 좋게 만들려고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작은 이물질도 큰 사고를 낼 수 있어서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운동 삼아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심심해서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해석 · 의도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블랙이글스가 위험한 비행을 하는 진짜 목적은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어린이에게 꿈과 희망을 주려고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돈을 벌려고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유명해지려고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엄청난 세계 신기록을 세워 보려고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종합 · 주제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이 영상이 보여 주는 것으로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비행은 쉬운 일이다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에어쇼는 너무 위험하니 하면 안 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비행 뒤에 숨은 노력과 팀워크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공군은 놀기만 한다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공감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보이지 않는 곳에서 묵묵히 애쓰는 정비사들에게 전하고 싶은 감사의 말을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블랙이글스의 팀워크처럼, 우리 반에서 협동(팀워크)이 꼭 필요한 일을 떠올려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[초등 고학년용]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땀방울 뒤의 비행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대한민국 영공을 가르는 공군 특수비행팀 블랙이글스. 여덟 명의 조종사가 매일 이미지 트레이닝으로 한 치 오차 없는 대형을 만들고, 몸무게 8배의 중력을 G-슈트로 버티며 비행한다. 6시간마다 점검하고 흡입구 안까지 살피는 정비사들의 헌신과 완벽한 팀워크 뒤에는, 어린이들에게 꿈과 희망을 주고 공군의 자부심을 전하려는 마음이 있다. '누구나 꿈꿀 수 있지만 누구나 이룰 수 없는 꿈'을 향한 땀방울을 담은 다큐멘터리.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사실 구별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블랙이글스 조종사들이 비행 중 견뎌야 하는 중력은 어느 정도인가요?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자기 몸무게의 최고 8배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딱 자기 몸무게의 절반 정도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거의 없음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자기 몸무게와 같음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원리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G-슈트가 조종사의 의식을 잃지 않게 돕는 원리는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체온을 높여 준다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몸을 눌러 피가 쏠리는 것을 막는다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맑은 산소를 훨씬 더 많이 공급해 준다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소리를 줄여 준다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해석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정비팀이 비행 전후는 물론 쉬는 날에도 점검을 거듭하는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평소에 달리 마땅히 할 만한 일이 하나도 없어서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구경하려고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조종사의 생명을 책임진다는 사명감 때문에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상을 받으려고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사실 구별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블랙이글스 항공기에 대한 설명으로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외국에서 사 온 여객기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프로펠러로 천천히 나는 아주 느린 옛날 비행기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조종사가 없는 무인기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우리 기술로 개발한 마하 1.5 초음속기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에어쇼가 이루어지는 과정을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조종사들이 이미지 트레이닝으로 대형을 맞춘다.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정비팀이 항공기를 꼼꼼히 점검한다.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태극기 세리머니로 마무리한다.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창공에서 에어쇼를 펼친다.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기체를 거꾸로 뒤집어 수직 상승하는 기동이 특히 힘든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비싼 연료가 너무너무 많이 들어가기 때문에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피가 머리로 몰려 무척 고통스러워서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기체가 무거워서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소리가 커서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해석 · 의미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'누구나 꿈꿀 수 있지만 누구나 이룰 수 없는 꿈'이라는 말이 뜻하는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극한의 훈련과 헌신으로 이룰 수 있는 꿈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누구든지 아주 쉽고 빠르게 이룰 수 있는 꿈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꿈은 필요 없다는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운으로 정해진다는 것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종합 · 주제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이 다큐멘터리가 전하려는 핵심으로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에어쇼는 화려하기만 하다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비행은 너무 위험하니 이제 당장 그만둬야 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화려함 뒤의 땀과 팀워크, 꿈을 향한 헌신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정비는 쉬운 일이다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가치 판단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화려한 에어쇼 뒤에서 보이지 않게 일하는 정비사들의 헌신이 왜 중요한지 자신의 생각을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블랙이글스처럼 꿈을 이루기 위해, 내가 견디고 노력해야 할 것은 무엇인지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[중학년] 창공을 가르는 사람들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대한민국 공군 특수비행팀(에어쇼)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이미지 트레이닝(상상 훈련)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중력에 의식을 잃지 않도록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정비사(정비팀)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ㄱ → ㄹ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② 작은 이물질도 큰 사고를 낼 수 있어서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① 어린이에게 꿈과 희망을 주려고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비행 뒤에 숨은 노력과 팀워크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멋진 비행 뒤에서 조종사의 생명과 안전을 지켜 주셔서 감사합니다. 보이지 않는 곳의 노력이 정말 큰 힘이에요. · (평가) 보이지 않는 노력에 감사하는 마음을 표현했는지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운동회 단체 줄넘기나 합창처럼, 서로 박자를 맞추고 믿어야 잘되는 일에 협동이 필요하다. · (평가) 협동이 필요한 예와 까닭을 적었는지 봐 주세요.</w:t>
      </w:r>
    </w:p>
    <w:p>
      <w:r>
        <w:br w:type="page"/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[고학년] 땀방울 뒤의 비행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자기 몸무게의 최고 8배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몸을 눌러 피가 쏠리는 것을 막는다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조종사의 생명을 책임진다는 사명감 때문에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우리 기술로 개발한 마하 1.5 초음속기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ㄱ → ㄹ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② 피가 머리로 몰려 무척 고통스러워서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① 극한의 훈련과 헌신으로 이룰 수 있는 꿈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화려함 뒤의 땀과 팀워크, 꿈을 향한 헌신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작은 점검 하나가 조종사의 생명과 멋진 비행을 가능하게 하기 때문이다. 보이지 않아도 모두의 안전을 떠받치는 꼭 필요한 역할이다. · (평가) 보이지 않는 헌신의 가치를 까닭과 함께 적었는지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하고 싶은 일을 위해 힘들어도 꾸준히 연습하고, 실수에 좌절하지 않고 다시 도전하는 인내가 필요하다. · (평가) 자신의 꿈과 연결해 노력·인내를 구체적으로 적었는지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