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세종대왕과 한글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온달이 시간 여행에서 만난 임금님은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세종대왕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이순신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광개토대왕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단군왕검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세종대왕이 만든 우리 글자의 이름은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한자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훈민정음(한글)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멀고 먼 나라의 알파벳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가나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세종대왕이 한글을 만든 까닭은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심심해서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자랑하려고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글을 몰라 힘든 백성을 위해서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먼 외국 사람들에게 자랑해 보내려고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도둑(엑스맨)이 훔쳐 가려 한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번쩍번쩍 빛나는 임금님의 비단옷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보물 상자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왕관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한글 창제의 비밀이 담긴 서책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한글을 만든 것을 기념하는 날은 언제인가요?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한글날(10월 9일)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신나고 즐거운 어린이날 축제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설날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추석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세종대왕이 한글을 만드느라 무리해서 나빠진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다리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눈(건강)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고운 목소리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손가락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온달이 이 여행에서 진짜 배운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게임 잘하는 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달리기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백성을 사랑하는 임금님의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세상에서 가장 맛있고 귀한 진수성찬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이야기가 알려 주는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시간 여행은 언제나 위험하다는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공부는 싫다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도둑은 빠르다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한글의 소중함과 세종의 사랑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세종대왕  ·          ·  훈민정음을 만듦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한글날  ·          ·  한글을 기념하는 날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훈민정음  ·          ·  우리 글자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한글이 없다면 어떤 점이 불편할지, 또는 한글을 만들어 주신 세종대왕께 감사 인사를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백성을 위한 글자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한글을 엉망으로 쓰던 온달이 평강, 설쌤과 시간 여행을 떠나 훈민정음을 만드는 세종대왕을 만난다. 글을 몰라 고통받는 백성을 위해 눈이 멀어 가면서까지 한글을 연구한 세종, 그 비밀 서책을 훔쳐 역사를 바꾸려는 자들과의 대결. 농사직설·해시계·화포에 이르는 업적의 본질에 '백성을 사랑하는 애민정신'이 있었음을 깨닫는 역사 모험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세종대왕이 훈민정음을 만든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글 모르는 백성을 위해서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한자가 멋이 없어서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신하들이 시켜서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먼 이웃 나라를 그대로 따라 하려고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사실 구별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세종대왕이 한글을 만들며 건강은 어떻게 되었나요?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오히려 예전보다 더 건강해졌다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무리하여 눈이 크게 나빠졌다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아무 변화가 없었다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팔을 다쳤다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도둑이 비밀 서책을 훔치자 생긴 위기는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큰불이 갑자기 활활 났다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홍수가 났다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역사가 바뀔 위기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전쟁이 났다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사실 구별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한글이 만들어진(창제) 해와 널리 알린(반포) 해로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1592년 창제, 1598년 반포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1019년 창제, 1100년 반포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1900년 창제, 1910년 반포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1443년 창제, 1446년 반포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이야기가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온달이 시간 여행으로 세종대왕을 만난다.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한글을 엉망으로 쓰던 온달을 설쌤이 찾아온다.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서책을 되찾아 세종께 돌려준다.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도둑이 비밀 서책을 훔쳐 위기가 온다.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한글을 만든 원리로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아무 모양이나 그렸다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하늘·땅·사람과 발음기관을 본떴다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한자를 줄여 만들었다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옛날 그림 문자를 그대로 본떠 만들었다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훈민정음 말고도 세종대왕이 이룬 업적으로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해시계·물시계·화포 등을 만들었다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중국의 만리장성을 아주 길고 높게 쌓았다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거북선을 만들었다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첨성대를 세웠다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온달이 이 여행에서 진짜 배운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신기한 시간 여행을 하는 방법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게임하는 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백성을 사랑한 세종의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도둑 잡는 법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공감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눈이 멀어 가면서도 한글을 만든 세종대왕의 마음이 어떠했을지 헤아려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한글이 우리 생활에서 왜 소중한지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애민정신과 한글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한글을 엉망으로 쓰던 온달이 평강, 설쌤과 시간 여행을 떠나 훈민정음을 만드는 세종대왕을 만난다. 글을 몰라 고통받는 백성을 위해 눈이 멀어 가면서까지 한글을 연구한 세종, 그 비밀 서책을 훔쳐 역사를 바꾸려는 자들과의 대결. 농사직설·해시계·화포에 이르는 업적의 본질에 '백성을 사랑하는 애민정신'이 있었음을 깨닫는 역사 모험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세종대왕이 한글을 만든 근본 까닭(애민정신)으로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글 모르는 백성을 불쌍히 여겨서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한자가 너무 어려워 자신이 불편해서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외국에 자랑하려고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신하들의 권유 때문에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사실 구별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한글의 창제 원리로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한자를 본떠 만들었다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발성기관과 하늘·땅·사람을 본떠 만들었다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그림 문자에서 변했다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먼 이웃 나라의 외국 글자를 그대로 빌려 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한글의 창제 원리를 담아 유네스코 세계기록유산이 된 책은?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농사직설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두꺼운 조선왕조실록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훈민정음해례본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동의보감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본질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농사직설·해시계·화포 등 세종의 모든 업적에 공통으로 담긴 본질은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더 많은 영토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이웃 나라에 강한 군대 자랑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외국과의 경쟁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백성을 사랑하는 애민정신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이야기가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온달이 시간 여행으로 세종대왕을 만난다.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한글을 엉망으로 쓰던 온달을 설쌤이 찾아온다.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서책을 되찾아 세종께 돌려준다.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도둑이 비밀 서책을 훔쳐 위기가 온다.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세종이 어려운 한자 지식을 한글로 번역해 백성에게 알리려 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한자를 없애려고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쉬운 글로 백성이 지식을 얻게 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외국에 보내려고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여러 신하들의 실력을 몰래 시험해 보려고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설쌤이 '세종이 왜 그것들을 만들었는지 본질을 깨닫는 게 중요하다'고 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 바탕의 사랑(애민)을 기억해야 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정확한 연도를 하나하나 다 외우게 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업적이 너무 많아서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시험에 나와서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이야기가 전하려는 핵심으로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세종대왕은 그냥 무조건 위대하다는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역사는 바꿀 수 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한글과 함께 그 애민정신을 이어받자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옛일은 잊는 게 낫다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'세종대왕의 업적이 왜 위대한가'를, 단순히 '많이 만들어서'가 아니라 그 본질(애민정신)과 연결해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한글이 세계적으로 인정받는 까닭과, 우리가 한글을 어떻게 대해야 할지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세종대왕과 한글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세종대왕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훈민정음(한글)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글을 몰라 힘든 백성을 위해서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한글 창제의 비밀이 담긴 서책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한글날(10월 9일)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눈(건강)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백성을 사랑하는 임금님의 마음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④ 한글의 소중함과 세종의 사랑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세종대왕-훈민정음을 만듦 / 한글날-기념하는 날 / 훈민정음-우리 글자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한글이 없으면 책도 못 읽고 마음도 적기 힘들 거예요. 쉬운 우리 글자를 만들어 주셔서 감사합니다, 세종대왕님. · (평가) 한글의 소중함이나 감사의 마음을 표현했는지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백성을 위한 글자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글 모르는 백성을 위해서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무리하여 눈이 크게 나빠졌다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역사가 바뀔 위기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1443년 창제, 1446년 반포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하늘·땅·사람과 발음기관을 본떴다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① 해시계·물시계·화포 등을 만들었다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백성을 사랑한 세종의 마음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자신의 몸이 상해도 백성이 편하게 살기를 바라는, 깊고 따뜻한 사랑의 마음이었을 것이다. · (평가) 세종대왕의 애민하는 마음에 공감해 표현했는지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한글은 배우기 쉬워 누구나 읽고 쓸 수 있고, 우리의 생각과 마음을 자유롭게 표현하게 해 주기 때문에 소중하다. · (평가) 한글의 가치를 구체적으로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애민정신과 한글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글 모르는 백성을 불쌍히 여겨서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발성기관과 하늘·땅·사람을 본떠 만들었다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훈민정음해례본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백성을 사랑하는 애민정신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쉬운 글로 백성이 지식을 얻게 하려고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① 그 바탕의 사랑(애민)을 기억해야 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한글과 함께 그 애민정신을 이어받자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세종의 업적이 위대한 것은 수가 많아서가 아니라, 모두 백성을 배불리·이롭게 하려는 사랑에서 나왔기 때문이다. · (평가) 업적과 애민정신을 연결해 설명했는지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한글은 만든 사람과 원리가 분명한 과학적인 글자라 세계가 인정한다. 우리는 한글을 바르고 아름답게 쓰며 소중히 지켜야 한다. · (평가) 한글의 가치와 바른 태도를 함께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