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독도를 지킨 강치</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강치가 원래 일하던 곳은 어디인가요?</w:t>
      </w:r>
    </w:p>
    <w:p>
      <w:pPr>
        <w:ind w:left="320"/>
      </w:pPr>
      <w:r>
        <w:rPr>
          <w:rFonts w:ascii="맑은 고딕" w:hAnsi="맑은 고딕" w:eastAsia="맑은 고딕"/>
          <w:b w:val="0"/>
          <w:color w:val="4E5968"/>
          <w:sz w:val="22"/>
        </w:rPr>
        <w:t>① 서커스단</w:t>
      </w:r>
    </w:p>
    <w:p>
      <w:pPr>
        <w:ind w:left="320"/>
      </w:pPr>
      <w:r>
        <w:rPr>
          <w:rFonts w:ascii="맑은 고딕" w:hAnsi="맑은 고딕" w:eastAsia="맑은 고딕"/>
          <w:b w:val="0"/>
          <w:color w:val="4E5968"/>
          <w:sz w:val="22"/>
        </w:rPr>
        <w:t>② 학교</w:t>
      </w:r>
    </w:p>
    <w:p>
      <w:pPr>
        <w:ind w:left="320"/>
      </w:pPr>
      <w:r>
        <w:rPr>
          <w:rFonts w:ascii="맑은 고딕" w:hAnsi="맑은 고딕" w:eastAsia="맑은 고딕"/>
          <w:b w:val="0"/>
          <w:color w:val="4E5968"/>
          <w:sz w:val="22"/>
        </w:rPr>
        <w:t>③ 병원</w:t>
      </w:r>
    </w:p>
    <w:p>
      <w:pPr>
        <w:ind w:left="320"/>
      </w:pPr>
      <w:r>
        <w:rPr>
          <w:rFonts w:ascii="맑은 고딕" w:hAnsi="맑은 고딕" w:eastAsia="맑은 고딕"/>
          <w:b w:val="0"/>
          <w:color w:val="4E5968"/>
          <w:sz w:val="22"/>
        </w:rPr>
        <w:t>④ 마을 식당</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2. </w:t>
      </w:r>
      <w:r>
        <w:rPr>
          <w:rFonts w:ascii="맑은 고딕" w:hAnsi="맑은 고딕" w:eastAsia="맑은 고딕"/>
          <w:b/>
          <w:color w:val="191F28"/>
          <w:sz w:val="23"/>
        </w:rPr>
        <w:t>악당 아무르가 차지하려 한 독도의 보물은 무엇인가요?</w:t>
      </w:r>
    </w:p>
    <w:p>
      <w:pPr>
        <w:ind w:left="320"/>
      </w:pPr>
      <w:r>
        <w:rPr>
          <w:rFonts w:ascii="맑은 고딕" w:hAnsi="맑은 고딕" w:eastAsia="맑은 고딕"/>
          <w:b w:val="0"/>
          <w:color w:val="4E5968"/>
          <w:sz w:val="22"/>
        </w:rPr>
        <w:t>① 황금 왕관</w:t>
      </w:r>
    </w:p>
    <w:p>
      <w:pPr>
        <w:ind w:left="320"/>
      </w:pPr>
      <w:r>
        <w:rPr>
          <w:rFonts w:ascii="맑은 고딕" w:hAnsi="맑은 고딕" w:eastAsia="맑은 고딕"/>
          <w:b w:val="0"/>
          <w:color w:val="4E5968"/>
          <w:sz w:val="22"/>
        </w:rPr>
        <w:t>② 진주 목걸이</w:t>
      </w:r>
    </w:p>
    <w:p>
      <w:pPr>
        <w:ind w:left="320"/>
      </w:pPr>
      <w:r>
        <w:rPr>
          <w:rFonts w:ascii="맑은 고딕" w:hAnsi="맑은 고딕" w:eastAsia="맑은 고딕"/>
          <w:b w:val="0"/>
          <w:color w:val="4E5968"/>
          <w:sz w:val="22"/>
        </w:rPr>
        <w:t>③ 불타는 얼음</w:t>
      </w:r>
    </w:p>
    <w:p>
      <w:pPr>
        <w:ind w:left="320"/>
      </w:pPr>
      <w:r>
        <w:rPr>
          <w:rFonts w:ascii="맑은 고딕" w:hAnsi="맑은 고딕" w:eastAsia="맑은 고딕"/>
          <w:b w:val="0"/>
          <w:color w:val="4E5968"/>
          <w:sz w:val="22"/>
        </w:rPr>
        <w:t>④ 보물 지도</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3. </w:t>
      </w:r>
      <w:r>
        <w:rPr>
          <w:rFonts w:ascii="맑은 고딕" w:hAnsi="맑은 고딕" w:eastAsia="맑은 고딕"/>
          <w:b/>
          <w:color w:val="191F28"/>
          <w:sz w:val="23"/>
        </w:rPr>
        <w:t>강치를 부른 독도의 수호목(나무)은 무엇인가요?</w:t>
      </w:r>
    </w:p>
    <w:p>
      <w:pPr>
        <w:ind w:left="320"/>
      </w:pPr>
      <w:r>
        <w:rPr>
          <w:rFonts w:ascii="맑은 고딕" w:hAnsi="맑은 고딕" w:eastAsia="맑은 고딕"/>
          <w:b w:val="0"/>
          <w:color w:val="4E5968"/>
          <w:sz w:val="22"/>
        </w:rPr>
        <w:t>① 사철나무</w:t>
      </w:r>
    </w:p>
    <w:p>
      <w:pPr>
        <w:ind w:left="320"/>
      </w:pPr>
      <w:r>
        <w:rPr>
          <w:rFonts w:ascii="맑은 고딕" w:hAnsi="맑은 고딕" w:eastAsia="맑은 고딕"/>
          <w:b w:val="0"/>
          <w:color w:val="4E5968"/>
          <w:sz w:val="22"/>
        </w:rPr>
        <w:t>② 키 큰 소나무</w:t>
      </w:r>
    </w:p>
    <w:p>
      <w:pPr>
        <w:ind w:left="320"/>
      </w:pPr>
      <w:r>
        <w:rPr>
          <w:rFonts w:ascii="맑은 고딕" w:hAnsi="맑은 고딕" w:eastAsia="맑은 고딕"/>
          <w:b w:val="0"/>
          <w:color w:val="4E5968"/>
          <w:sz w:val="22"/>
        </w:rPr>
        <w:t>③ 대나무</w:t>
      </w:r>
    </w:p>
    <w:p>
      <w:pPr>
        <w:ind w:left="320"/>
      </w:pPr>
      <w:r>
        <w:rPr>
          <w:rFonts w:ascii="맑은 고딕" w:hAnsi="맑은 고딕" w:eastAsia="맑은 고딕"/>
          <w:b w:val="0"/>
          <w:color w:val="4E5968"/>
          <w:sz w:val="22"/>
        </w:rPr>
        <w:t>④ 벚나무</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불타는 얼음의 위치를 알려 주는 강치의 물건은?</w:t>
      </w:r>
    </w:p>
    <w:p>
      <w:pPr>
        <w:ind w:left="320"/>
      </w:pPr>
      <w:r>
        <w:rPr>
          <w:rFonts w:ascii="맑은 고딕" w:hAnsi="맑은 고딕" w:eastAsia="맑은 고딕"/>
          <w:b w:val="0"/>
          <w:color w:val="4E5968"/>
          <w:sz w:val="22"/>
        </w:rPr>
        <w:t>① 지팡이</w:t>
      </w:r>
    </w:p>
    <w:p>
      <w:pPr>
        <w:ind w:left="320"/>
      </w:pPr>
      <w:r>
        <w:rPr>
          <w:rFonts w:ascii="맑은 고딕" w:hAnsi="맑은 고딕" w:eastAsia="맑은 고딕"/>
          <w:b w:val="0"/>
          <w:color w:val="4E5968"/>
          <w:sz w:val="22"/>
        </w:rPr>
        <w:t>② 모자</w:t>
      </w:r>
    </w:p>
    <w:p>
      <w:pPr>
        <w:ind w:left="320"/>
      </w:pPr>
      <w:r>
        <w:rPr>
          <w:rFonts w:ascii="맑은 고딕" w:hAnsi="맑은 고딕" w:eastAsia="맑은 고딕"/>
          <w:b w:val="0"/>
          <w:color w:val="4E5968"/>
          <w:sz w:val="22"/>
        </w:rPr>
        <w:t>③ 반지</w:t>
      </w:r>
    </w:p>
    <w:p>
      <w:pPr>
        <w:ind w:left="320"/>
      </w:pPr>
      <w:r>
        <w:rPr>
          <w:rFonts w:ascii="맑은 고딕" w:hAnsi="맑은 고딕" w:eastAsia="맑은 고딕"/>
          <w:b w:val="0"/>
          <w:color w:val="4E5968"/>
          <w:sz w:val="22"/>
        </w:rPr>
        <w:t>④ 목걸이</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5. </w:t>
      </w:r>
      <w:r>
        <w:rPr>
          <w:rFonts w:ascii="맑은 고딕" w:hAnsi="맑은 고딕" w:eastAsia="맑은 고딕"/>
          <w:b/>
          <w:color w:val="191F28"/>
          <w:sz w:val="23"/>
        </w:rPr>
        <w:t>불타는 얼음이 숨겨져 있던 곳은 어디인가요?</w:t>
      </w:r>
    </w:p>
    <w:p>
      <w:pPr>
        <w:ind w:left="320"/>
      </w:pPr>
      <w:r>
        <w:rPr>
          <w:rFonts w:ascii="맑은 고딕" w:hAnsi="맑은 고딕" w:eastAsia="맑은 고딕"/>
          <w:b w:val="0"/>
          <w:color w:val="4E5968"/>
          <w:sz w:val="22"/>
        </w:rPr>
        <w:t>① 한라산 꼭대기</w:t>
      </w:r>
    </w:p>
    <w:p>
      <w:pPr>
        <w:ind w:left="320"/>
      </w:pPr>
      <w:r>
        <w:rPr>
          <w:rFonts w:ascii="맑은 고딕" w:hAnsi="맑은 고딕" w:eastAsia="맑은 고딕"/>
          <w:b w:val="0"/>
          <w:color w:val="4E5968"/>
          <w:sz w:val="22"/>
        </w:rPr>
        <w:t>② 촛대바위 아래</w:t>
      </w:r>
    </w:p>
    <w:p>
      <w:pPr>
        <w:ind w:left="320"/>
      </w:pPr>
      <w:r>
        <w:rPr>
          <w:rFonts w:ascii="맑은 고딕" w:hAnsi="맑은 고딕" w:eastAsia="맑은 고딕"/>
          <w:b w:val="0"/>
          <w:color w:val="4E5968"/>
          <w:sz w:val="22"/>
        </w:rPr>
        <w:t>③ 모래사장</w:t>
      </w:r>
    </w:p>
    <w:p>
      <w:pPr>
        <w:ind w:left="320"/>
      </w:pPr>
      <w:r>
        <w:rPr>
          <w:rFonts w:ascii="맑은 고딕" w:hAnsi="맑은 고딕" w:eastAsia="맑은 고딕"/>
          <w:b w:val="0"/>
          <w:color w:val="4E5968"/>
          <w:sz w:val="22"/>
        </w:rPr>
        <w:t>④ 등대 안</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강치가 독도를 지킬 수 있었던 힘은 무엇인가요?</w:t>
      </w:r>
    </w:p>
    <w:p>
      <w:pPr>
        <w:ind w:left="320"/>
      </w:pPr>
      <w:r>
        <w:rPr>
          <w:rFonts w:ascii="맑은 고딕" w:hAnsi="맑은 고딕" w:eastAsia="맑은 고딕"/>
          <w:b w:val="0"/>
          <w:color w:val="4E5968"/>
          <w:sz w:val="22"/>
        </w:rPr>
        <w:t>① 강치 혼자만의 힘</w:t>
      </w:r>
    </w:p>
    <w:p>
      <w:pPr>
        <w:ind w:left="320"/>
      </w:pPr>
      <w:r>
        <w:rPr>
          <w:rFonts w:ascii="맑은 고딕" w:hAnsi="맑은 고딕" w:eastAsia="맑은 고딕"/>
          <w:b w:val="0"/>
          <w:color w:val="4E5968"/>
          <w:sz w:val="22"/>
        </w:rPr>
        <w:t>② 악당의 도움</w:t>
      </w:r>
    </w:p>
    <w:p>
      <w:pPr>
        <w:ind w:left="320"/>
      </w:pPr>
      <w:r>
        <w:rPr>
          <w:rFonts w:ascii="맑은 고딕" w:hAnsi="맑은 고딕" w:eastAsia="맑은 고딕"/>
          <w:b w:val="0"/>
          <w:color w:val="4E5968"/>
          <w:sz w:val="22"/>
        </w:rPr>
        <w:t>③ 친구들과의 협동</w:t>
      </w:r>
    </w:p>
    <w:p>
      <w:pPr>
        <w:ind w:left="320"/>
      </w:pPr>
      <w:r>
        <w:rPr>
          <w:rFonts w:ascii="맑은 고딕" w:hAnsi="맑은 고딕" w:eastAsia="맑은 고딕"/>
          <w:b w:val="0"/>
          <w:color w:val="4E5968"/>
          <w:sz w:val="22"/>
        </w:rPr>
        <w:t>④ 마술의 힘</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강치는 마지막에 어디에 남기로 했나요?</w:t>
      </w:r>
    </w:p>
    <w:p>
      <w:pPr>
        <w:ind w:left="320"/>
      </w:pPr>
      <w:r>
        <w:rPr>
          <w:rFonts w:ascii="맑은 고딕" w:hAnsi="맑은 고딕" w:eastAsia="맑은 고딕"/>
          <w:b w:val="0"/>
          <w:color w:val="4E5968"/>
          <w:sz w:val="22"/>
        </w:rPr>
        <w:t>① 신비의 낙원</w:t>
      </w:r>
    </w:p>
    <w:p>
      <w:pPr>
        <w:ind w:left="320"/>
      </w:pPr>
      <w:r>
        <w:rPr>
          <w:rFonts w:ascii="맑은 고딕" w:hAnsi="맑은 고딕" w:eastAsia="맑은 고딕"/>
          <w:b w:val="0"/>
          <w:color w:val="4E5968"/>
          <w:sz w:val="22"/>
        </w:rPr>
        <w:t>② 서커스단</w:t>
      </w:r>
    </w:p>
    <w:p>
      <w:pPr>
        <w:ind w:left="320"/>
      </w:pPr>
      <w:r>
        <w:rPr>
          <w:rFonts w:ascii="맑은 고딕" w:hAnsi="맑은 고딕" w:eastAsia="맑은 고딕"/>
          <w:b w:val="0"/>
          <w:color w:val="4E5968"/>
          <w:sz w:val="22"/>
        </w:rPr>
        <w:t>③ 북극</w:t>
      </w:r>
    </w:p>
    <w:p>
      <w:pPr>
        <w:ind w:left="320"/>
      </w:pPr>
      <w:r>
        <w:rPr>
          <w:rFonts w:ascii="맑은 고딕" w:hAnsi="맑은 고딕" w:eastAsia="맑은 고딕"/>
          <w:b w:val="0"/>
          <w:color w:val="4E5968"/>
          <w:sz w:val="22"/>
        </w:rPr>
        <w:t>④ 독도</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전하는 것은 무엇인가요?</w:t>
      </w:r>
    </w:p>
    <w:p>
      <w:pPr>
        <w:ind w:left="320"/>
      </w:pPr>
      <w:r>
        <w:rPr>
          <w:rFonts w:ascii="맑은 고딕" w:hAnsi="맑은 고딕" w:eastAsia="맑은 고딕"/>
          <w:b w:val="0"/>
          <w:color w:val="4E5968"/>
          <w:sz w:val="22"/>
        </w:rPr>
        <w:t>① 독도는 위험하다</w:t>
      </w:r>
    </w:p>
    <w:p>
      <w:pPr>
        <w:ind w:left="320"/>
      </w:pPr>
      <w:r>
        <w:rPr>
          <w:rFonts w:ascii="맑은 고딕" w:hAnsi="맑은 고딕" w:eastAsia="맑은 고딕"/>
          <w:b w:val="0"/>
          <w:color w:val="4E5968"/>
          <w:sz w:val="22"/>
        </w:rPr>
        <w:t>② 용기와 협동으로 독도를 지키자</w:t>
      </w:r>
    </w:p>
    <w:p>
      <w:pPr>
        <w:ind w:left="320"/>
      </w:pPr>
      <w:r>
        <w:rPr>
          <w:rFonts w:ascii="맑은 고딕" w:hAnsi="맑은 고딕" w:eastAsia="맑은 고딕"/>
          <w:b w:val="0"/>
          <w:color w:val="4E5968"/>
          <w:sz w:val="22"/>
        </w:rPr>
        <w:t>③ 세상에서 보물이 가장 소중하다는 것</w:t>
      </w:r>
    </w:p>
    <w:p>
      <w:pPr>
        <w:ind w:left="320"/>
      </w:pPr>
      <w:r>
        <w:rPr>
          <w:rFonts w:ascii="맑은 고딕" w:hAnsi="맑은 고딕" w:eastAsia="맑은 고딕"/>
          <w:b w:val="0"/>
          <w:color w:val="4E5968"/>
          <w:sz w:val="22"/>
        </w:rPr>
        <w:t>④ 혼자가 편하다</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강치  ·          ·  독도수비대의 후예</w:t>
      </w:r>
    </w:p>
    <w:p>
      <w:pPr>
        <w:ind w:left="320"/>
      </w:pPr>
      <w:r>
        <w:rPr>
          <w:rFonts w:ascii="맑은 고딕" w:hAnsi="맑은 고딕" w:eastAsia="맑은 고딕"/>
          <w:b w:val="0"/>
          <w:color w:val="333D4B"/>
          <w:sz w:val="22"/>
        </w:rPr>
        <w:t>불타는 얼음  ·          ·  독도의 보물</w:t>
      </w:r>
    </w:p>
    <w:p>
      <w:pPr>
        <w:ind w:left="320"/>
      </w:pPr>
      <w:r>
        <w:rPr>
          <w:rFonts w:ascii="맑은 고딕" w:hAnsi="맑은 고딕" w:eastAsia="맑은 고딕"/>
          <w:b w:val="0"/>
          <w:color w:val="333D4B"/>
          <w:sz w:val="22"/>
        </w:rPr>
        <w:t>사철나무  ·          ·  독도의 수호목</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내가 독도수비대원이라면 우리 땅 독도를 위해 어떤 일을 하고 싶은지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용기로 지킨 우리 땅</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서커스단에서 일하던 꼬마 강치가, 자신이 독도를 지켜 온 '독도수비대 강치'의 후예임을 깨닫는다. 악당 아무르가 독도의 보물 '불타는 얼음'을 차지하려 침입하자, 수호목 사철나무의 부름을 받은 강치는 수비대 훈련을 받고 친구들과 힘을 모아 독도를 지켜낸다. 실패를 두려워하지 않는 용기와 협동, 우리 땅 독도를 사랑하는 마음을 전하는 애니메이션.</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1. </w:t>
      </w:r>
      <w:r>
        <w:rPr>
          <w:rFonts w:ascii="맑은 고딕" w:hAnsi="맑은 고딕" w:eastAsia="맑은 고딕"/>
          <w:b/>
          <w:color w:val="191F28"/>
          <w:sz w:val="23"/>
        </w:rPr>
        <w:t>강치가 처음에 독도수비대가 되기를 망설인 까닭은?</w:t>
      </w:r>
    </w:p>
    <w:p>
      <w:pPr>
        <w:ind w:left="320"/>
      </w:pPr>
      <w:r>
        <w:rPr>
          <w:rFonts w:ascii="맑은 고딕" w:hAnsi="맑은 고딕" w:eastAsia="맑은 고딕"/>
          <w:b w:val="0"/>
          <w:color w:val="4E5968"/>
          <w:sz w:val="22"/>
        </w:rPr>
        <w:t>① 독도가 싫어서</w:t>
      </w:r>
    </w:p>
    <w:p>
      <w:pPr>
        <w:ind w:left="320"/>
      </w:pPr>
      <w:r>
        <w:rPr>
          <w:rFonts w:ascii="맑은 고딕" w:hAnsi="맑은 고딕" w:eastAsia="맑은 고딕"/>
          <w:b w:val="0"/>
          <w:color w:val="4E5968"/>
          <w:sz w:val="22"/>
        </w:rPr>
        <w:t>② 신비의 낙원에 가기로 약속해서</w:t>
      </w:r>
    </w:p>
    <w:p>
      <w:pPr>
        <w:ind w:left="320"/>
      </w:pPr>
      <w:r>
        <w:rPr>
          <w:rFonts w:ascii="맑은 고딕" w:hAnsi="맑은 고딕" w:eastAsia="맑은 고딕"/>
          <w:b w:val="0"/>
          <w:color w:val="4E5968"/>
          <w:sz w:val="22"/>
        </w:rPr>
        <w:t>③ 고된 수비대 훈련이 너무 무서워서</w:t>
      </w:r>
    </w:p>
    <w:p>
      <w:pPr>
        <w:ind w:left="320"/>
      </w:pPr>
      <w:r>
        <w:rPr>
          <w:rFonts w:ascii="맑은 고딕" w:hAnsi="맑은 고딕" w:eastAsia="맑은 고딕"/>
          <w:b w:val="0"/>
          <w:color w:val="4E5968"/>
          <w:sz w:val="22"/>
        </w:rPr>
        <w:t>④ 목걸이가 없어서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목걸이가 강치에게만 반응한 까닭은 무엇인가요?</w:t>
      </w:r>
    </w:p>
    <w:p>
      <w:pPr>
        <w:ind w:left="320"/>
      </w:pPr>
      <w:r>
        <w:rPr>
          <w:rFonts w:ascii="맑은 고딕" w:hAnsi="맑은 고딕" w:eastAsia="맑은 고딕"/>
          <w:b w:val="0"/>
          <w:color w:val="4E5968"/>
          <w:sz w:val="22"/>
        </w:rPr>
        <w:t>① 강치가 독도수비대 강치의 후예라서</w:t>
      </w:r>
    </w:p>
    <w:p>
      <w:pPr>
        <w:ind w:left="320"/>
      </w:pPr>
      <w:r>
        <w:rPr>
          <w:rFonts w:ascii="맑은 고딕" w:hAnsi="맑은 고딕" w:eastAsia="맑은 고딕"/>
          <w:b w:val="0"/>
          <w:color w:val="4E5968"/>
          <w:sz w:val="22"/>
        </w:rPr>
        <w:t>② 목걸이가 비싸서</w:t>
      </w:r>
    </w:p>
    <w:p>
      <w:pPr>
        <w:ind w:left="320"/>
      </w:pPr>
      <w:r>
        <w:rPr>
          <w:rFonts w:ascii="맑은 고딕" w:hAnsi="맑은 고딕" w:eastAsia="맑은 고딕"/>
          <w:b w:val="0"/>
          <w:color w:val="4E5968"/>
          <w:sz w:val="22"/>
        </w:rPr>
        <w:t>③ 강치가 떠돌이 서커스단의 단원이라서</w:t>
      </w:r>
    </w:p>
    <w:p>
      <w:pPr>
        <w:ind w:left="320"/>
      </w:pPr>
      <w:r>
        <w:rPr>
          <w:rFonts w:ascii="맑은 고딕" w:hAnsi="맑은 고딕" w:eastAsia="맑은 고딕"/>
          <w:b w:val="0"/>
          <w:color w:val="4E5968"/>
          <w:sz w:val="22"/>
        </w:rPr>
        <w:t>④ 친구가 많아서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사철나무가 서둘러 불타는 얼음을 찾으려 한 까닭은?</w:t>
      </w:r>
    </w:p>
    <w:p>
      <w:pPr>
        <w:ind w:left="320"/>
      </w:pPr>
      <w:r>
        <w:rPr>
          <w:rFonts w:ascii="맑은 고딕" w:hAnsi="맑은 고딕" w:eastAsia="맑은 고딕"/>
          <w:b w:val="0"/>
          <w:color w:val="4E5968"/>
          <w:sz w:val="22"/>
        </w:rPr>
        <w:t>① 강치에게 줄 깜짝 생일 선물을 마련하려고</w:t>
      </w:r>
    </w:p>
    <w:p>
      <w:pPr>
        <w:ind w:left="320"/>
      </w:pPr>
      <w:r>
        <w:rPr>
          <w:rFonts w:ascii="맑은 고딕" w:hAnsi="맑은 고딕" w:eastAsia="맑은 고딕"/>
          <w:b w:val="0"/>
          <w:color w:val="4E5968"/>
          <w:sz w:val="22"/>
        </w:rPr>
        <w:t>② 서커스를 열려고</w:t>
      </w:r>
    </w:p>
    <w:p>
      <w:pPr>
        <w:ind w:left="320"/>
      </w:pPr>
      <w:r>
        <w:rPr>
          <w:rFonts w:ascii="맑은 고딕" w:hAnsi="맑은 고딕" w:eastAsia="맑은 고딕"/>
          <w:b w:val="0"/>
          <w:color w:val="4E5968"/>
          <w:sz w:val="22"/>
        </w:rPr>
        <w:t>③ 낙원에 가려고</w:t>
      </w:r>
    </w:p>
    <w:p>
      <w:pPr>
        <w:ind w:left="320"/>
      </w:pPr>
      <w:r>
        <w:rPr>
          <w:rFonts w:ascii="맑은 고딕" w:hAnsi="맑은 고딕" w:eastAsia="맑은 고딕"/>
          <w:b w:val="0"/>
          <w:color w:val="4E5968"/>
          <w:sz w:val="22"/>
        </w:rPr>
        <w:t>④ 아무르보다 먼저 찾아 독도를 지키려고</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강치가 용기를 내 독도를 지키기로 결심한 계기는?</w:t>
      </w:r>
    </w:p>
    <w:p>
      <w:pPr>
        <w:ind w:left="320"/>
      </w:pPr>
      <w:r>
        <w:rPr>
          <w:rFonts w:ascii="맑은 고딕" w:hAnsi="맑은 고딕" w:eastAsia="맑은 고딕"/>
          <w:b w:val="0"/>
          <w:color w:val="4E5968"/>
          <w:sz w:val="22"/>
        </w:rPr>
        <w:t>① 독도에 숨겨진 큰 보물이 무척이나 탐나서</w:t>
      </w:r>
    </w:p>
    <w:p>
      <w:pPr>
        <w:ind w:left="320"/>
      </w:pPr>
      <w:r>
        <w:rPr>
          <w:rFonts w:ascii="맑은 고딕" w:hAnsi="맑은 고딕" w:eastAsia="맑은 고딕"/>
          <w:b w:val="0"/>
          <w:color w:val="4E5968"/>
          <w:sz w:val="22"/>
        </w:rPr>
        <w:t>② 친구들이 시켜서</w:t>
      </w:r>
    </w:p>
    <w:p>
      <w:pPr>
        <w:ind w:left="320"/>
      </w:pPr>
      <w:r>
        <w:rPr>
          <w:rFonts w:ascii="맑은 고딕" w:hAnsi="맑은 고딕" w:eastAsia="맑은 고딕"/>
          <w:b w:val="0"/>
          <w:color w:val="4E5968"/>
          <w:sz w:val="22"/>
        </w:rPr>
        <w:t>③ 엄마의 기억을 되찾고 사명을 깨달아서</w:t>
      </w:r>
    </w:p>
    <w:p>
      <w:pPr>
        <w:ind w:left="320"/>
      </w:pPr>
      <w:r>
        <w:rPr>
          <w:rFonts w:ascii="맑은 고딕" w:hAnsi="맑은 고딕" w:eastAsia="맑은 고딕"/>
          <w:b w:val="0"/>
          <w:color w:val="4E5968"/>
          <w:sz w:val="22"/>
        </w:rPr>
        <w:t>④ 아무르가 무서워서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아무르가 불타는 얼음을 빼앗아 독도가 위기에 빠진다.</w:t>
      </w:r>
    </w:p>
    <w:p>
      <w:pPr>
        <w:ind w:left="320"/>
      </w:pPr>
      <w:r>
        <w:rPr>
          <w:rFonts w:ascii="맑은 고딕" w:hAnsi="맑은 고딕" w:eastAsia="맑은 고딕"/>
          <w:b w:val="0"/>
          <w:color w:val="333D4B"/>
          <w:sz w:val="22"/>
        </w:rPr>
        <w:t>ㄴ. 강치가 자신이 수비대의 후예임을 깨닫는다.</w:t>
      </w:r>
    </w:p>
    <w:p>
      <w:pPr>
        <w:ind w:left="320"/>
      </w:pPr>
      <w:r>
        <w:rPr>
          <w:rFonts w:ascii="맑은 고딕" w:hAnsi="맑은 고딕" w:eastAsia="맑은 고딕"/>
          <w:b w:val="0"/>
          <w:color w:val="333D4B"/>
          <w:sz w:val="22"/>
        </w:rPr>
        <w:t>ㄷ. 수비대 훈련을 받는다.</w:t>
      </w:r>
    </w:p>
    <w:p>
      <w:pPr>
        <w:ind w:left="320"/>
      </w:pPr>
      <w:r>
        <w:rPr>
          <w:rFonts w:ascii="맑은 고딕" w:hAnsi="맑은 고딕" w:eastAsia="맑은 고딕"/>
          <w:b w:val="0"/>
          <w:color w:val="333D4B"/>
          <w:sz w:val="22"/>
        </w:rPr>
        <w:t>ㄹ. 친구들과 힘을 모아 독도를 되돌린다.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마음 읽기  </w:t>
      </w:r>
    </w:p>
    <w:p>
      <w:r>
        <w:rPr>
          <w:rFonts w:ascii="맑은 고딕" w:hAnsi="맑은 고딕" w:eastAsia="맑은 고딕"/>
          <w:b/>
          <w:color w:val="2272EB"/>
          <w:sz w:val="24"/>
        </w:rPr>
        <w:t xml:space="preserve">6. </w:t>
      </w:r>
      <w:r>
        <w:rPr>
          <w:rFonts w:ascii="맑은 고딕" w:hAnsi="맑은 고딕" w:eastAsia="맑은 고딕"/>
          <w:b/>
          <w:color w:val="191F28"/>
          <w:sz w:val="23"/>
        </w:rPr>
        <w:t>강치가 신비의 낙원 대신 독도에 남기로 한 까닭은?</w:t>
      </w:r>
    </w:p>
    <w:p>
      <w:pPr>
        <w:ind w:left="320"/>
      </w:pPr>
      <w:r>
        <w:rPr>
          <w:rFonts w:ascii="맑은 고딕" w:hAnsi="맑은 고딕" w:eastAsia="맑은 고딕"/>
          <w:b w:val="0"/>
          <w:color w:val="4E5968"/>
          <w:sz w:val="22"/>
        </w:rPr>
        <w:t>① 신비의 낙원이 가기에 너무 멀고 험해서</w:t>
      </w:r>
    </w:p>
    <w:p>
      <w:pPr>
        <w:ind w:left="320"/>
      </w:pPr>
      <w:r>
        <w:rPr>
          <w:rFonts w:ascii="맑은 고딕" w:hAnsi="맑은 고딕" w:eastAsia="맑은 고딕"/>
          <w:b w:val="0"/>
          <w:color w:val="4E5968"/>
          <w:sz w:val="22"/>
        </w:rPr>
        <w:t>② 친구가 싫어서</w:t>
      </w:r>
    </w:p>
    <w:p>
      <w:pPr>
        <w:ind w:left="320"/>
      </w:pPr>
      <w:r>
        <w:rPr>
          <w:rFonts w:ascii="맑은 고딕" w:hAnsi="맑은 고딕" w:eastAsia="맑은 고딕"/>
          <w:b w:val="0"/>
          <w:color w:val="4E5968"/>
          <w:sz w:val="22"/>
        </w:rPr>
        <w:t>③ 친구가 있는 독도가 진짜 낙원이라서</w:t>
      </w:r>
    </w:p>
    <w:p>
      <w:pPr>
        <w:ind w:left="320"/>
      </w:pPr>
      <w:r>
        <w:rPr>
          <w:rFonts w:ascii="맑은 고딕" w:hAnsi="맑은 고딕" w:eastAsia="맑은 고딕"/>
          <w:b w:val="0"/>
          <w:color w:val="4E5968"/>
          <w:sz w:val="22"/>
        </w:rPr>
        <w:t>④ 서커스가 그리워서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강치가 독도를 되돌린 힘은 무엇이라고 했나요?</w:t>
      </w:r>
    </w:p>
    <w:p>
      <w:pPr>
        <w:ind w:left="320"/>
      </w:pPr>
      <w:r>
        <w:rPr>
          <w:rFonts w:ascii="맑은 고딕" w:hAnsi="맑은 고딕" w:eastAsia="맑은 고딕"/>
          <w:b w:val="0"/>
          <w:color w:val="4E5968"/>
          <w:sz w:val="22"/>
        </w:rPr>
        <w:t>① 오직 강치 단 한 명 혼자만의 힘</w:t>
      </w:r>
    </w:p>
    <w:p>
      <w:pPr>
        <w:ind w:left="320"/>
      </w:pPr>
      <w:r>
        <w:rPr>
          <w:rFonts w:ascii="맑은 고딕" w:hAnsi="맑은 고딕" w:eastAsia="맑은 고딕"/>
          <w:b w:val="0"/>
          <w:color w:val="4E5968"/>
          <w:sz w:val="22"/>
        </w:rPr>
        <w:t>② 악당의 힘</w:t>
      </w:r>
    </w:p>
    <w:p>
      <w:pPr>
        <w:ind w:left="320"/>
      </w:pPr>
      <w:r>
        <w:rPr>
          <w:rFonts w:ascii="맑은 고딕" w:hAnsi="맑은 고딕" w:eastAsia="맑은 고딕"/>
          <w:b w:val="0"/>
          <w:color w:val="4E5968"/>
          <w:sz w:val="22"/>
        </w:rPr>
        <w:t>③ 보물의 힘</w:t>
      </w:r>
    </w:p>
    <w:p>
      <w:pPr>
        <w:ind w:left="320"/>
      </w:pPr>
      <w:r>
        <w:rPr>
          <w:rFonts w:ascii="맑은 고딕" w:hAnsi="맑은 고딕" w:eastAsia="맑은 고딕"/>
          <w:b w:val="0"/>
          <w:color w:val="4E5968"/>
          <w:sz w:val="22"/>
        </w:rPr>
        <w:t>④ 여러 강치와 친구 모두의 힘</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바로 가장 알맞은 것은?</w:t>
      </w:r>
    </w:p>
    <w:p>
      <w:pPr>
        <w:ind w:left="320"/>
      </w:pPr>
      <w:r>
        <w:rPr>
          <w:rFonts w:ascii="맑은 고딕" w:hAnsi="맑은 고딕" w:eastAsia="맑은 고딕"/>
          <w:b w:val="0"/>
          <w:color w:val="4E5968"/>
          <w:sz w:val="22"/>
        </w:rPr>
        <w:t>① 용기와 협동으로 우리 땅을 지키자</w:t>
      </w:r>
    </w:p>
    <w:p>
      <w:pPr>
        <w:ind w:left="320"/>
      </w:pPr>
      <w:r>
        <w:rPr>
          <w:rFonts w:ascii="맑은 고딕" w:hAnsi="맑은 고딕" w:eastAsia="맑은 고딕"/>
          <w:b w:val="0"/>
          <w:color w:val="4E5968"/>
          <w:sz w:val="22"/>
        </w:rPr>
        <w:t>② 독도의 보물을 누구보다 가장 먼저 차지하자</w:t>
      </w:r>
    </w:p>
    <w:p>
      <w:pPr>
        <w:ind w:left="320"/>
      </w:pPr>
      <w:r>
        <w:rPr>
          <w:rFonts w:ascii="맑은 고딕" w:hAnsi="맑은 고딕" w:eastAsia="맑은 고딕"/>
          <w:b w:val="0"/>
          <w:color w:val="4E5968"/>
          <w:sz w:val="22"/>
        </w:rPr>
        <w:t>③ 혼자서도 다 할 수 있다</w:t>
      </w:r>
    </w:p>
    <w:p>
      <w:pPr>
        <w:ind w:left="320"/>
      </w:pPr>
      <w:r>
        <w:rPr>
          <w:rFonts w:ascii="맑은 고딕" w:hAnsi="맑은 고딕" w:eastAsia="맑은 고딕"/>
          <w:b w:val="0"/>
          <w:color w:val="4E5968"/>
          <w:sz w:val="22"/>
        </w:rPr>
        <w:t>④ 위험하면 도망가자</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'실패를 두려워하지 말라'는 사철나무의 말을 떠올려, 강치가 어떻게 달라졌는지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강치처럼 우리가 독도를 아끼고 지키기 위해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독도를 지킨 강치</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서커스단</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불타는 얼음</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사철나무</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목걸이</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② 촛대바위 아래</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③ 친구들과의 협동</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독도</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② 용기와 협동으로 독도를 지키자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강치-수비대 후예 / 불타는 얼음-독도의 보물 / 사철나무-수호목</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독도가 우리 땅임을 친구들에게 알리고, 독도에 사는 동물과 자연을 아끼며 관심을 갖겠다. · (평가) 독도를 지키는 다짐을 자기 말로 적었는지 봐 주세요.</w:t>
      </w:r>
    </w:p>
    <w:p>
      <w:r>
        <w:br w:type="page"/>
      </w:r>
    </w:p>
    <w:p>
      <w:pPr>
        <w:spacing w:before="160"/>
      </w:pPr>
      <w:r>
        <w:rPr>
          <w:rFonts w:ascii="맑은 고딕" w:hAnsi="맑은 고딕" w:eastAsia="맑은 고딕"/>
          <w:b/>
          <w:color w:val="2272EB"/>
          <w:sz w:val="26"/>
        </w:rPr>
        <w:t>[중학년] 용기로 지킨 우리 땅</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신비의 낙원에 가기로 약속해서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강치가 독도수비대 강치의 후예라서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아무르보다 먼저 찾아 독도를 지키려고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엄마의 기억을 되찾고 사명을 깨달아서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ㄷ → ㄱ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③ 친구가 있는 독도가 진짜 낙원이라서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여러 강치와 친구 모두의 힘</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용기와 협동으로 우리 땅을 지키자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늘 망친다며 자신 없어 하던 강치가, 실패를 두려워하지 않고 끝까지 맞서 결국 독도를 지키는 용감한 수비대가 되었다. · (평가) 강치의 변화를 까닭과 함께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독도가 우리 땅임을 바르게 알고 친구들에게 알리며, 독도의 자연과 강치 같은 동물에 관심을 갖겠다. · (평가) 독도 사랑의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