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맑은 고딕" w:hAnsi="맑은 고딕" w:eastAsia="맑은 고딕"/>
          <w:b/>
          <w:color w:val="2272EB"/>
          <w:sz w:val="19"/>
        </w:rPr>
        <w:t xml:space="preserve">[초등 중학년용] </w:t>
      </w:r>
    </w:p>
    <w:p>
      <w:r>
        <w:rPr>
          <w:rFonts w:ascii="맑은 고딕" w:hAnsi="맑은 고딕" w:eastAsia="맑은 고딕"/>
          <w:b/>
          <w:color w:val="191F28"/>
          <w:sz w:val="36"/>
        </w:rPr>
        <w:t>스스로 독도를 지킨 사람들</w:t>
      </w:r>
    </w:p>
    <w:p>
      <w:r>
        <w:rPr>
          <w:rFonts w:ascii="맑은 고딕" w:hAnsi="맑은 고딕" w:eastAsia="맑은 고딕"/>
          <w:b/>
          <w:color w:val="2272EB"/>
          <w:sz w:val="19"/>
        </w:rPr>
        <w:t xml:space="preserve">영상 미리보기  </w:t>
      </w:r>
      <w:r>
        <w:rPr>
          <w:rFonts w:ascii="맑은 고딕" w:hAnsi="맑은 고딕" w:eastAsia="맑은 고딕"/>
          <w:b w:val="0"/>
          <w:color w:val="4E5968"/>
          <w:sz w:val="19"/>
        </w:rPr>
        <w:t>6.25 전쟁의 혼란을 틈타 일본이 독도를 넘보던 1950년대, 상이군인 홍순칠 대장을 중심으로 청년들이 보수도 대가도 없이 '독도 의용수비대'를 만들어 스스로 독도를 지켜 낸 실화. 낡은 오징어잡이 배를 타고 들어가 태극기를 올리고 절벽에 '한국령'을 새겼으며, 포탄 없는 박격포 대신 나무 대포(목대포)를 세워 일본 순시선을 물리치고 끝내 '독도대첩'으로 격퇴했다. 나라의 힘이 약하던 시절 영토를 지킨 의병들의 헌신을 일깨운다.</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1. </w:t>
      </w:r>
      <w:r>
        <w:rPr>
          <w:rFonts w:ascii="맑은 고딕" w:hAnsi="맑은 고딕" w:eastAsia="맑은 고딕"/>
          <w:b/>
          <w:color w:val="191F28"/>
          <w:sz w:val="23"/>
        </w:rPr>
        <w:t>독도 의용수비대를 만들어 이끈 대장은 누구인가요?</w:t>
      </w:r>
    </w:p>
    <w:p>
      <w:pPr>
        <w:ind w:left="320"/>
      </w:pPr>
      <w:r>
        <w:rPr>
          <w:rFonts w:ascii="맑은 고딕" w:hAnsi="맑은 고딕" w:eastAsia="맑은 고딕"/>
          <w:b w:val="0"/>
          <w:color w:val="4E5968"/>
          <w:sz w:val="22"/>
        </w:rPr>
        <w:t>① 이승만</w:t>
      </w:r>
    </w:p>
    <w:p>
      <w:pPr>
        <w:ind w:left="320"/>
      </w:pPr>
      <w:r>
        <w:rPr>
          <w:rFonts w:ascii="맑은 고딕" w:hAnsi="맑은 고딕" w:eastAsia="맑은 고딕"/>
          <w:b w:val="0"/>
          <w:color w:val="4E5968"/>
          <w:sz w:val="22"/>
        </w:rPr>
        <w:t>② 홍순칠</w:t>
      </w:r>
    </w:p>
    <w:p>
      <w:pPr>
        <w:ind w:left="320"/>
      </w:pPr>
      <w:r>
        <w:rPr>
          <w:rFonts w:ascii="맑은 고딕" w:hAnsi="맑은 고딕" w:eastAsia="맑은 고딕"/>
          <w:b w:val="0"/>
          <w:color w:val="4E5968"/>
          <w:sz w:val="22"/>
        </w:rPr>
        <w:t>③ 안중근</w:t>
      </w:r>
    </w:p>
    <w:p>
      <w:pPr>
        <w:ind w:left="320"/>
      </w:pPr>
      <w:r>
        <w:rPr>
          <w:rFonts w:ascii="맑은 고딕" w:hAnsi="맑은 고딕" w:eastAsia="맑은 고딕"/>
          <w:b w:val="0"/>
          <w:color w:val="4E5968"/>
          <w:sz w:val="22"/>
        </w:rPr>
        <w:t>④ 서기종</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2. </w:t>
      </w:r>
      <w:r>
        <w:rPr>
          <w:rFonts w:ascii="맑은 고딕" w:hAnsi="맑은 고딕" w:eastAsia="맑은 고딕"/>
          <w:b/>
          <w:color w:val="191F28"/>
          <w:sz w:val="23"/>
        </w:rPr>
        <w:t>독도 의용수비대는 주로 어떤 사람들이 모여 만들었나요?</w:t>
      </w:r>
    </w:p>
    <w:p>
      <w:pPr>
        <w:ind w:left="320"/>
      </w:pPr>
      <w:r>
        <w:rPr>
          <w:rFonts w:ascii="맑은 고딕" w:hAnsi="맑은 고딕" w:eastAsia="맑은 고딕"/>
          <w:b w:val="0"/>
          <w:color w:val="4E5968"/>
          <w:sz w:val="22"/>
        </w:rPr>
        <w:t>① 독도를 자주 노리던 일본 어부들</w:t>
      </w:r>
    </w:p>
    <w:p>
      <w:pPr>
        <w:ind w:left="320"/>
      </w:pPr>
      <w:r>
        <w:rPr>
          <w:rFonts w:ascii="맑은 고딕" w:hAnsi="맑은 고딕" w:eastAsia="맑은 고딕"/>
          <w:b w:val="0"/>
          <w:color w:val="4E5968"/>
          <w:sz w:val="22"/>
        </w:rPr>
        <w:t>② 외국 군인들</w:t>
      </w:r>
    </w:p>
    <w:p>
      <w:pPr>
        <w:ind w:left="320"/>
      </w:pPr>
      <w:r>
        <w:rPr>
          <w:rFonts w:ascii="맑은 고딕" w:hAnsi="맑은 고딕" w:eastAsia="맑은 고딕"/>
          <w:b w:val="0"/>
          <w:color w:val="4E5968"/>
          <w:sz w:val="22"/>
        </w:rPr>
        <w:t>③ 어린 학생들</w:t>
      </w:r>
    </w:p>
    <w:p>
      <w:pPr>
        <w:ind w:left="320"/>
      </w:pPr>
      <w:r>
        <w:rPr>
          <w:rFonts w:ascii="맑은 고딕" w:hAnsi="맑은 고딕" w:eastAsia="맑은 고딕"/>
          <w:b w:val="0"/>
          <w:color w:val="4E5968"/>
          <w:sz w:val="22"/>
        </w:rPr>
        <w:t>④ 싸우다 다친 상이군인 청년들</w:t>
      </w:r>
    </w:p>
    <w:p>
      <w:pPr>
        <w:spacing w:before="240"/>
      </w:pPr>
      <w:r>
        <w:rPr>
          <w:rFonts w:ascii="맑은 고딕" w:hAnsi="맑은 고딕" w:eastAsia="맑은 고딕"/>
          <w:b/>
          <w:color w:val="8B95A1"/>
          <w:sz w:val="17"/>
        </w:rPr>
        <w:t xml:space="preserve">  추론 · 까닭 찾기  </w:t>
      </w:r>
    </w:p>
    <w:p>
      <w:r>
        <w:rPr>
          <w:rFonts w:ascii="맑은 고딕" w:hAnsi="맑은 고딕" w:eastAsia="맑은 고딕"/>
          <w:b/>
          <w:color w:val="2272EB"/>
          <w:sz w:val="24"/>
        </w:rPr>
        <w:t xml:space="preserve">3. </w:t>
      </w:r>
      <w:r>
        <w:rPr>
          <w:rFonts w:ascii="맑은 고딕" w:hAnsi="맑은 고딕" w:eastAsia="맑은 고딕"/>
          <w:b/>
          <w:color w:val="191F28"/>
          <w:sz w:val="23"/>
        </w:rPr>
        <w:t>대원들이 독도 절벽에 '한국령' 세 글자를 새긴 까닭은?</w:t>
      </w:r>
    </w:p>
    <w:p>
      <w:pPr>
        <w:ind w:left="320"/>
      </w:pPr>
      <w:r>
        <w:rPr>
          <w:rFonts w:ascii="맑은 고딕" w:hAnsi="맑은 고딕" w:eastAsia="맑은 고딕"/>
          <w:b w:val="0"/>
          <w:color w:val="4E5968"/>
          <w:sz w:val="22"/>
        </w:rPr>
        <w:t>① 독도가 우리 땅임을 새기려고</w:t>
      </w:r>
    </w:p>
    <w:p>
      <w:pPr>
        <w:ind w:left="320"/>
      </w:pPr>
      <w:r>
        <w:rPr>
          <w:rFonts w:ascii="맑은 고딕" w:hAnsi="맑은 고딕" w:eastAsia="맑은 고딕"/>
          <w:b w:val="0"/>
          <w:color w:val="4E5968"/>
          <w:sz w:val="22"/>
        </w:rPr>
        <w:t>② 글씨 연습을 하려고</w:t>
      </w:r>
    </w:p>
    <w:p>
      <w:pPr>
        <w:ind w:left="320"/>
      </w:pPr>
      <w:r>
        <w:rPr>
          <w:rFonts w:ascii="맑은 고딕" w:hAnsi="맑은 고딕" w:eastAsia="맑은 고딕"/>
          <w:b w:val="0"/>
          <w:color w:val="4E5968"/>
          <w:sz w:val="22"/>
        </w:rPr>
        <w:t>③ 관광객을 모으려고</w:t>
      </w:r>
    </w:p>
    <w:p>
      <w:pPr>
        <w:ind w:left="320"/>
      </w:pPr>
      <w:r>
        <w:rPr>
          <w:rFonts w:ascii="맑은 고딕" w:hAnsi="맑은 고딕" w:eastAsia="맑은 고딕"/>
          <w:b w:val="0"/>
          <w:color w:val="4E5968"/>
          <w:sz w:val="22"/>
        </w:rPr>
        <w:t>④ 숨겨 둔 보물의 자리를 표시하려고</w:t>
      </w:r>
    </w:p>
    <w:p>
      <w:pPr>
        <w:spacing w:before="240"/>
      </w:pPr>
      <w:r>
        <w:rPr>
          <w:rFonts w:ascii="맑은 고딕" w:hAnsi="맑은 고딕" w:eastAsia="맑은 고딕"/>
          <w:b/>
          <w:color w:val="8B95A1"/>
          <w:sz w:val="17"/>
        </w:rPr>
        <w:t xml:space="preserve">  추론 · 까닭 찾기  </w:t>
      </w:r>
    </w:p>
    <w:p>
      <w:r>
        <w:rPr>
          <w:rFonts w:ascii="맑은 고딕" w:hAnsi="맑은 고딕" w:eastAsia="맑은 고딕"/>
          <w:b/>
          <w:color w:val="2272EB"/>
          <w:sz w:val="24"/>
        </w:rPr>
        <w:t xml:space="preserve">4. </w:t>
      </w:r>
      <w:r>
        <w:rPr>
          <w:rFonts w:ascii="맑은 고딕" w:hAnsi="맑은 고딕" w:eastAsia="맑은 고딕"/>
          <w:b/>
          <w:color w:val="191F28"/>
          <w:sz w:val="23"/>
        </w:rPr>
        <w:t>포탄도 없는데 나무로 가짜 대포('목대포')를 만든 까닭은?</w:t>
      </w:r>
    </w:p>
    <w:p>
      <w:pPr>
        <w:ind w:left="320"/>
      </w:pPr>
      <w:r>
        <w:rPr>
          <w:rFonts w:ascii="맑은 고딕" w:hAnsi="맑은 고딕" w:eastAsia="맑은 고딕"/>
          <w:b w:val="0"/>
          <w:color w:val="4E5968"/>
          <w:sz w:val="22"/>
        </w:rPr>
        <w:t>① 땔감으로 쓰려고</w:t>
      </w:r>
    </w:p>
    <w:p>
      <w:pPr>
        <w:ind w:left="320"/>
      </w:pPr>
      <w:r>
        <w:rPr>
          <w:rFonts w:ascii="맑은 고딕" w:hAnsi="맑은 고딕" w:eastAsia="맑은 고딕"/>
          <w:b w:val="0"/>
          <w:color w:val="4E5968"/>
          <w:sz w:val="22"/>
        </w:rPr>
        <w:t>② 장난을 치려고</w:t>
      </w:r>
    </w:p>
    <w:p>
      <w:pPr>
        <w:ind w:left="320"/>
      </w:pPr>
      <w:r>
        <w:rPr>
          <w:rFonts w:ascii="맑은 고딕" w:hAnsi="맑은 고딕" w:eastAsia="맑은 고딕"/>
          <w:b w:val="0"/>
          <w:color w:val="4E5968"/>
          <w:sz w:val="22"/>
        </w:rPr>
        <w:t>③ 순시선을 속여 물리치려고</w:t>
      </w:r>
    </w:p>
    <w:p>
      <w:pPr>
        <w:ind w:left="320"/>
      </w:pPr>
      <w:r>
        <w:rPr>
          <w:rFonts w:ascii="맑은 고딕" w:hAnsi="맑은 고딕" w:eastAsia="맑은 고딕"/>
          <w:b w:val="0"/>
          <w:color w:val="4E5968"/>
          <w:sz w:val="22"/>
        </w:rPr>
        <w:t>④ 높고 멋진 기념 탑을 쌓으려고</w:t>
      </w:r>
    </w:p>
    <w:p>
      <w:pPr>
        <w:spacing w:before="240"/>
      </w:pPr>
      <w:r>
        <w:rPr>
          <w:rFonts w:ascii="맑은 고딕" w:hAnsi="맑은 고딕" w:eastAsia="맑은 고딕"/>
          <w:b/>
          <w:color w:val="8B95A1"/>
          <w:sz w:val="17"/>
        </w:rPr>
        <w:t xml:space="preserve">  순서 맞추기  </w:t>
      </w:r>
    </w:p>
    <w:p>
      <w:r>
        <w:rPr>
          <w:rFonts w:ascii="맑은 고딕" w:hAnsi="맑은 고딕" w:eastAsia="맑은 고딕"/>
          <w:b/>
          <w:color w:val="2272EB"/>
          <w:sz w:val="24"/>
        </w:rPr>
        <w:t xml:space="preserve">5. </w:t>
      </w:r>
      <w:r>
        <w:rPr>
          <w:rFonts w:ascii="맑은 고딕" w:hAnsi="맑은 고딕" w:eastAsia="맑은 고딕"/>
          <w:b/>
          <w:color w:val="191F28"/>
          <w:sz w:val="23"/>
        </w:rPr>
        <w:t>일이 일어난 순서대로 기호를 써 보세요.</w:t>
      </w:r>
    </w:p>
    <w:p>
      <w:pPr>
        <w:ind w:left="320"/>
      </w:pPr>
      <w:r>
        <w:rPr>
          <w:rFonts w:ascii="맑은 고딕" w:hAnsi="맑은 고딕" w:eastAsia="맑은 고딕"/>
          <w:b w:val="0"/>
          <w:color w:val="333D4B"/>
          <w:sz w:val="22"/>
        </w:rPr>
        <w:t>ㄱ. 홍순칠을 중심으로 의용수비대가 만들어진다.</w:t>
      </w:r>
    </w:p>
    <w:p>
      <w:pPr>
        <w:ind w:left="320"/>
      </w:pPr>
      <w:r>
        <w:rPr>
          <w:rFonts w:ascii="맑은 고딕" w:hAnsi="맑은 고딕" w:eastAsia="맑은 고딕"/>
          <w:b w:val="0"/>
          <w:color w:val="333D4B"/>
          <w:sz w:val="22"/>
        </w:rPr>
        <w:t>ㄴ. 일본이 독도에 푯말을 세우고 어부들을 위협한다.</w:t>
      </w:r>
    </w:p>
    <w:p>
      <w:pPr>
        <w:ind w:left="320"/>
      </w:pPr>
      <w:r>
        <w:rPr>
          <w:rFonts w:ascii="맑은 고딕" w:hAnsi="맑은 고딕" w:eastAsia="맑은 고딕"/>
          <w:b w:val="0"/>
          <w:color w:val="333D4B"/>
          <w:sz w:val="22"/>
        </w:rPr>
        <w:t>ㄷ. 대원들이 독도에 태극기를 올린다.</w:t>
      </w:r>
    </w:p>
    <w:p>
      <w:pPr>
        <w:ind w:left="320"/>
      </w:pPr>
      <w:r>
        <w:rPr>
          <w:rFonts w:ascii="맑은 고딕" w:hAnsi="맑은 고딕" w:eastAsia="맑은 고딕"/>
          <w:b w:val="0"/>
          <w:color w:val="333D4B"/>
          <w:sz w:val="22"/>
        </w:rPr>
        <w:t>ㄹ. 일본 순시선을 물리쳐 독도를 지켜 낸다.</w:t>
      </w:r>
    </w:p>
    <w:p>
      <w:pPr>
        <w:ind w:left="320"/>
      </w:pPr>
      <w:r>
        <w:rPr>
          <w:rFonts w:ascii="맑은 고딕" w:hAnsi="맑은 고딕" w:eastAsia="맑은 고딕"/>
          <w:b/>
          <w:color w:val="191F28"/>
          <w:sz w:val="22"/>
        </w:rPr>
        <w:t>(    ) → (    ) → (    ) → (    )</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6. </w:t>
      </w:r>
      <w:r>
        <w:rPr>
          <w:rFonts w:ascii="맑은 고딕" w:hAnsi="맑은 고딕" w:eastAsia="맑은 고딕"/>
          <w:b/>
          <w:color w:val="191F28"/>
          <w:sz w:val="23"/>
        </w:rPr>
        <w:t>대원들이 독도에서 지낸 모습으로 알맞은 것은?</w:t>
      </w:r>
    </w:p>
    <w:p>
      <w:pPr>
        <w:ind w:left="320"/>
      </w:pPr>
      <w:r>
        <w:rPr>
          <w:rFonts w:ascii="맑은 고딕" w:hAnsi="맑은 고딕" w:eastAsia="맑은 고딕"/>
          <w:b w:val="0"/>
          <w:color w:val="4E5968"/>
          <w:sz w:val="22"/>
        </w:rPr>
        <w:t>① 좋은 호텔에서 날마다 아주 편하게 지냈다</w:t>
      </w:r>
    </w:p>
    <w:p>
      <w:pPr>
        <w:ind w:left="320"/>
      </w:pPr>
      <w:r>
        <w:rPr>
          <w:rFonts w:ascii="맑은 고딕" w:hAnsi="맑은 고딕" w:eastAsia="맑은 고딕"/>
          <w:b w:val="0"/>
          <w:color w:val="4E5968"/>
          <w:sz w:val="22"/>
        </w:rPr>
        <w:t>② 빗물을 마시고 해초를 먹으며 버텼다</w:t>
      </w:r>
    </w:p>
    <w:p>
      <w:pPr>
        <w:ind w:left="320"/>
      </w:pPr>
      <w:r>
        <w:rPr>
          <w:rFonts w:ascii="맑은 고딕" w:hAnsi="맑은 고딕" w:eastAsia="맑은 고딕"/>
          <w:b w:val="0"/>
          <w:color w:val="4E5968"/>
          <w:sz w:val="22"/>
        </w:rPr>
        <w:t>③ 매일 육지로 돌아갔다</w:t>
      </w:r>
    </w:p>
    <w:p>
      <w:pPr>
        <w:ind w:left="320"/>
      </w:pPr>
      <w:r>
        <w:rPr>
          <w:rFonts w:ascii="맑은 고딕" w:hAnsi="맑은 고딕" w:eastAsia="맑은 고딕"/>
          <w:b w:val="0"/>
          <w:color w:val="4E5968"/>
          <w:sz w:val="22"/>
        </w:rPr>
        <w:t>④ 관광을 다녔다</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7. </w:t>
      </w:r>
      <w:r>
        <w:rPr>
          <w:rFonts w:ascii="맑은 고딕" w:hAnsi="맑은 고딕" w:eastAsia="맑은 고딕"/>
          <w:b/>
          <w:color w:val="191F28"/>
          <w:sz w:val="23"/>
        </w:rPr>
        <w:t>의용수비대가 독도를 지키며 받은 대가는 무엇이었나요?</w:t>
      </w:r>
    </w:p>
    <w:p>
      <w:pPr>
        <w:ind w:left="320"/>
      </w:pPr>
      <w:r>
        <w:rPr>
          <w:rFonts w:ascii="맑은 고딕" w:hAnsi="맑은 고딕" w:eastAsia="맑은 고딕"/>
          <w:b w:val="0"/>
          <w:color w:val="4E5968"/>
          <w:sz w:val="22"/>
        </w:rPr>
        <w:t>① 나라에서 아주 많은 돈을 받았다</w:t>
      </w:r>
    </w:p>
    <w:p>
      <w:pPr>
        <w:ind w:left="320"/>
      </w:pPr>
      <w:r>
        <w:rPr>
          <w:rFonts w:ascii="맑은 고딕" w:hAnsi="맑은 고딕" w:eastAsia="맑은 고딕"/>
          <w:b w:val="0"/>
          <w:color w:val="4E5968"/>
          <w:sz w:val="22"/>
        </w:rPr>
        <w:t>② 높은 벼슬을 받았다</w:t>
      </w:r>
    </w:p>
    <w:p>
      <w:pPr>
        <w:ind w:left="320"/>
      </w:pPr>
      <w:r>
        <w:rPr>
          <w:rFonts w:ascii="맑은 고딕" w:hAnsi="맑은 고딕" w:eastAsia="맑은 고딕"/>
          <w:b w:val="0"/>
          <w:color w:val="4E5968"/>
          <w:sz w:val="22"/>
        </w:rPr>
        <w:t>③ 큰 상을 바로 받았다</w:t>
      </w:r>
    </w:p>
    <w:p>
      <w:pPr>
        <w:ind w:left="320"/>
      </w:pPr>
      <w:r>
        <w:rPr>
          <w:rFonts w:ascii="맑은 고딕" w:hAnsi="맑은 고딕" w:eastAsia="맑은 고딕"/>
          <w:b w:val="0"/>
          <w:color w:val="4E5968"/>
          <w:sz w:val="22"/>
        </w:rPr>
        <w:t>④ 아무런 보수도 대가도 없었다</w:t>
      </w:r>
    </w:p>
    <w:p>
      <w:pPr>
        <w:spacing w:before="240"/>
      </w:pPr>
      <w:r>
        <w:rPr>
          <w:rFonts w:ascii="맑은 고딕" w:hAnsi="맑은 고딕" w:eastAsia="맑은 고딕"/>
          <w:b/>
          <w:color w:val="8B95A1"/>
          <w:sz w:val="17"/>
        </w:rPr>
        <w:t xml:space="preserve">  종합 · 주제 파악  </w:t>
      </w:r>
    </w:p>
    <w:p>
      <w:r>
        <w:rPr>
          <w:rFonts w:ascii="맑은 고딕" w:hAnsi="맑은 고딕" w:eastAsia="맑은 고딕"/>
          <w:b/>
          <w:color w:val="2272EB"/>
          <w:sz w:val="24"/>
        </w:rPr>
        <w:t xml:space="preserve">8. </w:t>
      </w:r>
      <w:r>
        <w:rPr>
          <w:rFonts w:ascii="맑은 고딕" w:hAnsi="맑은 고딕" w:eastAsia="맑은 고딕"/>
          <w:b/>
          <w:color w:val="191F28"/>
          <w:sz w:val="23"/>
        </w:rPr>
        <w:t>독도 의용수비대 이야기가 보여 주는 것으로 가장 알맞은 것은?</w:t>
      </w:r>
    </w:p>
    <w:p>
      <w:pPr>
        <w:ind w:left="320"/>
      </w:pPr>
      <w:r>
        <w:rPr>
          <w:rFonts w:ascii="맑은 고딕" w:hAnsi="맑은 고딕" w:eastAsia="맑은 고딕"/>
          <w:b w:val="0"/>
          <w:color w:val="4E5968"/>
          <w:sz w:val="22"/>
        </w:rPr>
        <w:t>① 스스로 나선 의병 정신</w:t>
      </w:r>
    </w:p>
    <w:p>
      <w:pPr>
        <w:ind w:left="320"/>
      </w:pPr>
      <w:r>
        <w:rPr>
          <w:rFonts w:ascii="맑은 고딕" w:hAnsi="맑은 고딕" w:eastAsia="맑은 고딕"/>
          <w:b w:val="0"/>
          <w:color w:val="4E5968"/>
          <w:sz w:val="22"/>
        </w:rPr>
        <w:t>② 전쟁은 그저 신나는 모험이라는 것</w:t>
      </w:r>
    </w:p>
    <w:p>
      <w:pPr>
        <w:ind w:left="320"/>
      </w:pPr>
      <w:r>
        <w:rPr>
          <w:rFonts w:ascii="맑은 고딕" w:hAnsi="맑은 고딕" w:eastAsia="맑은 고딕"/>
          <w:b w:val="0"/>
          <w:color w:val="4E5968"/>
          <w:sz w:val="22"/>
        </w:rPr>
        <w:t>③ 독도는 가지 말아야 한다는 것</w:t>
      </w:r>
    </w:p>
    <w:p>
      <w:pPr>
        <w:ind w:left="320"/>
      </w:pPr>
      <w:r>
        <w:rPr>
          <w:rFonts w:ascii="맑은 고딕" w:hAnsi="맑은 고딕" w:eastAsia="맑은 고딕"/>
          <w:b w:val="0"/>
          <w:color w:val="4E5968"/>
          <w:sz w:val="22"/>
        </w:rPr>
        <w:t>④ 돈을 많이 벌어야 한다는 것</w:t>
      </w:r>
    </w:p>
    <w:p>
      <w:pPr>
        <w:spacing w:before="240"/>
      </w:pPr>
      <w:r>
        <w:rPr>
          <w:rFonts w:ascii="맑은 고딕" w:hAnsi="맑은 고딕" w:eastAsia="맑은 고딕"/>
          <w:b/>
          <w:color w:val="8B95A1"/>
          <w:sz w:val="17"/>
        </w:rPr>
        <w:t xml:space="preserve">  공감 · 서술형  </w:t>
      </w:r>
    </w:p>
    <w:p>
      <w:r>
        <w:rPr>
          <w:rFonts w:ascii="맑은 고딕" w:hAnsi="맑은 고딕" w:eastAsia="맑은 고딕"/>
          <w:b/>
          <w:color w:val="2272EB"/>
          <w:sz w:val="24"/>
        </w:rPr>
        <w:t xml:space="preserve">9. </w:t>
      </w:r>
      <w:r>
        <w:rPr>
          <w:rFonts w:ascii="맑은 고딕" w:hAnsi="맑은 고딕" w:eastAsia="맑은 고딕"/>
          <w:b/>
          <w:color w:val="191F28"/>
          <w:sz w:val="23"/>
        </w:rPr>
        <w:t>보수도 없이 목숨을 걸고 독도를 지켜 낸 의용수비대 대원들에게 전하고 싶은 감사의 말을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pPr>
        <w:spacing w:before="240"/>
      </w:pPr>
      <w:r>
        <w:rPr>
          <w:rFonts w:ascii="맑은 고딕" w:hAnsi="맑은 고딕" w:eastAsia="맑은 고딕"/>
          <w:b/>
          <w:color w:val="8B95A1"/>
          <w:sz w:val="17"/>
        </w:rPr>
        <w:t xml:space="preserve">  적용하기 · 서술형  </w:t>
      </w:r>
    </w:p>
    <w:p>
      <w:r>
        <w:rPr>
          <w:rFonts w:ascii="맑은 고딕" w:hAnsi="맑은 고딕" w:eastAsia="맑은 고딕"/>
          <w:b/>
          <w:color w:val="2272EB"/>
          <w:sz w:val="24"/>
        </w:rPr>
        <w:t xml:space="preserve">10. </w:t>
      </w:r>
      <w:r>
        <w:rPr>
          <w:rFonts w:ascii="맑은 고딕" w:hAnsi="맑은 고딕" w:eastAsia="맑은 고딕"/>
          <w:b/>
          <w:color w:val="191F28"/>
          <w:sz w:val="23"/>
        </w:rPr>
        <w:t>오늘날 우리가 독도를 아끼고 지키기 위해 할 수 있는 일을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2272EB"/>
          <w:sz w:val="19"/>
        </w:rPr>
        <w:t xml:space="preserve">[초등 고학년용] </w:t>
      </w:r>
    </w:p>
    <w:p>
      <w:r>
        <w:rPr>
          <w:rFonts w:ascii="맑은 고딕" w:hAnsi="맑은 고딕" w:eastAsia="맑은 고딕"/>
          <w:b/>
          <w:color w:val="191F28"/>
          <w:sz w:val="36"/>
        </w:rPr>
        <w:t>독도대첩과 실효 지배</w:t>
      </w:r>
    </w:p>
    <w:p>
      <w:r>
        <w:rPr>
          <w:rFonts w:ascii="맑은 고딕" w:hAnsi="맑은 고딕" w:eastAsia="맑은 고딕"/>
          <w:b/>
          <w:color w:val="2272EB"/>
          <w:sz w:val="19"/>
        </w:rPr>
        <w:t xml:space="preserve">영상 미리보기  </w:t>
      </w:r>
      <w:r>
        <w:rPr>
          <w:rFonts w:ascii="맑은 고딕" w:hAnsi="맑은 고딕" w:eastAsia="맑은 고딕"/>
          <w:b w:val="0"/>
          <w:color w:val="4E5968"/>
          <w:sz w:val="19"/>
        </w:rPr>
        <w:t>6.25 전쟁의 혼란을 틈타 일본이 독도를 넘보던 1950년대, 상이군인 홍순칠 대장을 중심으로 청년들이 보수도 대가도 없이 '독도 의용수비대'를 만들어 스스로 독도를 지켜 낸 실화. 낡은 오징어잡이 배를 타고 들어가 태극기를 올리고 절벽에 '한국령'을 새겼으며, 포탄 없는 박격포 대신 나무 대포(목대포)를 세워 일본 순시선을 물리치고 끝내 '독도대첩'으로 격퇴했다. 나라의 힘이 약하던 시절 영토를 지킨 의병들의 헌신을 일깨운다.</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1. </w:t>
      </w:r>
      <w:r>
        <w:rPr>
          <w:rFonts w:ascii="맑은 고딕" w:hAnsi="맑은 고딕" w:eastAsia="맑은 고딕"/>
          <w:b/>
          <w:color w:val="191F28"/>
          <w:sz w:val="23"/>
        </w:rPr>
        <w:t>1952년 이승만 대통령이 바다에 그은 '평화선(이승만 라인)'의 뜻으로 알맞은 것은?</w:t>
      </w:r>
    </w:p>
    <w:p>
      <w:pPr>
        <w:ind w:left="320"/>
      </w:pPr>
      <w:r>
        <w:rPr>
          <w:rFonts w:ascii="맑은 고딕" w:hAnsi="맑은 고딕" w:eastAsia="맑은 고딕"/>
          <w:b w:val="0"/>
          <w:color w:val="4E5968"/>
          <w:sz w:val="22"/>
        </w:rPr>
        <w:t>① 이 안에서는 고기를 잡지 말라는 선</w:t>
      </w:r>
    </w:p>
    <w:p>
      <w:pPr>
        <w:ind w:left="320"/>
      </w:pPr>
      <w:r>
        <w:rPr>
          <w:rFonts w:ascii="맑은 고딕" w:hAnsi="맑은 고딕" w:eastAsia="맑은 고딕"/>
          <w:b w:val="0"/>
          <w:color w:val="4E5968"/>
          <w:sz w:val="22"/>
        </w:rPr>
        <w:t>② 배가 다니는 길</w:t>
      </w:r>
    </w:p>
    <w:p>
      <w:pPr>
        <w:ind w:left="320"/>
      </w:pPr>
      <w:r>
        <w:rPr>
          <w:rFonts w:ascii="맑은 고딕" w:hAnsi="맑은 고딕" w:eastAsia="맑은 고딕"/>
          <w:b w:val="0"/>
          <w:color w:val="4E5968"/>
          <w:sz w:val="22"/>
        </w:rPr>
        <w:t>③ 우리 바다·영토임을 표시한 선</w:t>
      </w:r>
    </w:p>
    <w:p>
      <w:pPr>
        <w:ind w:left="320"/>
      </w:pPr>
      <w:r>
        <w:rPr>
          <w:rFonts w:ascii="맑은 고딕" w:hAnsi="맑은 고딕" w:eastAsia="맑은 고딕"/>
          <w:b w:val="0"/>
          <w:color w:val="4E5968"/>
          <w:sz w:val="22"/>
        </w:rPr>
        <w:t>④ 일본과 나눠 쓰는 선</w:t>
      </w:r>
    </w:p>
    <w:p>
      <w:pPr>
        <w:spacing w:before="240"/>
      </w:pPr>
      <w:r>
        <w:rPr>
          <w:rFonts w:ascii="맑은 고딕" w:hAnsi="맑은 고딕" w:eastAsia="맑은 고딕"/>
          <w:b/>
          <w:color w:val="8B95A1"/>
          <w:sz w:val="17"/>
        </w:rPr>
        <w:t xml:space="preserve">  추론 · 까닭 찾기  </w:t>
      </w:r>
    </w:p>
    <w:p>
      <w:r>
        <w:rPr>
          <w:rFonts w:ascii="맑은 고딕" w:hAnsi="맑은 고딕" w:eastAsia="맑은 고딕"/>
          <w:b/>
          <w:color w:val="2272EB"/>
          <w:sz w:val="24"/>
        </w:rPr>
        <w:t xml:space="preserve">2. </w:t>
      </w:r>
      <w:r>
        <w:rPr>
          <w:rFonts w:ascii="맑은 고딕" w:hAnsi="맑은 고딕" w:eastAsia="맑은 고딕"/>
          <w:b/>
          <w:color w:val="191F28"/>
          <w:sz w:val="23"/>
        </w:rPr>
        <w:t>일본이 하필 6.25 전쟁 중에 독도를 넘본 까닭으로 알맞은 것은?</w:t>
      </w:r>
    </w:p>
    <w:p>
      <w:pPr>
        <w:ind w:left="320"/>
      </w:pPr>
      <w:r>
        <w:rPr>
          <w:rFonts w:ascii="맑은 고딕" w:hAnsi="맑은 고딕" w:eastAsia="맑은 고딕"/>
          <w:b w:val="0"/>
          <w:color w:val="4E5968"/>
          <w:sz w:val="22"/>
        </w:rPr>
        <w:t>① 전쟁으로 혼란한 틈을 노려서</w:t>
      </w:r>
    </w:p>
    <w:p>
      <w:pPr>
        <w:ind w:left="320"/>
      </w:pPr>
      <w:r>
        <w:rPr>
          <w:rFonts w:ascii="맑은 고딕" w:hAnsi="맑은 고딕" w:eastAsia="맑은 고딕"/>
          <w:b w:val="0"/>
          <w:color w:val="4E5968"/>
          <w:sz w:val="22"/>
        </w:rPr>
        <w:t>② 독도가 일본 땅과 무척 가까워서</w:t>
      </w:r>
    </w:p>
    <w:p>
      <w:pPr>
        <w:ind w:left="320"/>
      </w:pPr>
      <w:r>
        <w:rPr>
          <w:rFonts w:ascii="맑은 고딕" w:hAnsi="맑은 고딕" w:eastAsia="맑은 고딕"/>
          <w:b w:val="0"/>
          <w:color w:val="4E5968"/>
          <w:sz w:val="22"/>
        </w:rPr>
        <w:t>③ 우리가 허락해서</w:t>
      </w:r>
    </w:p>
    <w:p>
      <w:pPr>
        <w:ind w:left="320"/>
      </w:pPr>
      <w:r>
        <w:rPr>
          <w:rFonts w:ascii="맑은 고딕" w:hAnsi="맑은 고딕" w:eastAsia="맑은 고딕"/>
          <w:b w:val="0"/>
          <w:color w:val="4E5968"/>
          <w:sz w:val="22"/>
        </w:rPr>
        <w:t>④ 독도에 사람이 없어서</w:t>
      </w:r>
    </w:p>
    <w:p>
      <w:pPr>
        <w:spacing w:before="240"/>
      </w:pPr>
      <w:r>
        <w:rPr>
          <w:rFonts w:ascii="맑은 고딕" w:hAnsi="맑은 고딕" w:eastAsia="맑은 고딕"/>
          <w:b/>
          <w:color w:val="8B95A1"/>
          <w:sz w:val="17"/>
        </w:rPr>
        <w:t xml:space="preserve">  추론 · 기지 파악  </w:t>
      </w:r>
    </w:p>
    <w:p>
      <w:r>
        <w:rPr>
          <w:rFonts w:ascii="맑은 고딕" w:hAnsi="맑은 고딕" w:eastAsia="맑은 고딕"/>
          <w:b/>
          <w:color w:val="2272EB"/>
          <w:sz w:val="24"/>
        </w:rPr>
        <w:t xml:space="preserve">3. </w:t>
      </w:r>
      <w:r>
        <w:rPr>
          <w:rFonts w:ascii="맑은 고딕" w:hAnsi="맑은 고딕" w:eastAsia="맑은 고딕"/>
          <w:b/>
          <w:color w:val="191F28"/>
          <w:sz w:val="23"/>
        </w:rPr>
        <w:t>포탄 없는 박격포 대신 목대포를 세우고 좌우로 돌아가게 한 까닭은?</w:t>
      </w:r>
    </w:p>
    <w:p>
      <w:pPr>
        <w:ind w:left="320"/>
      </w:pPr>
      <w:r>
        <w:rPr>
          <w:rFonts w:ascii="맑은 고딕" w:hAnsi="맑은 고딕" w:eastAsia="맑은 고딕"/>
          <w:b w:val="0"/>
          <w:color w:val="4E5968"/>
          <w:sz w:val="22"/>
        </w:rPr>
        <w:t>① 거센 바닷바람을 든든하게 단단히 막아 보려고</w:t>
      </w:r>
    </w:p>
    <w:p>
      <w:pPr>
        <w:ind w:left="320"/>
      </w:pPr>
      <w:r>
        <w:rPr>
          <w:rFonts w:ascii="맑은 고딕" w:hAnsi="맑은 고딕" w:eastAsia="맑은 고딕"/>
          <w:b w:val="0"/>
          <w:color w:val="4E5968"/>
          <w:sz w:val="22"/>
        </w:rPr>
        <w:t>② 진짜 대포처럼 보여 물러가게 하려고</w:t>
      </w:r>
    </w:p>
    <w:p>
      <w:pPr>
        <w:ind w:left="320"/>
      </w:pPr>
      <w:r>
        <w:rPr>
          <w:rFonts w:ascii="맑은 고딕" w:hAnsi="맑은 고딕" w:eastAsia="맑은 고딕"/>
          <w:b w:val="0"/>
          <w:color w:val="4E5968"/>
          <w:sz w:val="22"/>
        </w:rPr>
        <w:t>③ 전망대로 쓰려고</w:t>
      </w:r>
    </w:p>
    <w:p>
      <w:pPr>
        <w:ind w:left="320"/>
      </w:pPr>
      <w:r>
        <w:rPr>
          <w:rFonts w:ascii="맑은 고딕" w:hAnsi="맑은 고딕" w:eastAsia="맑은 고딕"/>
          <w:b w:val="0"/>
          <w:color w:val="4E5968"/>
          <w:sz w:val="22"/>
        </w:rPr>
        <w:t>④ 신호를 보내려고</w:t>
      </w:r>
    </w:p>
    <w:p>
      <w:pPr>
        <w:spacing w:before="240"/>
      </w:pPr>
      <w:r>
        <w:rPr>
          <w:rFonts w:ascii="맑은 고딕" w:hAnsi="맑은 고딕" w:eastAsia="맑은 고딕"/>
          <w:b/>
          <w:color w:val="8B95A1"/>
          <w:sz w:val="17"/>
        </w:rPr>
        <w:t xml:space="preserve">  사실 구별 · 객관식  </w:t>
      </w:r>
    </w:p>
    <w:p>
      <w:r>
        <w:rPr>
          <w:rFonts w:ascii="맑은 고딕" w:hAnsi="맑은 고딕" w:eastAsia="맑은 고딕"/>
          <w:b/>
          <w:color w:val="2272EB"/>
          <w:sz w:val="24"/>
        </w:rPr>
        <w:t xml:space="preserve">4. </w:t>
      </w:r>
      <w:r>
        <w:rPr>
          <w:rFonts w:ascii="맑은 고딕" w:hAnsi="맑은 고딕" w:eastAsia="맑은 고딕"/>
          <w:b/>
          <w:color w:val="191F28"/>
          <w:sz w:val="23"/>
        </w:rPr>
        <w:t>훗날 '독도대첩'이라 불리게 된 사건은 무엇인가요?</w:t>
      </w:r>
    </w:p>
    <w:p>
      <w:pPr>
        <w:ind w:left="320"/>
      </w:pPr>
      <w:r>
        <w:rPr>
          <w:rFonts w:ascii="맑은 고딕" w:hAnsi="맑은 고딕" w:eastAsia="맑은 고딕"/>
          <w:b w:val="0"/>
          <w:color w:val="4E5968"/>
          <w:sz w:val="22"/>
        </w:rPr>
        <w:t>① 독도 절벽에 태극기를 처음으로 높이 올린 일</w:t>
      </w:r>
    </w:p>
    <w:p>
      <w:pPr>
        <w:ind w:left="320"/>
      </w:pPr>
      <w:r>
        <w:rPr>
          <w:rFonts w:ascii="맑은 고딕" w:hAnsi="맑은 고딕" w:eastAsia="맑은 고딕"/>
          <w:b w:val="0"/>
          <w:color w:val="4E5968"/>
          <w:sz w:val="22"/>
        </w:rPr>
        <w:t>② 한국령을 새긴 일</w:t>
      </w:r>
    </w:p>
    <w:p>
      <w:pPr>
        <w:ind w:left="320"/>
      </w:pPr>
      <w:r>
        <w:rPr>
          <w:rFonts w:ascii="맑은 고딕" w:hAnsi="맑은 고딕" w:eastAsia="맑은 고딕"/>
          <w:b w:val="0"/>
          <w:color w:val="4E5968"/>
          <w:sz w:val="22"/>
        </w:rPr>
        <w:t>③ 미역을 따 판 일</w:t>
      </w:r>
    </w:p>
    <w:p>
      <w:pPr>
        <w:ind w:left="320"/>
      </w:pPr>
      <w:r>
        <w:rPr>
          <w:rFonts w:ascii="맑은 고딕" w:hAnsi="맑은 고딕" w:eastAsia="맑은 고딕"/>
          <w:b w:val="0"/>
          <w:color w:val="4E5968"/>
          <w:sz w:val="22"/>
        </w:rPr>
        <w:t>④ 소총·박격포로 일본 순시선을 물리친 전투</w:t>
      </w:r>
    </w:p>
    <w:p>
      <w:pPr>
        <w:spacing w:before="240"/>
      </w:pPr>
      <w:r>
        <w:rPr>
          <w:rFonts w:ascii="맑은 고딕" w:hAnsi="맑은 고딕" w:eastAsia="맑은 고딕"/>
          <w:b/>
          <w:color w:val="8B95A1"/>
          <w:sz w:val="17"/>
        </w:rPr>
        <w:t xml:space="preserve">  순서 맞추기  </w:t>
      </w:r>
    </w:p>
    <w:p>
      <w:r>
        <w:rPr>
          <w:rFonts w:ascii="맑은 고딕" w:hAnsi="맑은 고딕" w:eastAsia="맑은 고딕"/>
          <w:b/>
          <w:color w:val="2272EB"/>
          <w:sz w:val="24"/>
        </w:rPr>
        <w:t xml:space="preserve">5. </w:t>
      </w:r>
      <w:r>
        <w:rPr>
          <w:rFonts w:ascii="맑은 고딕" w:hAnsi="맑은 고딕" w:eastAsia="맑은 고딕"/>
          <w:b/>
          <w:color w:val="191F28"/>
          <w:sz w:val="23"/>
        </w:rPr>
        <w:t>일이 일어난 순서대로 기호를 써 보세요.</w:t>
      </w:r>
    </w:p>
    <w:p>
      <w:pPr>
        <w:ind w:left="320"/>
      </w:pPr>
      <w:r>
        <w:rPr>
          <w:rFonts w:ascii="맑은 고딕" w:hAnsi="맑은 고딕" w:eastAsia="맑은 고딕"/>
          <w:b w:val="0"/>
          <w:color w:val="333D4B"/>
          <w:sz w:val="22"/>
        </w:rPr>
        <w:t>ㄱ. 일본 순시선이 침범해 어부들을 위협한다.</w:t>
      </w:r>
    </w:p>
    <w:p>
      <w:pPr>
        <w:ind w:left="320"/>
      </w:pPr>
      <w:r>
        <w:rPr>
          <w:rFonts w:ascii="맑은 고딕" w:hAnsi="맑은 고딕" w:eastAsia="맑은 고딕"/>
          <w:b w:val="0"/>
          <w:color w:val="333D4B"/>
          <w:sz w:val="22"/>
        </w:rPr>
        <w:t>ㄴ. 이승만 대통령이 평화선을 선포한다.</w:t>
      </w:r>
    </w:p>
    <w:p>
      <w:pPr>
        <w:ind w:left="320"/>
      </w:pPr>
      <w:r>
        <w:rPr>
          <w:rFonts w:ascii="맑은 고딕" w:hAnsi="맑은 고딕" w:eastAsia="맑은 고딕"/>
          <w:b w:val="0"/>
          <w:color w:val="333D4B"/>
          <w:sz w:val="22"/>
        </w:rPr>
        <w:t>ㄷ. 독도대첩으로 무장 순시선을 격퇴한다.</w:t>
      </w:r>
    </w:p>
    <w:p>
      <w:pPr>
        <w:ind w:left="320"/>
      </w:pPr>
      <w:r>
        <w:rPr>
          <w:rFonts w:ascii="맑은 고딕" w:hAnsi="맑은 고딕" w:eastAsia="맑은 고딕"/>
          <w:b w:val="0"/>
          <w:color w:val="333D4B"/>
          <w:sz w:val="22"/>
        </w:rPr>
        <w:t>ㄹ. 홍순칠을 중심으로 의용수비대가 결성된다.</w:t>
      </w:r>
    </w:p>
    <w:p>
      <w:pPr>
        <w:ind w:left="320"/>
      </w:pPr>
      <w:r>
        <w:rPr>
          <w:rFonts w:ascii="맑은 고딕" w:hAnsi="맑은 고딕" w:eastAsia="맑은 고딕"/>
          <w:b/>
          <w:color w:val="191F28"/>
          <w:sz w:val="22"/>
        </w:rPr>
        <w:t>(    ) → (    ) → (    ) → (    )</w:t>
      </w:r>
    </w:p>
    <w:p>
      <w:pPr>
        <w:spacing w:before="240"/>
      </w:pPr>
      <w:r>
        <w:rPr>
          <w:rFonts w:ascii="맑은 고딕" w:hAnsi="맑은 고딕" w:eastAsia="맑은 고딕"/>
          <w:b/>
          <w:color w:val="8B95A1"/>
          <w:sz w:val="17"/>
        </w:rPr>
        <w:t xml:space="preserve">  개념 이해 · 객관식  </w:t>
      </w:r>
    </w:p>
    <w:p>
      <w:r>
        <w:rPr>
          <w:rFonts w:ascii="맑은 고딕" w:hAnsi="맑은 고딕" w:eastAsia="맑은 고딕"/>
          <w:b/>
          <w:color w:val="2272EB"/>
          <w:sz w:val="24"/>
        </w:rPr>
        <w:t xml:space="preserve">6. </w:t>
      </w:r>
      <w:r>
        <w:rPr>
          <w:rFonts w:ascii="맑은 고딕" w:hAnsi="맑은 고딕" w:eastAsia="맑은 고딕"/>
          <w:b/>
          <w:color w:val="191F28"/>
          <w:sz w:val="23"/>
        </w:rPr>
        <w:t>국제법에서 어느 나라의 영토인지 판단할 때 중요한 기준으로 영상이 든 것은?</w:t>
      </w:r>
    </w:p>
    <w:p>
      <w:pPr>
        <w:ind w:left="320"/>
      </w:pPr>
      <w:r>
        <w:rPr>
          <w:rFonts w:ascii="맑은 고딕" w:hAnsi="맑은 고딕" w:eastAsia="맑은 고딕"/>
          <w:b w:val="0"/>
          <w:color w:val="4E5968"/>
          <w:sz w:val="22"/>
        </w:rPr>
        <w:t>① 그 땅에 살고 있는 사람들의 전체 인구 수와 크기</w:t>
      </w:r>
    </w:p>
    <w:p>
      <w:pPr>
        <w:ind w:left="320"/>
      </w:pPr>
      <w:r>
        <w:rPr>
          <w:rFonts w:ascii="맑은 고딕" w:hAnsi="맑은 고딕" w:eastAsia="맑은 고딕"/>
          <w:b w:val="0"/>
          <w:color w:val="4E5968"/>
          <w:sz w:val="22"/>
        </w:rPr>
        <w:t>② 누가 실제로 다스리고 있는가(실효 지배)</w:t>
      </w:r>
    </w:p>
    <w:p>
      <w:pPr>
        <w:ind w:left="320"/>
      </w:pPr>
      <w:r>
        <w:rPr>
          <w:rFonts w:ascii="맑은 고딕" w:hAnsi="맑은 고딕" w:eastAsia="맑은 고딕"/>
          <w:b w:val="0"/>
          <w:color w:val="4E5968"/>
          <w:sz w:val="22"/>
        </w:rPr>
        <w:t>③ 인구 수</w:t>
      </w:r>
    </w:p>
    <w:p>
      <w:pPr>
        <w:ind w:left="320"/>
      </w:pPr>
      <w:r>
        <w:rPr>
          <w:rFonts w:ascii="맑은 고딕" w:hAnsi="맑은 고딕" w:eastAsia="맑은 고딕"/>
          <w:b w:val="0"/>
          <w:color w:val="4E5968"/>
          <w:sz w:val="22"/>
        </w:rPr>
        <w:t>④ 거리의 가까움</w:t>
      </w:r>
    </w:p>
    <w:p>
      <w:pPr>
        <w:spacing w:before="240"/>
      </w:pPr>
      <w:r>
        <w:rPr>
          <w:rFonts w:ascii="맑은 고딕" w:hAnsi="맑은 고딕" w:eastAsia="맑은 고딕"/>
          <w:b/>
          <w:color w:val="8B95A1"/>
          <w:sz w:val="17"/>
        </w:rPr>
        <w:t xml:space="preserve">  비판적 사고 · 객관식  </w:t>
      </w:r>
    </w:p>
    <w:p>
      <w:r>
        <w:rPr>
          <w:rFonts w:ascii="맑은 고딕" w:hAnsi="맑은 고딕" w:eastAsia="맑은 고딕"/>
          <w:b/>
          <w:color w:val="2272EB"/>
          <w:sz w:val="24"/>
        </w:rPr>
        <w:t xml:space="preserve">7. </w:t>
      </w:r>
      <w:r>
        <w:rPr>
          <w:rFonts w:ascii="맑은 고딕" w:hAnsi="맑은 고딕" w:eastAsia="맑은 고딕"/>
          <w:b/>
          <w:color w:val="191F28"/>
          <w:sz w:val="23"/>
        </w:rPr>
        <w:t>일본이 교과서에서 '독도는 일본 땅'이라 가르치며 노리는 것으로 알맞은 것은?</w:t>
      </w:r>
    </w:p>
    <w:p>
      <w:pPr>
        <w:ind w:left="320"/>
      </w:pPr>
      <w:r>
        <w:rPr>
          <w:rFonts w:ascii="맑은 고딕" w:hAnsi="맑은 고딕" w:eastAsia="맑은 고딕"/>
          <w:b w:val="0"/>
          <w:color w:val="4E5968"/>
          <w:sz w:val="22"/>
        </w:rPr>
        <w:t>① 사이좋게 지내려고</w:t>
      </w:r>
    </w:p>
    <w:p>
      <w:pPr>
        <w:ind w:left="320"/>
      </w:pPr>
      <w:r>
        <w:rPr>
          <w:rFonts w:ascii="맑은 고딕" w:hAnsi="맑은 고딕" w:eastAsia="맑은 고딕"/>
          <w:b w:val="0"/>
          <w:color w:val="4E5968"/>
          <w:sz w:val="22"/>
        </w:rPr>
        <w:t>② 독도를 포기하려고</w:t>
      </w:r>
    </w:p>
    <w:p>
      <w:pPr>
        <w:ind w:left="320"/>
      </w:pPr>
      <w:r>
        <w:rPr>
          <w:rFonts w:ascii="맑은 고딕" w:hAnsi="맑은 고딕" w:eastAsia="맑은 고딕"/>
          <w:b w:val="0"/>
          <w:color w:val="4E5968"/>
          <w:sz w:val="22"/>
        </w:rPr>
        <w:t>③ 독도를 두말없이 순순히 우리에게 돌려주려고</w:t>
      </w:r>
    </w:p>
    <w:p>
      <w:pPr>
        <w:ind w:left="320"/>
      </w:pPr>
      <w:r>
        <w:rPr>
          <w:rFonts w:ascii="맑은 고딕" w:hAnsi="맑은 고딕" w:eastAsia="맑은 고딕"/>
          <w:b w:val="0"/>
          <w:color w:val="4E5968"/>
          <w:sz w:val="22"/>
        </w:rPr>
        <w:t>④ 독도를 '분쟁지역'으로 만들려고</w:t>
      </w:r>
    </w:p>
    <w:p>
      <w:pPr>
        <w:spacing w:before="240"/>
      </w:pPr>
      <w:r>
        <w:rPr>
          <w:rFonts w:ascii="맑은 고딕" w:hAnsi="맑은 고딕" w:eastAsia="맑은 고딕"/>
          <w:b/>
          <w:color w:val="8B95A1"/>
          <w:sz w:val="17"/>
        </w:rPr>
        <w:t xml:space="preserve">  종합 · 주제 파악  </w:t>
      </w:r>
    </w:p>
    <w:p>
      <w:r>
        <w:rPr>
          <w:rFonts w:ascii="맑은 고딕" w:hAnsi="맑은 고딕" w:eastAsia="맑은 고딕"/>
          <w:b/>
          <w:color w:val="2272EB"/>
          <w:sz w:val="24"/>
        </w:rPr>
        <w:t xml:space="preserve">8. </w:t>
      </w:r>
      <w:r>
        <w:rPr>
          <w:rFonts w:ascii="맑은 고딕" w:hAnsi="맑은 고딕" w:eastAsia="맑은 고딕"/>
          <w:b/>
          <w:color w:val="191F28"/>
          <w:sz w:val="23"/>
        </w:rPr>
        <w:t>독도 의용수비대 이야기가 오늘 우리에게 주는 의미로 가장 알맞은 것은?</w:t>
      </w:r>
    </w:p>
    <w:p>
      <w:pPr>
        <w:ind w:left="320"/>
      </w:pPr>
      <w:r>
        <w:rPr>
          <w:rFonts w:ascii="맑은 고딕" w:hAnsi="맑은 고딕" w:eastAsia="맑은 고딕"/>
          <w:b w:val="0"/>
          <w:color w:val="4E5968"/>
          <w:sz w:val="22"/>
        </w:rPr>
        <w:t>① 스스로 영토를 지킨 헌신을 기억하자</w:t>
      </w:r>
    </w:p>
    <w:p>
      <w:pPr>
        <w:ind w:left="320"/>
      </w:pPr>
      <w:r>
        <w:rPr>
          <w:rFonts w:ascii="맑은 고딕" w:hAnsi="맑은 고딕" w:eastAsia="맑은 고딕"/>
          <w:b w:val="0"/>
          <w:color w:val="4E5968"/>
          <w:sz w:val="22"/>
        </w:rPr>
        <w:t>② 전쟁은 어쩔 수 없다</w:t>
      </w:r>
    </w:p>
    <w:p>
      <w:pPr>
        <w:ind w:left="320"/>
      </w:pPr>
      <w:r>
        <w:rPr>
          <w:rFonts w:ascii="맑은 고딕" w:hAnsi="맑은 고딕" w:eastAsia="맑은 고딕"/>
          <w:b w:val="0"/>
          <w:color w:val="4E5968"/>
          <w:sz w:val="22"/>
        </w:rPr>
        <w:t>③ 옛일은 잊는 게 낫다</w:t>
      </w:r>
    </w:p>
    <w:p>
      <w:pPr>
        <w:ind w:left="320"/>
      </w:pPr>
      <w:r>
        <w:rPr>
          <w:rFonts w:ascii="맑은 고딕" w:hAnsi="맑은 고딕" w:eastAsia="맑은 고딕"/>
          <w:b w:val="0"/>
          <w:color w:val="4E5968"/>
          <w:sz w:val="22"/>
        </w:rPr>
        <w:t>④ 독도는 너무 위험하니 아무도 절대 가지 말자</w:t>
      </w:r>
    </w:p>
    <w:p>
      <w:pPr>
        <w:spacing w:before="240"/>
      </w:pPr>
      <w:r>
        <w:rPr>
          <w:rFonts w:ascii="맑은 고딕" w:hAnsi="맑은 고딕" w:eastAsia="맑은 고딕"/>
          <w:b/>
          <w:color w:val="8B95A1"/>
          <w:sz w:val="17"/>
        </w:rPr>
        <w:t xml:space="preserve">  비판적 사고 · 서술형  </w:t>
      </w:r>
    </w:p>
    <w:p>
      <w:r>
        <w:rPr>
          <w:rFonts w:ascii="맑은 고딕" w:hAnsi="맑은 고딕" w:eastAsia="맑은 고딕"/>
          <w:b/>
          <w:color w:val="2272EB"/>
          <w:sz w:val="24"/>
        </w:rPr>
        <w:t xml:space="preserve">9. </w:t>
      </w:r>
      <w:r>
        <w:rPr>
          <w:rFonts w:ascii="맑은 고딕" w:hAnsi="맑은 고딕" w:eastAsia="맑은 고딕"/>
          <w:b/>
          <w:color w:val="191F28"/>
          <w:sz w:val="23"/>
        </w:rPr>
        <w:t>독도를 일본 땅이라 주장하는 일본에 맞서, 우리가 어떻게 대응해야 할지 자신의 생각을 까닭과 함께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pPr>
        <w:spacing w:before="240"/>
      </w:pPr>
      <w:r>
        <w:rPr>
          <w:rFonts w:ascii="맑은 고딕" w:hAnsi="맑은 고딕" w:eastAsia="맑은 고딕"/>
          <w:b/>
          <w:color w:val="8B95A1"/>
          <w:sz w:val="17"/>
        </w:rPr>
        <w:t xml:space="preserve">  가치 판단 · 서술형  </w:t>
      </w:r>
    </w:p>
    <w:p>
      <w:r>
        <w:rPr>
          <w:rFonts w:ascii="맑은 고딕" w:hAnsi="맑은 고딕" w:eastAsia="맑은 고딕"/>
          <w:b/>
          <w:color w:val="2272EB"/>
          <w:sz w:val="24"/>
        </w:rPr>
        <w:t xml:space="preserve">10. </w:t>
      </w:r>
      <w:r>
        <w:rPr>
          <w:rFonts w:ascii="맑은 고딕" w:hAnsi="맑은 고딕" w:eastAsia="맑은 고딕"/>
          <w:b/>
          <w:color w:val="191F28"/>
          <w:sz w:val="23"/>
        </w:rPr>
        <w:t>의용수비대의 헌신이 '독도가 우리 땅'임을 증명하는 데 어떤 역할을 했는지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191F28"/>
          <w:sz w:val="32"/>
        </w:rPr>
        <w:t>정답 및 해설 · 교사용</w:t>
      </w:r>
    </w:p>
    <w:p>
      <w:pPr>
        <w:spacing w:before="160"/>
      </w:pPr>
      <w:r>
        <w:rPr>
          <w:rFonts w:ascii="맑은 고딕" w:hAnsi="맑은 고딕" w:eastAsia="맑은 고딕"/>
          <w:b/>
          <w:color w:val="2272EB"/>
          <w:sz w:val="26"/>
        </w:rPr>
        <w:t>[중학년] 스스로 독도를 지킨 사람들</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② 홍순칠</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④ 싸우다 다친 상이군인 청년들</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① 독도가 우리 땅임을 새기려고</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③ 순시선을 속여 물리치려고</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ㄴ → ㄱ → ㄷ → ㄹ</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② 빗물을 마시고 해초를 먹으며 버텼다</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④ 아무런 보수도 대가도 없었다</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① 스스로 나선 의병 정신</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[예시] 아무 대가 없이 위험을 무릅쓰고 우리 땅 독도를 지켜 주셔서 감사합니다. 그 용기를 잊지 않겠습니다. · (평가) 헌신에 감사하는 마음을 자기 말로 표현했는지 봐 주세요.</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독도가 우리 땅임을 바르게 알고 친구들에게 알리며, 독도의 역사와 자연에 관심을 갖겠다. · (평가) 독도를 지키는 실천을 구체적으로 적었는지 봐 주세요.</w:t>
      </w:r>
    </w:p>
    <w:p>
      <w:r>
        <w:br w:type="page"/>
      </w:r>
    </w:p>
    <w:p>
      <w:pPr>
        <w:spacing w:before="160"/>
      </w:pPr>
      <w:r>
        <w:rPr>
          <w:rFonts w:ascii="맑은 고딕" w:hAnsi="맑은 고딕" w:eastAsia="맑은 고딕"/>
          <w:b/>
          <w:color w:val="2272EB"/>
          <w:sz w:val="26"/>
        </w:rPr>
        <w:t>[고학년] 독도대첩과 실효 지배</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③ 우리 바다·영토임을 표시한 선</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① 전쟁으로 혼란한 틈을 노려서</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② 진짜 대포처럼 보여 물러가게 하려고</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④ 소총·박격포로 일본 순시선을 물리친 전투</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ㄴ → ㄱ → ㄹ → ㄷ</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② 누가 실제로 다스리고 있는가(실효 지배)</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④ 독도를 '분쟁지역'으로 만들려고</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① 스스로 영토를 지킨 헌신을 기억하자</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[예시] 독도가 역사적으로도, 지금도 우리가 다스리는 우리 땅임을 정확한 근거로 알려야 한다. 감정만 앞세우기보다 사실과 자료로 차분히 반박해야 설득력이 있기 때문이다. · (평가) 대응 방법과 까닭을 분명히 밝혔는지 봐 주세요.</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직접 들어가 살며 태극기를 올리고 침입을 물리친 것은 우리가 독도를 실제로 지키고 다스렸다는 증거가 되어, 독도가 우리 땅임을 분명히 했다. · (평가) 헌신과 실효 지배(영토 증명)를 연결해 서술했는지 봐 주세요.</w:t>
      </w:r>
    </w:p>
    <w:sectPr w:rsidR="00FC693F" w:rsidRPr="0006063C" w:rsidSect="00034616">
      <w:pgSz w:w="11906" w:h="16838"/>
      <w:pgMar w:top="850" w:right="907" w:bottom="85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맑은 고딕" w:hAnsi="맑은 고딕" w:eastAsia="맑은 고딕"/>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