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아파하는 지구를 구해요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지구가 점점 더 뜨거워지는 것을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지구 온난화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지구 냉각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지구 회전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지구가 멈추는 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지구가 뜨거워지면 북극과 남극에서 생기는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눈이 훨씬 더 많이 쌓인다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얼음(빙하)이 녹는다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큰 산이 생긴다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숲이 우거진다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다음 중 지구 온난화를 더 심하게 만드는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 쓰는 불을 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물을 아껴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전기와 보일러를 낭비한다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가까운 거리도 꼭 걸어 다닌다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지구를 지키기 위해 우리가 할 수 있는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에어컨을 24시간 켜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빈 방의 불을 켜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수도를 틀어 놓는다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에너지를 아껴 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빙하  ·          ·  지구가 더워지면 녹아요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에너지 절약  ·          ·  지구를 지키는 작은 실천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온실가스  ·          ·  지구를 뜨겁게 만들어요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빙하가 녹으면 가장 곤란해지는 동물은 누구일까요?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얼음 위에 사는 동물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어두운 땅속에 사는 두더지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사막에 사는 낙타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동굴에 사는 박쥐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다음 중 지구를 위한 좋은 행동은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쓰레기를 아무 데나 마구 버린다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안 쓰는 전기 코드를 뽑는다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물을 틀어 놓고 양치한다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가까운 곳도 꼭 차를 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지구 온난화에 대한 알맞은 생각은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두면 저절로 다 해결된다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나와는 상관없는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모두가 함께할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어른들만의 일이다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에어컨을 사용할 때 지구를 위한 알맞은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온종일 24시간 가장 세게 켜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문을 열어 놓고 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아무도 없어도 켜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필요할 때만 알맞게 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지구를 위해 내가 오늘부터 지킬 약속을 한 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온실가스와 지구 온난화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에어컨과 보일러를 펑펑 쓰던 해적들이 갑자기 녹아내리는 빙하 위에서 위기를 맞는다. 지구가 점점 뜨거워지는 까닭은 무엇일까? 아파하는 지구를 구하기 위해 우리가 할 수 있는 일을 호기심딱지와 함께 알아보자.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파악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영상이 알려 주려는 가장 중요한 내용은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지구 온난화의 원인과 실천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해적이 숨긴 보물을 찾는 방법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빙하 위에서 노는 방법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에어컨을 고르는 방법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지구를 담요처럼 둘러싸 열이 빠져나가지 못하게 하는, 이산화탄소 등의 기체를 통틀어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맑은 산소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온실가스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수증기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흙먼지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온실가스(이산화탄소)가 많이 생기는 원인으로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산에 나무를 아주 많이 심을 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물을 마실 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공장·자동차를 가동할 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잠을 잘 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다음 중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온실가스가 적당하면 지구의 온도를 알맞게 유지해 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온실가스가 너무 많아지면 지구가 점점 더워진다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지구 온난화로 빙하가 녹아 바다 높이가 올라간다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지구 온난화는 추운 지역에만 영향을 준다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지구 온난화가 일어나는 과정을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온실가스가 지구에서 나가는 열을 가둔다.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사람들이 에너지를 많이 써서 온실가스가 늘어난다.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빙하가 녹고 바다의 높이가 올라간다.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지구의 온도가 점점 올라간다.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지구 온난화로 생기는 문제로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해수면이 올라가 섬이 잠긴다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지구가 더 시원해진다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동물의 수가 저절로 크게 늘어난다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비가 영영 내리지 않게 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다음 중 지구 온난화를 막는 실천으로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빈 방에 불을 켜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가까운 거리는 걷거나 자전거 타기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안 쓰는 전기 기기를 계속 켜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수도를 계속 틀어 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에너지를 아껴 쓰는 것이 지구 온난화를 막는 데 도움이 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에너지가 곧 완전히 사라져 버려서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전기 요금이 비싸서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에너지에서 온실가스가 나와서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어른들이 시켜서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정리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지구 온난화가 일어나면 어떤 문제가 생기는지 두 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가족이나 우리 반이 함께 실천할 수 있는 에너지 절약 방법을 생각하여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기후 위기, 우리의 선택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에어컨과 보일러를 펑펑 쓰던 해적들이 갑자기 녹아내리는 빙하 위에서 위기를 맞는다. 지구가 점점 뜨거워지는 까닭은 무엇일까? 아파하는 지구를 구하기 위해 우리가 할 수 있는 일을 호기심딱지와 함께 알아보자.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온실가스가 '적당히' 있을 때 지구에 주는 이로움으로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지구 온도를 알맞게 유지한다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지구를 차갑게 얼린다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햇빛을 모조리 막아 어둡게 만든다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아무런 역할도 하지 않는다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온실가스가 지구의 열을 가두어 지구의 평균 기온이 올라가는 현상을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지구 냉각화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지구 온난화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지구 자전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지구 공전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'적당한 온실효과는 좋지만 지나치면 위기가 된다'는 설명이 의미하는 바로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온실가스는 무조건 모두 없애야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온실가스는 전혀 위험하지 않다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지나치게 늘어난 양이 문제다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지구의 온도는 늘 일정하게 유지된다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다음 중 지구 온난화에 대한 설명으로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빙하가 녹아 해수면이 상승한다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이상 기후와 동물 멸종 등 생태계 전체에 영향을 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인간 활동과 무관하게 일어난다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막으려면 개인·사회·국가의 노력이 함께 필요하다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지구 온난화가 진행되는 과정을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온실가스가 지구 밖으로 나가는 열을 가둔다.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인간 활동으로 온실가스 배출이 크게 늘어난다.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빙하가 녹고 해수면이 상승하며 이상 기후가 나타난다.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지구의 평균 기온이 점점 올라간다.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지구 온난화가 '먼 나라만의 문제가 아니다'라고 할 수 있는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모두의 삶에 영향을 주어서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우리나라는 전혀 영향을 받지 않아서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겨울에는 아무 문제가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어른들만의 문제여서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개인의 작은 실천(에너지 절약 등)이 의미 있는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혼자서 하면 전혀 소용이 없기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모이면 큰 변화가 되어서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실천은 어차피 효과가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나라만이 해결할 수 있어서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지구 온난화의 책임은 누구에게 있을지 생각해 보고, 우리가 함께 책임지고 행동해야 하는 까닭을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편리함(에어컨·자동차 등)과 환경 보호 사이에서 우리는 어떻게 균형을 잡아야 할지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미래 세대(다음에 살아갈 사람들)를 위해 지금 우리가 지구를 지켜야 하는 까닭을 자신의 생각으로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아파하는 지구를 구해요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지구 온난화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얼음(빙하)이 녹는다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전기와 보일러를 낭비한다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에너지를 아껴 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빙하-녹음 / 에너지 절약-지구 지킴 / 온실가스-뜨겁게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얼음 위에 사는 동물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안 쓰는 전기 코드를 뽑는다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모두가 함께할 일이다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필요할 때만 알맞게 켠다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방에서 나갈 때 불을 끄고, 안 쓰는 전기 코드를 뽑아 에너지를 아끼겠다. · (평가) 에너지 절약 등 실천 가능한 약속을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온실가스와 지구 온난화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지구 온난화의 원인과 실천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온실가스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공장·자동차를 가동할 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지구 온난화는 추운 지역에만 영향을 준다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해수면이 올라가 섬이 잠긴다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가까운 거리는 걷거나 자전거 타기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에너지에서 온실가스가 나와서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① 빙하가 녹아 바다 높이가 올라가 낮은 땅·섬이 잠긴다. ② 서식지가 사라져 북극곰 등 동물이 위험에 빠진다. · (평가) 문제 두 가지를 정확히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교실에서 나갈 때 불·에어컨을 끄는 당번을 정하고, 가까운 거리는 함께 걸어 다니기로 약속한다. · (평가) 구체적이고 실천 가능한 방법을 제시했는지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기후 위기, 우리의 선택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지구 온도를 알맞게 유지한다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지구 온난화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지나치게 늘어난 양이 문제다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③ 인간 활동과 무관하게 일어난다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모두의 삶에 영향을 주어서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모이면 큰 변화가 되어서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온실가스는 우리 모두의 생활에서 나오므로 누구 한 사람만의 책임이 아니다. 함께 만든 문제이니 함께 줄여야 효과가 있고, 미래 세대를 위해서도 함께 행동해야 한다. · (평가) 공동 책임·지속가능성의 관점에서 전개했는지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편리함을 완전히 포기하긴 어렵지만, 꼭 필요할 때만 알맞게 쓰고 대중교통·자전거를 늘리는 등 불필요한 낭비를 줄이는 방향으로 균형을 잡아야 한다. · (평가) 편리와 환경의 균형에 대한 의견을 근거와 함께 밝혔는지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지금 지구를 함부로 쓰면 그 피해는 고스란히 다음 세대가 떠안는다. 우리가 물려받은 지구를 더 망가뜨리지 않고 건강히 물려주는 것이 지금 세대의 책임이다. · (평가) 세대 간 책임·지속가능한 미래의 가치를 표현했는지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