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아픈 지구를 지켜요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이야기는 무엇을 알아보는 재판인가요?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지구가 왜 아프게 됐는지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누가 더 부자인지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동물 중 누가 빠른지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어떤 옷이 가장 예쁘고 멋진지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지구가 점점 뜨거워지는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햇빛이 갑자기 더 뜨거워져서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온실가스가 많아져서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비가 오지 않아서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바람이 불지 않아서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온실가스를 무엇에 빗대어 설명했나요?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더위를 식히는 시원한 부채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차가운 얼음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지구를 덮는 이불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반짝이는 보석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지구의 온도가 1도 오르면 생기는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온 들판에 알록달록 꽃이 더 많이 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사람들 키가 부쩍 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겨울이 길어진다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빙하가 녹고 이상기후가 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컴퓨터를 안 끄고 나가면 안 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전기를 만들 때 온실가스가 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눈이 나빠져서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전기 요금이 아까워서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컴퓨터가 금방 고장 나 버리기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옷을 너무 많이 사면 생기는 문제는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옷장이 가득 차 좁아지기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만들고 옮길 때 탄소가 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유행이 빨리 지나서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빨래가 많아져서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지구를 지키려면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새 옷을 더 많이 사 모은다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전기를 더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작은 실천을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모른 척한다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지구는 언제나 혼자 알아서 낫는다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환경은 어른만 지킨다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옷은 많을수록 좋다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작은 실천이 지구를 지킨다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온실가스  ·          ·  지구를 덮은 이불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빙하  ·          ·  녹아 사라지는 얼음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작은 실천  ·          ·  지구를 지키는 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지구를 위해 내가 꼭 지킬 약속을 한 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지구가 아픈 까닭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아픈 지구(원고)가 인간(피고)을 상대로 여는 재미있는 '지구 재판'. 지구가 감기처럼 열나는 까닭이 온실가스 때문임을, 온실가스를 너무 두꺼워진 이불에 빗대어 설명한다. 산업화 이전보다 1도 오른 것이 빙하 해빙·해수면 상승·이상기후를 부르고, 컴퓨터 전기 낭비와 무분별한 옷 소비가 환경을 해친다는 증거를 살피며, 나 하나의 작은 실천이 모여 지구를 지킨다는 것을 일깨우는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지구가 '감기로 열난다'고 한 것은 무엇을 빗댄 것인가요?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지구온난화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황사와 미세먼지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갑작스러운 홍수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유난히 추운 겨울 날씨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온실가스가 많아지면 지구가 뜨거워지는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 많은 햇빛을 끌어모아서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열이 빠져나가지 못해서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구름이 사라져서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바닷물이 줄어서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고작 1도 상승이 큰 변화인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사람들이 조금 더 더위를 느끼게 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꽃이 일찍 피어서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빙하와 이상기후를 바꿔서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겨울이 짧아져서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맹그로브 숲이 중요한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사람들에게 시원한 그늘을 만들어 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나무가 예뻐서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목재로 쓰여서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물고기·새의 집이고 바다를 지켜서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지구가 뜨거워지는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온실가스가 늘어난다.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전기를 많이 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빙하가 녹아 해수면이 오른다.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지구가 뜨거워진다.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옷을 너무 많이 사는 것이 환경에 나쁜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옷장이 가득 차 정리가 힘들어서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물·탄소를 쓰고 옷이 버려져서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유행이 빨리 지나서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빨래가 늘어서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재판이 강조한 '작은 실천'에 대한 메시지로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작은 습관이 큰 변화를 만든다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혼자서는 소용이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어른만 노력하면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한꺼번에 모든 걸 다 바꿔야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재판에서 인간(피고)이 한 다짐으로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마음에 들면 옷을 더 많이 사 모으겠다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전기를 더 쓰겠다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필요한 것만 사고 전기 아끼기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재판에 다시 안 나오겠다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지구의 열을 식히기 위해 우리 가족이 함께 할 수 있는 실천을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아픈 지구에게 미안한 마음과 앞으로의 다짐을 담아 한마디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1도가 만든 큰 변화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아픈 지구(원고)가 인간(피고)을 상대로 여는 재미있는 '지구 재판'. 지구가 감기처럼 열나는 까닭이 온실가스 때문임을, 온실가스를 너무 두꺼워진 이불에 빗대어 설명한다. 산업화 이전보다 1도 오른 것이 빙하 해빙·해수면 상승·이상기후를 부르고, 컴퓨터 전기 낭비와 무분별한 옷 소비가 환경을 해친다는 증거를 살피며, 나 하나의 작은 실천이 모여 지구를 지킨다는 것을 일깨우는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온실가스가 '이불'에 빗대어진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지구의 열을 가둬 따뜻하게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지구를 시원하게 식혀 주기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햇빛을 막아 어둡게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비를 내리게 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온실가스가 너무 많아진 것이 문제인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지구로 오던 햇빛이 사라지기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열이 못 빠져나가 더워져서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구름이 늘어나기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바람이 멈추기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'고작 1도'가 큰일인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사람들이 조금 더 더위를 느끼게 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겨울이 짧아지기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빙하·이상기후를 크게 바꿔서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꽃이 일찍 피어서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과정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옷 한 벌이 환경에 큰 영향을 주는 과정으로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오래 입으면 금방 닳아 버리기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색이 빨리 바래기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유행이 빨리 지나기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만들고 옮기고 버리며 환경을 해쳐서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지구가 뜨거워지는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온실가스가 늘어난다.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전기를 많이 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빙하가 녹아 해수면이 오른다.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지구가 뜨거워진다.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택도 안 뗀 새 옷이 그대로 버려지는 것이 보여 주는 문제는?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옷이 너무 비싸다는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무분별한 소비와 낭비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옷이 부족하다는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유행이 너무 자주 바뀐다는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'나 하나쯤이야'라는 생각이 위험한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작은 습관이 모여 큰 피해가 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지구는 절대 회복하지 못하기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남들이 대신 해 주기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별로 상관없기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영상의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지구는 언제나 스스로 알아서 낫는다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환경은 어른들 책임이다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작은 실천이 지구를 지킨다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옷은 많을수록 좋다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'한 사람의 작은 행동이 큰 변화를 만든다'는 말이 맞는지, 영상 내용을 들어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지구온난화를 늦추기 위해 우리 사회가 함께 바꿔야 할 점을 한 가지 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아픈 지구를 지켜요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지구가 왜 아프게 됐는지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온실가스가 많아져서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지구를 덮는 이불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빙하가 녹고 이상기후가 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전기를 만들 때 온실가스가 나서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만들고 옮길 때 탄소가 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작은 실천을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작은 실천이 지구를 지킨다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온실가스-지구의 이불 / 빙하-녹는 얼음 / 작은 실천-지구를 지킴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방에서 나갈 때 전등과 컴퓨터를 끄고, 일회용품을 줄이며, 필요한 물건만 사겠다. · (평가) 환경을 지키는 실천 약속을 자기 말로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지구가 아픈 까닭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지구온난화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열이 빠져나가지 못해서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빙하와 이상기후를 바꿔서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물고기·새의 집이고 바다를 지켜서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물·탄소를 쓰고 옷이 버려져서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작은 습관이 큰 변화를 만든다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필요한 것만 사고 전기 아끼기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안 쓰는 전기 끄기, 가까운 곳은 걷거나 자전거 타기, 일회용품 줄이고 필요한 물건만 사기를 함께 실천한다. · (평가) 가족이 함께 할 실천을 구체적으로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지구야, 무심코 한 행동들이 너를 아프게 해서 미안해. 이제부터 작은 것부터 아끼며 너를 지킬게. · (평가) 미안함과 다짐을 진심으로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1도가 만든 큰 변화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지구의 열을 가둬 따뜻하게 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열이 못 빠져나가 더워져서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빙하·이상기후를 크게 바꿔서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만들고 옮기고 버리며 환경을 해쳐서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무분별한 소비와 낭비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작은 습관이 모여 큰 피해가 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작은 실천이 지구를 지킨다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맞다. 컴퓨터를 안 끈 작은 습관이 108번 쌓이듯, 작은 행동도 모이면 큰 영향을 준다. 그러니 작은 실천이 모이면 지구를 지키는 큰 힘이 된다. · (평가) 영상 근거로 의견을 뒷받침했는지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일회용품과 빠른 옷 소비를 줄이고, 재생 가능한 에너지를 늘리며, 대중교통을 더 잘 이용하도록 함께 노력해야 한다. · (평가) 개인을 넘어선 사회적 실천을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