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맑은 고딕" w:hAnsi="맑은 고딕" w:eastAsia="맑은 고딕"/>
          <w:b/>
          <w:color w:val="2272EB"/>
          <w:sz w:val="19"/>
        </w:rPr>
        <w:t xml:space="preserve">[초등 저학년용] </w:t>
      </w:r>
    </w:p>
    <w:p>
      <w:r>
        <w:rPr>
          <w:rFonts w:ascii="맑은 고딕" w:hAnsi="맑은 고딕" w:eastAsia="맑은 고딕"/>
          <w:b/>
          <w:color w:val="191F28"/>
          <w:sz w:val="36"/>
        </w:rPr>
        <w:t>함께 빚는 우리 떡</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1. </w:t>
      </w:r>
      <w:r>
        <w:rPr>
          <w:rFonts w:ascii="맑은 고딕" w:hAnsi="맑은 고딕" w:eastAsia="맑은 고딕"/>
          <w:b/>
          <w:color w:val="191F28"/>
          <w:sz w:val="23"/>
        </w:rPr>
        <w:t>떡을 좋아하는 동물들이 모인 곳은 어디인가요?</w:t>
      </w:r>
    </w:p>
    <w:p>
      <w:pPr>
        <w:ind w:left="320"/>
      </w:pPr>
      <w:r>
        <w:rPr>
          <w:rFonts w:ascii="맑은 고딕" w:hAnsi="맑은 고딕" w:eastAsia="맑은 고딕"/>
          <w:b w:val="0"/>
          <w:color w:val="4E5968"/>
          <w:sz w:val="22"/>
        </w:rPr>
        <w:t>① 사이 큰 숲</w:t>
      </w:r>
    </w:p>
    <w:p>
      <w:pPr>
        <w:ind w:left="320"/>
      </w:pPr>
      <w:r>
        <w:rPr>
          <w:rFonts w:ascii="맑은 고딕" w:hAnsi="맑은 고딕" w:eastAsia="맑은 고딕"/>
          <w:b w:val="0"/>
          <w:color w:val="4E5968"/>
          <w:sz w:val="22"/>
        </w:rPr>
        <w:t>② 높은 산꼭대기</w:t>
      </w:r>
    </w:p>
    <w:p>
      <w:pPr>
        <w:ind w:left="320"/>
      </w:pPr>
      <w:r>
        <w:rPr>
          <w:rFonts w:ascii="맑은 고딕" w:hAnsi="맑은 고딕" w:eastAsia="맑은 고딕"/>
          <w:b w:val="0"/>
          <w:color w:val="4E5968"/>
          <w:sz w:val="22"/>
        </w:rPr>
        <w:t>③ 도시 한가운데</w:t>
      </w:r>
    </w:p>
    <w:p>
      <w:pPr>
        <w:ind w:left="320"/>
      </w:pPr>
      <w:r>
        <w:rPr>
          <w:rFonts w:ascii="맑은 고딕" w:hAnsi="맑은 고딕" w:eastAsia="맑은 고딕"/>
          <w:b w:val="0"/>
          <w:color w:val="4E5968"/>
          <w:sz w:val="22"/>
        </w:rPr>
        <w:t>④ 넓고 깊은 바닷속</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동물들이 함께 만든 것은 무엇인가요?</w:t>
      </w:r>
    </w:p>
    <w:p>
      <w:pPr>
        <w:ind w:left="320"/>
      </w:pPr>
      <w:r>
        <w:rPr>
          <w:rFonts w:ascii="맑은 고딕" w:hAnsi="맑은 고딕" w:eastAsia="맑은 고딕"/>
          <w:b w:val="0"/>
          <w:color w:val="4E5968"/>
          <w:sz w:val="22"/>
        </w:rPr>
        <w:t>① 김치</w:t>
      </w:r>
    </w:p>
    <w:p>
      <w:pPr>
        <w:ind w:left="320"/>
      </w:pPr>
      <w:r>
        <w:rPr>
          <w:rFonts w:ascii="맑은 고딕" w:hAnsi="맑은 고딕" w:eastAsia="맑은 고딕"/>
          <w:b w:val="0"/>
          <w:color w:val="4E5968"/>
          <w:sz w:val="22"/>
        </w:rPr>
        <w:t>② 떡</w:t>
      </w:r>
    </w:p>
    <w:p>
      <w:pPr>
        <w:ind w:left="320"/>
      </w:pPr>
      <w:r>
        <w:rPr>
          <w:rFonts w:ascii="맑은 고딕" w:hAnsi="맑은 고딕" w:eastAsia="맑은 고딕"/>
          <w:b w:val="0"/>
          <w:color w:val="4E5968"/>
          <w:sz w:val="22"/>
        </w:rPr>
        <w:t>③ 빵</w:t>
      </w:r>
    </w:p>
    <w:p>
      <w:pPr>
        <w:ind w:left="320"/>
      </w:pPr>
      <w:r>
        <w:rPr>
          <w:rFonts w:ascii="맑은 고딕" w:hAnsi="맑은 고딕" w:eastAsia="맑은 고딕"/>
          <w:b w:val="0"/>
          <w:color w:val="4E5968"/>
          <w:sz w:val="22"/>
        </w:rPr>
        <w:t>④ 과자</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설에 남쪽에서 먹는, 호랑이 꼬리처럼 길쭉한 떡은 무엇인가요?</w:t>
      </w:r>
    </w:p>
    <w:p>
      <w:pPr>
        <w:ind w:left="320"/>
      </w:pPr>
      <w:r>
        <w:rPr>
          <w:rFonts w:ascii="맑은 고딕" w:hAnsi="맑은 고딕" w:eastAsia="맑은 고딕"/>
          <w:b w:val="0"/>
          <w:color w:val="4E5968"/>
          <w:sz w:val="22"/>
        </w:rPr>
        <w:t>① 송편</w:t>
      </w:r>
    </w:p>
    <w:p>
      <w:pPr>
        <w:ind w:left="320"/>
      </w:pPr>
      <w:r>
        <w:rPr>
          <w:rFonts w:ascii="맑은 고딕" w:hAnsi="맑은 고딕" w:eastAsia="맑은 고딕"/>
          <w:b w:val="0"/>
          <w:color w:val="4E5968"/>
          <w:sz w:val="22"/>
        </w:rPr>
        <w:t>② 계피떡</w:t>
      </w:r>
    </w:p>
    <w:p>
      <w:pPr>
        <w:ind w:left="320"/>
      </w:pPr>
      <w:r>
        <w:rPr>
          <w:rFonts w:ascii="맑은 고딕" w:hAnsi="맑은 고딕" w:eastAsia="맑은 고딕"/>
          <w:b w:val="0"/>
          <w:color w:val="4E5968"/>
          <w:sz w:val="22"/>
        </w:rPr>
        <w:t>③ 가래떡</w:t>
      </w:r>
    </w:p>
    <w:p>
      <w:pPr>
        <w:ind w:left="320"/>
      </w:pPr>
      <w:r>
        <w:rPr>
          <w:rFonts w:ascii="맑은 고딕" w:hAnsi="맑은 고딕" w:eastAsia="맑은 고딕"/>
          <w:b w:val="0"/>
          <w:color w:val="4E5968"/>
          <w:sz w:val="22"/>
        </w:rPr>
        <w:t>④ 수리취떡</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단오에 떡살로 찍어 만든 떡은 무엇인가요?</w:t>
      </w:r>
    </w:p>
    <w:p>
      <w:pPr>
        <w:ind w:left="320"/>
      </w:pPr>
      <w:r>
        <w:rPr>
          <w:rFonts w:ascii="맑은 고딕" w:hAnsi="맑은 고딕" w:eastAsia="맑은 고딕"/>
          <w:b w:val="0"/>
          <w:color w:val="4E5968"/>
          <w:sz w:val="22"/>
        </w:rPr>
        <w:t>① 동그란 송편</w:t>
      </w:r>
    </w:p>
    <w:p>
      <w:pPr>
        <w:ind w:left="320"/>
      </w:pPr>
      <w:r>
        <w:rPr>
          <w:rFonts w:ascii="맑은 고딕" w:hAnsi="맑은 고딕" w:eastAsia="맑은 고딕"/>
          <w:b w:val="0"/>
          <w:color w:val="4E5968"/>
          <w:sz w:val="22"/>
        </w:rPr>
        <w:t>② 기다란 가래떡</w:t>
      </w:r>
    </w:p>
    <w:p>
      <w:pPr>
        <w:ind w:left="320"/>
      </w:pPr>
      <w:r>
        <w:rPr>
          <w:rFonts w:ascii="맑은 고딕" w:hAnsi="맑은 고딕" w:eastAsia="맑은 고딕"/>
          <w:b w:val="0"/>
          <w:color w:val="4E5968"/>
          <w:sz w:val="22"/>
        </w:rPr>
        <w:t>③ 계피떡</w:t>
      </w:r>
    </w:p>
    <w:p>
      <w:pPr>
        <w:ind w:left="320"/>
      </w:pPr>
      <w:r>
        <w:rPr>
          <w:rFonts w:ascii="맑은 고딕" w:hAnsi="맑은 고딕" w:eastAsia="맑은 고딕"/>
          <w:b w:val="0"/>
          <w:color w:val="4E5968"/>
          <w:sz w:val="22"/>
        </w:rPr>
        <w:t>④ 수리취떡</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5. </w:t>
      </w:r>
      <w:r>
        <w:rPr>
          <w:rFonts w:ascii="맑은 고딕" w:hAnsi="맑은 고딕" w:eastAsia="맑은 고딕"/>
          <w:b/>
          <w:color w:val="191F28"/>
          <w:sz w:val="23"/>
        </w:rPr>
        <w:t>추석에 동물들이 빚은 떡은 무엇인가요?</w:t>
      </w:r>
    </w:p>
    <w:p>
      <w:pPr>
        <w:ind w:left="320"/>
      </w:pPr>
      <w:r>
        <w:rPr>
          <w:rFonts w:ascii="맑은 고딕" w:hAnsi="맑은 고딕" w:eastAsia="맑은 고딕"/>
          <w:b w:val="0"/>
          <w:color w:val="4E5968"/>
          <w:sz w:val="22"/>
        </w:rPr>
        <w:t>① 송편</w:t>
      </w:r>
    </w:p>
    <w:p>
      <w:pPr>
        <w:ind w:left="320"/>
      </w:pPr>
      <w:r>
        <w:rPr>
          <w:rFonts w:ascii="맑은 고딕" w:hAnsi="맑은 고딕" w:eastAsia="맑은 고딕"/>
          <w:b w:val="0"/>
          <w:color w:val="4E5968"/>
          <w:sz w:val="22"/>
        </w:rPr>
        <w:t>② 만두</w:t>
      </w:r>
    </w:p>
    <w:p>
      <w:pPr>
        <w:ind w:left="320"/>
      </w:pPr>
      <w:r>
        <w:rPr>
          <w:rFonts w:ascii="맑은 고딕" w:hAnsi="맑은 고딕" w:eastAsia="맑은 고딕"/>
          <w:b w:val="0"/>
          <w:color w:val="4E5968"/>
          <w:sz w:val="22"/>
        </w:rPr>
        <w:t>③ 부침개</w:t>
      </w:r>
    </w:p>
    <w:p>
      <w:pPr>
        <w:ind w:left="320"/>
      </w:pPr>
      <w:r>
        <w:rPr>
          <w:rFonts w:ascii="맑은 고딕" w:hAnsi="맑은 고딕" w:eastAsia="맑은 고딕"/>
          <w:b w:val="0"/>
          <w:color w:val="4E5968"/>
          <w:sz w:val="22"/>
        </w:rPr>
        <w:t>④ 식혜</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남쪽과 북쪽의 송편 모양에 대한 설명으로 알맞은 것은?</w:t>
      </w:r>
    </w:p>
    <w:p>
      <w:pPr>
        <w:ind w:left="320"/>
      </w:pPr>
      <w:r>
        <w:rPr>
          <w:rFonts w:ascii="맑은 고딕" w:hAnsi="맑은 고딕" w:eastAsia="맑은 고딕"/>
          <w:b w:val="0"/>
          <w:color w:val="4E5968"/>
          <w:sz w:val="22"/>
        </w:rPr>
        <w:t>① 완전히 똑같다</w:t>
      </w:r>
    </w:p>
    <w:p>
      <w:pPr>
        <w:ind w:left="320"/>
      </w:pPr>
      <w:r>
        <w:rPr>
          <w:rFonts w:ascii="맑은 고딕" w:hAnsi="맑은 고딕" w:eastAsia="맑은 고딕"/>
          <w:b w:val="0"/>
          <w:color w:val="4E5968"/>
          <w:sz w:val="22"/>
        </w:rPr>
        <w:t>② 모양은 다르지만 다 맛있다</w:t>
      </w:r>
    </w:p>
    <w:p>
      <w:pPr>
        <w:ind w:left="320"/>
      </w:pPr>
      <w:r>
        <w:rPr>
          <w:rFonts w:ascii="맑은 고딕" w:hAnsi="맑은 고딕" w:eastAsia="맑은 고딕"/>
          <w:b w:val="0"/>
          <w:color w:val="4E5968"/>
          <w:sz w:val="22"/>
        </w:rPr>
        <w:t>③ 남쪽 것만 맛있다</w:t>
      </w:r>
    </w:p>
    <w:p>
      <w:pPr>
        <w:ind w:left="320"/>
      </w:pPr>
      <w:r>
        <w:rPr>
          <w:rFonts w:ascii="맑은 고딕" w:hAnsi="맑은 고딕" w:eastAsia="맑은 고딕"/>
          <w:b w:val="0"/>
          <w:color w:val="4E5968"/>
          <w:sz w:val="22"/>
        </w:rPr>
        <w:t>④ 북쪽에만 송편이 있다고 한다</w:t>
      </w:r>
    </w:p>
    <w:p>
      <w:pPr>
        <w:spacing w:before="240"/>
      </w:pPr>
      <w:r>
        <w:rPr>
          <w:rFonts w:ascii="맑은 고딕" w:hAnsi="맑은 고딕" w:eastAsia="맑은 고딕"/>
          <w:b/>
          <w:color w:val="8B95A1"/>
          <w:sz w:val="17"/>
        </w:rPr>
        <w:t xml:space="preserve">  추론 · 마음 읽기  </w:t>
      </w:r>
    </w:p>
    <w:p>
      <w:r>
        <w:rPr>
          <w:rFonts w:ascii="맑은 고딕" w:hAnsi="맑은 고딕" w:eastAsia="맑은 고딕"/>
          <w:b/>
          <w:color w:val="2272EB"/>
          <w:sz w:val="24"/>
        </w:rPr>
        <w:t xml:space="preserve">7. </w:t>
      </w:r>
      <w:r>
        <w:rPr>
          <w:rFonts w:ascii="맑은 고딕" w:hAnsi="맑은 고딕" w:eastAsia="맑은 고딕"/>
          <w:b/>
          <w:color w:val="191F28"/>
          <w:sz w:val="23"/>
        </w:rPr>
        <w:t>보름달 아래에서 아기 다람쥐가 빈 소원은 무엇인가요?</w:t>
      </w:r>
    </w:p>
    <w:p>
      <w:pPr>
        <w:ind w:left="320"/>
      </w:pPr>
      <w:r>
        <w:rPr>
          <w:rFonts w:ascii="맑은 고딕" w:hAnsi="맑은 고딕" w:eastAsia="맑은 고딕"/>
          <w:b w:val="0"/>
          <w:color w:val="4E5968"/>
          <w:sz w:val="22"/>
        </w:rPr>
        <w:t>① 부자가 되게 해 주세요</w:t>
      </w:r>
    </w:p>
    <w:p>
      <w:pPr>
        <w:ind w:left="320"/>
      </w:pPr>
      <w:r>
        <w:rPr>
          <w:rFonts w:ascii="맑은 고딕" w:hAnsi="맑은 고딕" w:eastAsia="맑은 고딕"/>
          <w:b w:val="0"/>
          <w:color w:val="4E5968"/>
          <w:sz w:val="22"/>
        </w:rPr>
        <w:t>② 떡을 많이 먹게 해 주세요</w:t>
      </w:r>
    </w:p>
    <w:p>
      <w:pPr>
        <w:ind w:left="320"/>
      </w:pPr>
      <w:r>
        <w:rPr>
          <w:rFonts w:ascii="맑은 고딕" w:hAnsi="맑은 고딕" w:eastAsia="맑은 고딕"/>
          <w:b w:val="0"/>
          <w:color w:val="4E5968"/>
          <w:sz w:val="22"/>
        </w:rPr>
        <w:t>③ 모두 같이 살게 해 주세요</w:t>
      </w:r>
    </w:p>
    <w:p>
      <w:pPr>
        <w:ind w:left="320"/>
      </w:pPr>
      <w:r>
        <w:rPr>
          <w:rFonts w:ascii="맑은 고딕" w:hAnsi="맑은 고딕" w:eastAsia="맑은 고딕"/>
          <w:b w:val="0"/>
          <w:color w:val="4E5968"/>
          <w:sz w:val="22"/>
        </w:rPr>
        <w:t>④ 키가 아주 많이 크게 해 주세요</w:t>
      </w:r>
    </w:p>
    <w:p>
      <w:pPr>
        <w:spacing w:before="240"/>
      </w:pPr>
      <w:r>
        <w:rPr>
          <w:rFonts w:ascii="맑은 고딕" w:hAnsi="맑은 고딕" w:eastAsia="맑은 고딕"/>
          <w:b/>
          <w:color w:val="8B95A1"/>
          <w:sz w:val="17"/>
        </w:rPr>
        <w:t xml:space="preserve">  바르게 생각하기  </w:t>
      </w:r>
    </w:p>
    <w:p>
      <w:r>
        <w:rPr>
          <w:rFonts w:ascii="맑은 고딕" w:hAnsi="맑은 고딕" w:eastAsia="맑은 고딕"/>
          <w:b/>
          <w:color w:val="2272EB"/>
          <w:sz w:val="24"/>
        </w:rPr>
        <w:t xml:space="preserve">8. </w:t>
      </w:r>
      <w:r>
        <w:rPr>
          <w:rFonts w:ascii="맑은 고딕" w:hAnsi="맑은 고딕" w:eastAsia="맑은 고딕"/>
          <w:b/>
          <w:color w:val="191F28"/>
          <w:sz w:val="23"/>
        </w:rPr>
        <w:t>이 이야기가 바라는 것은 무엇인가요?</w:t>
      </w:r>
    </w:p>
    <w:p>
      <w:pPr>
        <w:ind w:left="320"/>
      </w:pPr>
      <w:r>
        <w:rPr>
          <w:rFonts w:ascii="맑은 고딕" w:hAnsi="맑은 고딕" w:eastAsia="맑은 고딕"/>
          <w:b w:val="0"/>
          <w:color w:val="4E5968"/>
          <w:sz w:val="22"/>
        </w:rPr>
        <w:t>① 여러 가지 떡을 아주 많이 만들기</w:t>
      </w:r>
    </w:p>
    <w:p>
      <w:pPr>
        <w:ind w:left="320"/>
      </w:pPr>
      <w:r>
        <w:rPr>
          <w:rFonts w:ascii="맑은 고딕" w:hAnsi="맑은 고딕" w:eastAsia="맑은 고딕"/>
          <w:b w:val="0"/>
          <w:color w:val="4E5968"/>
          <w:sz w:val="22"/>
        </w:rPr>
        <w:t>② 동물을 키우기</w:t>
      </w:r>
    </w:p>
    <w:p>
      <w:pPr>
        <w:ind w:left="320"/>
      </w:pPr>
      <w:r>
        <w:rPr>
          <w:rFonts w:ascii="맑은 고딕" w:hAnsi="맑은 고딕" w:eastAsia="맑은 고딕"/>
          <w:b w:val="0"/>
          <w:color w:val="4E5968"/>
          <w:sz w:val="22"/>
        </w:rPr>
        <w:t>③ 숲을 가꾸기</w:t>
      </w:r>
    </w:p>
    <w:p>
      <w:pPr>
        <w:ind w:left="320"/>
      </w:pPr>
      <w:r>
        <w:rPr>
          <w:rFonts w:ascii="맑은 고딕" w:hAnsi="맑은 고딕" w:eastAsia="맑은 고딕"/>
          <w:b w:val="0"/>
          <w:color w:val="4E5968"/>
          <w:sz w:val="22"/>
        </w:rPr>
        <w:t>④ 남북이 화합하는 평화 통일</w:t>
      </w:r>
    </w:p>
    <w:p>
      <w:pPr>
        <w:spacing w:before="240"/>
      </w:pPr>
      <w:r>
        <w:rPr>
          <w:rFonts w:ascii="맑은 고딕" w:hAnsi="맑은 고딕" w:eastAsia="맑은 고딕"/>
          <w:b/>
          <w:color w:val="8B95A1"/>
          <w:sz w:val="17"/>
        </w:rPr>
        <w:t xml:space="preserve">  알맞게 줄 긋기  </w:t>
      </w:r>
    </w:p>
    <w:p>
      <w:r>
        <w:rPr>
          <w:rFonts w:ascii="맑은 고딕" w:hAnsi="맑은 고딕" w:eastAsia="맑은 고딕"/>
          <w:b/>
          <w:color w:val="2272EB"/>
          <w:sz w:val="24"/>
        </w:rPr>
        <w:t xml:space="preserve">9. </w:t>
      </w:r>
      <w:r>
        <w:rPr>
          <w:rFonts w:ascii="맑은 고딕" w:hAnsi="맑은 고딕" w:eastAsia="맑은 고딕"/>
          <w:b/>
          <w:color w:val="191F28"/>
          <w:sz w:val="23"/>
        </w:rPr>
        <w:t>알맞은 것끼리 연결해 보세요.</w:t>
      </w:r>
    </w:p>
    <w:p>
      <w:pPr>
        <w:ind w:left="320"/>
      </w:pPr>
      <w:r>
        <w:rPr>
          <w:rFonts w:ascii="맑은 고딕" w:hAnsi="맑은 고딕" w:eastAsia="맑은 고딕"/>
          <w:b w:val="0"/>
          <w:color w:val="333D4B"/>
          <w:sz w:val="22"/>
        </w:rPr>
        <w:t>가래떡  ·          ·  남쪽의 설 떡</w:t>
      </w:r>
    </w:p>
    <w:p>
      <w:pPr>
        <w:ind w:left="320"/>
      </w:pPr>
      <w:r>
        <w:rPr>
          <w:rFonts w:ascii="맑은 고딕" w:hAnsi="맑은 고딕" w:eastAsia="맑은 고딕"/>
          <w:b w:val="0"/>
          <w:color w:val="333D4B"/>
          <w:sz w:val="22"/>
        </w:rPr>
        <w:t>수리취떡  ·          ·  단오의 떡</w:t>
      </w:r>
    </w:p>
    <w:p>
      <w:pPr>
        <w:ind w:left="320"/>
      </w:pPr>
      <w:r>
        <w:rPr>
          <w:rFonts w:ascii="맑은 고딕" w:hAnsi="맑은 고딕" w:eastAsia="맑은 고딕"/>
          <w:b w:val="0"/>
          <w:color w:val="333D4B"/>
          <w:sz w:val="22"/>
        </w:rPr>
        <w:t>송편  ·          ·  추석의 떡</w:t>
      </w:r>
    </w:p>
    <w:p>
      <w:pPr>
        <w:spacing w:before="240"/>
      </w:pPr>
      <w:r>
        <w:rPr>
          <w:rFonts w:ascii="맑은 고딕" w:hAnsi="맑은 고딕" w:eastAsia="맑은 고딕"/>
          <w:b/>
          <w:color w:val="8B95A1"/>
          <w:sz w:val="17"/>
        </w:rPr>
        <w:t xml:space="preserve">  생각하고 쓰기  </w:t>
      </w:r>
    </w:p>
    <w:p>
      <w:r>
        <w:rPr>
          <w:rFonts w:ascii="맑은 고딕" w:hAnsi="맑은 고딕" w:eastAsia="맑은 고딕"/>
          <w:b/>
          <w:color w:val="2272EB"/>
          <w:sz w:val="24"/>
        </w:rPr>
        <w:t xml:space="preserve">10. </w:t>
      </w:r>
      <w:r>
        <w:rPr>
          <w:rFonts w:ascii="맑은 고딕" w:hAnsi="맑은 고딕" w:eastAsia="맑은 고딕"/>
          <w:b/>
          <w:color w:val="191F28"/>
          <w:sz w:val="23"/>
        </w:rPr>
        <w:t>통일이 되면 북한 친구와 함께 하고 싶은 일을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중학년용] </w:t>
      </w:r>
    </w:p>
    <w:p>
      <w:r>
        <w:rPr>
          <w:rFonts w:ascii="맑은 고딕" w:hAnsi="맑은 고딕" w:eastAsia="맑은 고딕"/>
          <w:b/>
          <w:color w:val="191F28"/>
          <w:sz w:val="36"/>
        </w:rPr>
        <w:t>다름을 넘어 하나로</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남과 북 사이의 '사이 큰 숲'에 떡을 좋아하는 동물들이 모여, 설의 쑥떡·가래떡, 단오의 수리취떡, 추석의 송편을 함께 빚어 나눠 먹는다. 모습과 말투가 달라도 한데 어우러져 떡을 빚듯, 남북이 화합하며 평화 통일로 나아가기를 바라는 소망을 따뜻한 노래와 함께 전하는 통일 그림동화.</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1. </w:t>
      </w:r>
      <w:r>
        <w:rPr>
          <w:rFonts w:ascii="맑은 고딕" w:hAnsi="맑은 고딕" w:eastAsia="맑은 고딕"/>
          <w:b/>
          <w:color w:val="191F28"/>
          <w:sz w:val="23"/>
        </w:rPr>
        <w:t>동물들이 '사이 큰 숲'에 모인 까닭은?</w:t>
      </w:r>
    </w:p>
    <w:p>
      <w:pPr>
        <w:ind w:left="320"/>
      </w:pPr>
      <w:r>
        <w:rPr>
          <w:rFonts w:ascii="맑은 고딕" w:hAnsi="맑은 고딕" w:eastAsia="맑은 고딕"/>
          <w:b w:val="0"/>
          <w:color w:val="4E5968"/>
          <w:sz w:val="22"/>
        </w:rPr>
        <w:t>① 함께 떡을 빚어 먹으려고</w:t>
      </w:r>
    </w:p>
    <w:p>
      <w:pPr>
        <w:ind w:left="320"/>
      </w:pPr>
      <w:r>
        <w:rPr>
          <w:rFonts w:ascii="맑은 고딕" w:hAnsi="맑은 고딕" w:eastAsia="맑은 고딕"/>
          <w:b w:val="0"/>
          <w:color w:val="4E5968"/>
          <w:sz w:val="22"/>
        </w:rPr>
        <w:t>② 운동을 하려고</w:t>
      </w:r>
    </w:p>
    <w:p>
      <w:pPr>
        <w:ind w:left="320"/>
      </w:pPr>
      <w:r>
        <w:rPr>
          <w:rFonts w:ascii="맑은 고딕" w:hAnsi="맑은 고딕" w:eastAsia="맑은 고딕"/>
          <w:b w:val="0"/>
          <w:color w:val="4E5968"/>
          <w:sz w:val="22"/>
        </w:rPr>
        <w:t>③ 잠을 자려고</w:t>
      </w:r>
    </w:p>
    <w:p>
      <w:pPr>
        <w:ind w:left="320"/>
      </w:pPr>
      <w:r>
        <w:rPr>
          <w:rFonts w:ascii="맑은 고딕" w:hAnsi="맑은 고딕" w:eastAsia="맑은 고딕"/>
          <w:b w:val="0"/>
          <w:color w:val="4E5968"/>
          <w:sz w:val="22"/>
        </w:rPr>
        <w:t>④ 그냥 넓고 깊은 숲을 구경하려고</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설 명절에 남과 북이 먹는 떡으로 알맞은 것은?</w:t>
      </w:r>
    </w:p>
    <w:p>
      <w:pPr>
        <w:ind w:left="320"/>
      </w:pPr>
      <w:r>
        <w:rPr>
          <w:rFonts w:ascii="맑은 고딕" w:hAnsi="맑은 고딕" w:eastAsia="맑은 고딕"/>
          <w:b w:val="0"/>
          <w:color w:val="4E5968"/>
          <w:sz w:val="22"/>
        </w:rPr>
        <w:t>① 남쪽과 북쪽 모두 똑같이 송편만 먹는다</w:t>
      </w:r>
    </w:p>
    <w:p>
      <w:pPr>
        <w:ind w:left="320"/>
      </w:pPr>
      <w:r>
        <w:rPr>
          <w:rFonts w:ascii="맑은 고딕" w:hAnsi="맑은 고딕" w:eastAsia="맑은 고딕"/>
          <w:b w:val="0"/>
          <w:color w:val="4E5968"/>
          <w:sz w:val="22"/>
        </w:rPr>
        <w:t>② 남쪽은 가래떡, 북쪽은 계피떡</w:t>
      </w:r>
    </w:p>
    <w:p>
      <w:pPr>
        <w:ind w:left="320"/>
      </w:pPr>
      <w:r>
        <w:rPr>
          <w:rFonts w:ascii="맑은 고딕" w:hAnsi="맑은 고딕" w:eastAsia="맑은 고딕"/>
          <w:b w:val="0"/>
          <w:color w:val="4E5968"/>
          <w:sz w:val="22"/>
        </w:rPr>
        <w:t>③ 둘 다 빵만 먹는다</w:t>
      </w:r>
    </w:p>
    <w:p>
      <w:pPr>
        <w:ind w:left="320"/>
      </w:pPr>
      <w:r>
        <w:rPr>
          <w:rFonts w:ascii="맑은 고딕" w:hAnsi="맑은 고딕" w:eastAsia="맑은 고딕"/>
          <w:b w:val="0"/>
          <w:color w:val="4E5968"/>
          <w:sz w:val="22"/>
        </w:rPr>
        <w:t>④ 아무 떡도 안 먹는다</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동물들이 떡을 나눈 방식으로 알맞은 것은?</w:t>
      </w:r>
    </w:p>
    <w:p>
      <w:pPr>
        <w:ind w:left="320"/>
      </w:pPr>
      <w:r>
        <w:rPr>
          <w:rFonts w:ascii="맑은 고딕" w:hAnsi="맑은 고딕" w:eastAsia="맑은 고딕"/>
          <w:b w:val="0"/>
          <w:color w:val="4E5968"/>
          <w:sz w:val="22"/>
        </w:rPr>
        <w:t>① 힘센 동물이 다 가짐</w:t>
      </w:r>
    </w:p>
    <w:p>
      <w:pPr>
        <w:ind w:left="320"/>
      </w:pPr>
      <w:r>
        <w:rPr>
          <w:rFonts w:ascii="맑은 고딕" w:hAnsi="맑은 고딕" w:eastAsia="맑은 고딕"/>
          <w:b w:val="0"/>
          <w:color w:val="4E5968"/>
          <w:sz w:val="22"/>
        </w:rPr>
        <w:t>② 똑같이 한 개씩만 가짐</w:t>
      </w:r>
    </w:p>
    <w:p>
      <w:pPr>
        <w:ind w:left="320"/>
      </w:pPr>
      <w:r>
        <w:rPr>
          <w:rFonts w:ascii="맑은 고딕" w:hAnsi="맑은 고딕" w:eastAsia="맑은 고딕"/>
          <w:b w:val="0"/>
          <w:color w:val="4E5968"/>
          <w:sz w:val="22"/>
        </w:rPr>
        <w:t>③ 저마다의 특징에 맞게 나눠 가짐</w:t>
      </w:r>
    </w:p>
    <w:p>
      <w:pPr>
        <w:ind w:left="320"/>
      </w:pPr>
      <w:r>
        <w:rPr>
          <w:rFonts w:ascii="맑은 고딕" w:hAnsi="맑은 고딕" w:eastAsia="맑은 고딕"/>
          <w:b w:val="0"/>
          <w:color w:val="4E5968"/>
          <w:sz w:val="22"/>
        </w:rPr>
        <w:t>④ 가장 먼저 도착한 동물이 모두 가짐</w:t>
      </w:r>
    </w:p>
    <w:p>
      <w:pPr>
        <w:spacing w:before="240"/>
      </w:pPr>
      <w:r>
        <w:rPr>
          <w:rFonts w:ascii="맑은 고딕" w:hAnsi="맑은 고딕" w:eastAsia="맑은 고딕"/>
          <w:b/>
          <w:color w:val="8B95A1"/>
          <w:sz w:val="17"/>
        </w:rPr>
        <w:t xml:space="preserve">  해석 · 의미 파악  </w:t>
      </w:r>
    </w:p>
    <w:p>
      <w:r>
        <w:rPr>
          <w:rFonts w:ascii="맑은 고딕" w:hAnsi="맑은 고딕" w:eastAsia="맑은 고딕"/>
          <w:b/>
          <w:color w:val="2272EB"/>
          <w:sz w:val="24"/>
        </w:rPr>
        <w:t xml:space="preserve">4. </w:t>
      </w:r>
      <w:r>
        <w:rPr>
          <w:rFonts w:ascii="맑은 고딕" w:hAnsi="맑은 고딕" w:eastAsia="맑은 고딕"/>
          <w:b/>
          <w:color w:val="191F28"/>
          <w:sz w:val="23"/>
        </w:rPr>
        <w:t>남과 북의 송편 모양에 대한 설명으로 알맞은 것은?</w:t>
      </w:r>
    </w:p>
    <w:p>
      <w:pPr>
        <w:ind w:left="320"/>
      </w:pPr>
      <w:r>
        <w:rPr>
          <w:rFonts w:ascii="맑은 고딕" w:hAnsi="맑은 고딕" w:eastAsia="맑은 고딕"/>
          <w:b w:val="0"/>
          <w:color w:val="4E5968"/>
          <w:sz w:val="22"/>
        </w:rPr>
        <w:t>① 모양이 똑같다</w:t>
      </w:r>
    </w:p>
    <w:p>
      <w:pPr>
        <w:ind w:left="320"/>
      </w:pPr>
      <w:r>
        <w:rPr>
          <w:rFonts w:ascii="맑은 고딕" w:hAnsi="맑은 고딕" w:eastAsia="맑은 고딕"/>
          <w:b w:val="0"/>
          <w:color w:val="4E5968"/>
          <w:sz w:val="22"/>
        </w:rPr>
        <w:t>② 북쪽 송편만 유난히 더 크다고 함</w:t>
      </w:r>
    </w:p>
    <w:p>
      <w:pPr>
        <w:ind w:left="320"/>
      </w:pPr>
      <w:r>
        <w:rPr>
          <w:rFonts w:ascii="맑은 고딕" w:hAnsi="맑은 고딕" w:eastAsia="맑은 고딕"/>
          <w:b w:val="0"/>
          <w:color w:val="4E5968"/>
          <w:sz w:val="22"/>
        </w:rPr>
        <w:t>③ 남쪽 송편만 맛있다</w:t>
      </w:r>
    </w:p>
    <w:p>
      <w:pPr>
        <w:ind w:left="320"/>
      </w:pPr>
      <w:r>
        <w:rPr>
          <w:rFonts w:ascii="맑은 고딕" w:hAnsi="맑은 고딕" w:eastAsia="맑은 고딕"/>
          <w:b w:val="0"/>
          <w:color w:val="4E5968"/>
          <w:sz w:val="22"/>
        </w:rPr>
        <w:t>④ 모양은 달라도 다 맛있다</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동물들이 떡을 만든 순서대로 기호를 써 보세요.</w:t>
      </w:r>
    </w:p>
    <w:p>
      <w:pPr>
        <w:ind w:left="320"/>
      </w:pPr>
      <w:r>
        <w:rPr>
          <w:rFonts w:ascii="맑은 고딕" w:hAnsi="맑은 고딕" w:eastAsia="맑은 고딕"/>
          <w:b w:val="0"/>
          <w:color w:val="333D4B"/>
          <w:sz w:val="22"/>
        </w:rPr>
        <w:t>ㄱ. 단오에 수리취떡을 만든다.</w:t>
      </w:r>
    </w:p>
    <w:p>
      <w:pPr>
        <w:ind w:left="320"/>
      </w:pPr>
      <w:r>
        <w:rPr>
          <w:rFonts w:ascii="맑은 고딕" w:hAnsi="맑은 고딕" w:eastAsia="맑은 고딕"/>
          <w:b w:val="0"/>
          <w:color w:val="333D4B"/>
          <w:sz w:val="22"/>
        </w:rPr>
        <w:t>ㄴ. 설에 쑥떡·계피떡을 만든다.</w:t>
      </w:r>
    </w:p>
    <w:p>
      <w:pPr>
        <w:ind w:left="320"/>
      </w:pPr>
      <w:r>
        <w:rPr>
          <w:rFonts w:ascii="맑은 고딕" w:hAnsi="맑은 고딕" w:eastAsia="맑은 고딕"/>
          <w:b w:val="0"/>
          <w:color w:val="333D4B"/>
          <w:sz w:val="22"/>
        </w:rPr>
        <w:t>ㄷ. 통일되면 함께 먹자 약속한다.</w:t>
      </w:r>
    </w:p>
    <w:p>
      <w:pPr>
        <w:ind w:left="320"/>
      </w:pPr>
      <w:r>
        <w:rPr>
          <w:rFonts w:ascii="맑은 고딕" w:hAnsi="맑은 고딕" w:eastAsia="맑은 고딕"/>
          <w:b w:val="0"/>
          <w:color w:val="333D4B"/>
          <w:sz w:val="22"/>
        </w:rPr>
        <w:t>ㄹ. 추석에 송편을 빚는다.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똘똘한 부엉이가 한 말로 알맞은 것은?</w:t>
      </w:r>
    </w:p>
    <w:p>
      <w:pPr>
        <w:ind w:left="320"/>
      </w:pPr>
      <w:r>
        <w:rPr>
          <w:rFonts w:ascii="맑은 고딕" w:hAnsi="맑은 고딕" w:eastAsia="맑은 고딕"/>
          <w:b w:val="0"/>
          <w:color w:val="4E5968"/>
          <w:sz w:val="22"/>
        </w:rPr>
        <w:t>① 떡이 모자라다</w:t>
      </w:r>
    </w:p>
    <w:p>
      <w:pPr>
        <w:ind w:left="320"/>
      </w:pPr>
      <w:r>
        <w:rPr>
          <w:rFonts w:ascii="맑은 고딕" w:hAnsi="맑은 고딕" w:eastAsia="맑은 고딕"/>
          <w:b w:val="0"/>
          <w:color w:val="4E5968"/>
          <w:sz w:val="22"/>
        </w:rPr>
        <w:t>② 곧 통일이 될 거야</w:t>
      </w:r>
    </w:p>
    <w:p>
      <w:pPr>
        <w:ind w:left="320"/>
      </w:pPr>
      <w:r>
        <w:rPr>
          <w:rFonts w:ascii="맑은 고딕" w:hAnsi="맑은 고딕" w:eastAsia="맑은 고딕"/>
          <w:b w:val="0"/>
          <w:color w:val="4E5968"/>
          <w:sz w:val="22"/>
        </w:rPr>
        <w:t>③ 비가 올 거야</w:t>
      </w:r>
    </w:p>
    <w:p>
      <w:pPr>
        <w:ind w:left="320"/>
      </w:pPr>
      <w:r>
        <w:rPr>
          <w:rFonts w:ascii="맑은 고딕" w:hAnsi="맑은 고딕" w:eastAsia="맑은 고딕"/>
          <w:b w:val="0"/>
          <w:color w:val="4E5968"/>
          <w:sz w:val="22"/>
        </w:rPr>
        <w:t>④ 추운 겨울이 곧 올 거야</w:t>
      </w:r>
    </w:p>
    <w:p>
      <w:pPr>
        <w:spacing w:before="240"/>
      </w:pPr>
      <w:r>
        <w:rPr>
          <w:rFonts w:ascii="맑은 고딕" w:hAnsi="맑은 고딕" w:eastAsia="맑은 고딕"/>
          <w:b/>
          <w:color w:val="8B95A1"/>
          <w:sz w:val="17"/>
        </w:rPr>
        <w:t xml:space="preserve">  해석 · 의미 파악  </w:t>
      </w:r>
    </w:p>
    <w:p>
      <w:r>
        <w:rPr>
          <w:rFonts w:ascii="맑은 고딕" w:hAnsi="맑은 고딕" w:eastAsia="맑은 고딕"/>
          <w:b/>
          <w:color w:val="2272EB"/>
          <w:sz w:val="24"/>
        </w:rPr>
        <w:t xml:space="preserve">7. </w:t>
      </w:r>
      <w:r>
        <w:rPr>
          <w:rFonts w:ascii="맑은 고딕" w:hAnsi="맑은 고딕" w:eastAsia="맑은 고딕"/>
          <w:b/>
          <w:color w:val="191F28"/>
          <w:sz w:val="23"/>
        </w:rPr>
        <w:t>모습·말투가 달라도 함께 떡을 빚는 동물들이 상징하는 것은?</w:t>
      </w:r>
    </w:p>
    <w:p>
      <w:pPr>
        <w:ind w:left="320"/>
      </w:pPr>
      <w:r>
        <w:rPr>
          <w:rFonts w:ascii="맑은 고딕" w:hAnsi="맑은 고딕" w:eastAsia="맑은 고딕"/>
          <w:b w:val="0"/>
          <w:color w:val="4E5968"/>
          <w:sz w:val="22"/>
        </w:rPr>
        <w:t>① 동물의 우정</w:t>
      </w:r>
    </w:p>
    <w:p>
      <w:pPr>
        <w:ind w:left="320"/>
      </w:pPr>
      <w:r>
        <w:rPr>
          <w:rFonts w:ascii="맑은 고딕" w:hAnsi="맑은 고딕" w:eastAsia="맑은 고딕"/>
          <w:b w:val="0"/>
          <w:color w:val="4E5968"/>
          <w:sz w:val="22"/>
        </w:rPr>
        <w:t>② 떡의 종류</w:t>
      </w:r>
    </w:p>
    <w:p>
      <w:pPr>
        <w:ind w:left="320"/>
      </w:pPr>
      <w:r>
        <w:rPr>
          <w:rFonts w:ascii="맑은 고딕" w:hAnsi="맑은 고딕" w:eastAsia="맑은 고딕"/>
          <w:b w:val="0"/>
          <w:color w:val="4E5968"/>
          <w:sz w:val="22"/>
        </w:rPr>
        <w:t>③ 남북의 화합</w:t>
      </w:r>
    </w:p>
    <w:p>
      <w:pPr>
        <w:ind w:left="320"/>
      </w:pPr>
      <w:r>
        <w:rPr>
          <w:rFonts w:ascii="맑은 고딕" w:hAnsi="맑은 고딕" w:eastAsia="맑은 고딕"/>
          <w:b w:val="0"/>
          <w:color w:val="4E5968"/>
          <w:sz w:val="22"/>
        </w:rPr>
        <w:t>④ 숲을 깨끗이 지키는 일</w:t>
      </w:r>
    </w:p>
    <w:p>
      <w:pPr>
        <w:spacing w:before="240"/>
      </w:pPr>
      <w:r>
        <w:rPr>
          <w:rFonts w:ascii="맑은 고딕" w:hAnsi="맑은 고딕" w:eastAsia="맑은 고딕"/>
          <w:b/>
          <w:color w:val="8B95A1"/>
          <w:sz w:val="17"/>
        </w:rPr>
        <w:t xml:space="preserve">  종합 · 주제 파악  </w:t>
      </w:r>
    </w:p>
    <w:p>
      <w:r>
        <w:rPr>
          <w:rFonts w:ascii="맑은 고딕" w:hAnsi="맑은 고딕" w:eastAsia="맑은 고딕"/>
          <w:b/>
          <w:color w:val="2272EB"/>
          <w:sz w:val="24"/>
        </w:rPr>
        <w:t xml:space="preserve">8. </w:t>
      </w:r>
      <w:r>
        <w:rPr>
          <w:rFonts w:ascii="맑은 고딕" w:hAnsi="맑은 고딕" w:eastAsia="맑은 고딕"/>
          <w:b/>
          <w:color w:val="191F28"/>
          <w:sz w:val="23"/>
        </w:rPr>
        <w:t>이 이야기가 전하려는 것으로 가장 알맞은 것은?</w:t>
      </w:r>
    </w:p>
    <w:p>
      <w:pPr>
        <w:ind w:left="320"/>
      </w:pPr>
      <w:r>
        <w:rPr>
          <w:rFonts w:ascii="맑은 고딕" w:hAnsi="맑은 고딕" w:eastAsia="맑은 고딕"/>
          <w:b w:val="0"/>
          <w:color w:val="4E5968"/>
          <w:sz w:val="22"/>
        </w:rPr>
        <w:t>① 평화 통일의 소망</w:t>
      </w:r>
    </w:p>
    <w:p>
      <w:pPr>
        <w:ind w:left="320"/>
      </w:pPr>
      <w:r>
        <w:rPr>
          <w:rFonts w:ascii="맑은 고딕" w:hAnsi="맑은 고딕" w:eastAsia="맑은 고딕"/>
          <w:b w:val="0"/>
          <w:color w:val="4E5968"/>
          <w:sz w:val="22"/>
        </w:rPr>
        <w:t>② 떡 만들기는 어렵다는 것</w:t>
      </w:r>
    </w:p>
    <w:p>
      <w:pPr>
        <w:ind w:left="320"/>
      </w:pPr>
      <w:r>
        <w:rPr>
          <w:rFonts w:ascii="맑은 고딕" w:hAnsi="맑은 고딕" w:eastAsia="맑은 고딕"/>
          <w:b w:val="0"/>
          <w:color w:val="4E5968"/>
          <w:sz w:val="22"/>
        </w:rPr>
        <w:t>③ 동물은 떡을 좋아한다는 것</w:t>
      </w:r>
    </w:p>
    <w:p>
      <w:pPr>
        <w:ind w:left="320"/>
      </w:pPr>
      <w:r>
        <w:rPr>
          <w:rFonts w:ascii="맑은 고딕" w:hAnsi="맑은 고딕" w:eastAsia="맑은 고딕"/>
          <w:b w:val="0"/>
          <w:color w:val="4E5968"/>
          <w:sz w:val="22"/>
        </w:rPr>
        <w:t>④ 떡은 남쪽 것이 더 맛있다는 것</w:t>
      </w:r>
    </w:p>
    <w:p>
      <w:pPr>
        <w:spacing w:before="240"/>
      </w:pPr>
      <w:r>
        <w:rPr>
          <w:rFonts w:ascii="맑은 고딕" w:hAnsi="맑은 고딕" w:eastAsia="맑은 고딕"/>
          <w:b/>
          <w:color w:val="8B95A1"/>
          <w:sz w:val="17"/>
        </w:rPr>
        <w:t xml:space="preserve">  생각 쓰기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서로 다른 남과 북의 문화가 어우러진 모습에서 느낀 점을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적용하기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평화 통일을 위해 우리가 할 수 있는 일을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191F28"/>
          <w:sz w:val="32"/>
        </w:rPr>
        <w:t>정답 및 해설 · 교사용</w:t>
      </w:r>
    </w:p>
    <w:p>
      <w:pPr>
        <w:spacing w:before="160"/>
      </w:pPr>
      <w:r>
        <w:rPr>
          <w:rFonts w:ascii="맑은 고딕" w:hAnsi="맑은 고딕" w:eastAsia="맑은 고딕"/>
          <w:b/>
          <w:color w:val="2272EB"/>
          <w:sz w:val="26"/>
        </w:rPr>
        <w:t>[저학년] 함께 빚는 우리 떡</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사이 큰 숲</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떡</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가래떡</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수리취떡</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① 송편</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모양은 다르지만 다 맛있다</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③ 모두 같이 살게 해 주세요</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④ 남북이 화합하는 평화 통일</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가래떡-설 떡 / 수리취떡-단오 떡 / 송편-추석 떡</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함께 떡을 만들어 나눠 먹고, 손잡고 강강술래를 하며 신나게 놀고 싶다. · (평가) 통일과 관련해 하고 싶은 일을 자기 말로 적었는지 봐 주세요.</w:t>
      </w:r>
    </w:p>
    <w:p>
      <w:r>
        <w:br w:type="page"/>
      </w:r>
    </w:p>
    <w:p>
      <w:pPr>
        <w:spacing w:before="160"/>
      </w:pPr>
      <w:r>
        <w:rPr>
          <w:rFonts w:ascii="맑은 고딕" w:hAnsi="맑은 고딕" w:eastAsia="맑은 고딕"/>
          <w:b/>
          <w:color w:val="2272EB"/>
          <w:sz w:val="26"/>
        </w:rPr>
        <w:t>[중학년] 다름을 넘어 하나로</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함께 떡을 빚어 먹으려고</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남쪽은 가래떡, 북쪽은 계피떡</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저마다의 특징에 맞게 나눠 가짐</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모양은 달라도 다 맛있다</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ㄹ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곧 통일이 될 거야</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③ 남북의 화합</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① 평화 통일의 소망</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떡 이름과 모양이 달라도 함께 빚으니 더 풍성하고 정겨웠다. 다름이 어우러지면 더 좋을 수 있다는 것을 느꼈다. · (평가) 다름이 어우러진 점에 대한 생각을 적었는지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북한을 미워하지 않고 바르게 이해하며, 통일의 좋은 점에 관심을 갖고, 평화를 바라는 마음을 가진다. · (평가) 통일을 위한 실천을 구체적으로 적었는지 봐 주세요.</w:t>
      </w:r>
    </w:p>
    <w:sectPr w:rsidR="00FC693F" w:rsidRPr="0006063C" w:rsidSect="00034616">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