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저학년용] </w:t>
      </w:r>
    </w:p>
    <w:p>
      <w:r>
        <w:rPr>
          <w:rFonts w:ascii="맑은 고딕" w:hAnsi="맑은 고딕" w:eastAsia="맑은 고딕"/>
          <w:b/>
          <w:color w:val="191F28"/>
          <w:sz w:val="36"/>
        </w:rPr>
        <w:t>독도는 우리 땅</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1. </w:t>
      </w:r>
      <w:r>
        <w:rPr>
          <w:rFonts w:ascii="맑은 고딕" w:hAnsi="맑은 고딕" w:eastAsia="맑은 고딕"/>
          <w:b/>
          <w:color w:val="191F28"/>
          <w:sz w:val="23"/>
        </w:rPr>
        <w:t>악당 마법사가 차지하려고 한 우리 땅은 어디인가요?</w:t>
      </w:r>
    </w:p>
    <w:p>
      <w:pPr>
        <w:ind w:left="320"/>
      </w:pPr>
      <w:r>
        <w:rPr>
          <w:rFonts w:ascii="맑은 고딕" w:hAnsi="맑은 고딕" w:eastAsia="맑은 고딕"/>
          <w:b w:val="0"/>
          <w:color w:val="4E5968"/>
          <w:sz w:val="22"/>
        </w:rPr>
        <w:t>① 독도</w:t>
      </w:r>
    </w:p>
    <w:p>
      <w:pPr>
        <w:ind w:left="320"/>
      </w:pPr>
      <w:r>
        <w:rPr>
          <w:rFonts w:ascii="맑은 고딕" w:hAnsi="맑은 고딕" w:eastAsia="맑은 고딕"/>
          <w:b w:val="0"/>
          <w:color w:val="4E5968"/>
          <w:sz w:val="22"/>
        </w:rPr>
        <w:t>② 한라산</w:t>
      </w:r>
    </w:p>
    <w:p>
      <w:pPr>
        <w:ind w:left="320"/>
      </w:pPr>
      <w:r>
        <w:rPr>
          <w:rFonts w:ascii="맑은 고딕" w:hAnsi="맑은 고딕" w:eastAsia="맑은 고딕"/>
          <w:b w:val="0"/>
          <w:color w:val="4E5968"/>
          <w:sz w:val="22"/>
        </w:rPr>
        <w:t>③ 제주도</w:t>
      </w:r>
    </w:p>
    <w:p>
      <w:pPr>
        <w:ind w:left="320"/>
      </w:pPr>
      <w:r>
        <w:rPr>
          <w:rFonts w:ascii="맑은 고딕" w:hAnsi="맑은 고딕" w:eastAsia="맑은 고딕"/>
          <w:b w:val="0"/>
          <w:color w:val="4E5968"/>
          <w:sz w:val="22"/>
        </w:rPr>
        <w:t>④ 울릉도</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일본이 독도를 자기 멋대로 부르는 다른 이름은 무엇인가요?</w:t>
      </w:r>
    </w:p>
    <w:p>
      <w:pPr>
        <w:ind w:left="320"/>
      </w:pPr>
      <w:r>
        <w:rPr>
          <w:rFonts w:ascii="맑은 고딕" w:hAnsi="맑은 고딕" w:eastAsia="맑은 고딕"/>
          <w:b w:val="0"/>
          <w:color w:val="4E5968"/>
          <w:sz w:val="22"/>
        </w:rPr>
        <w:t>① 오니가시마</w:t>
      </w:r>
    </w:p>
    <w:p>
      <w:pPr>
        <w:ind w:left="320"/>
      </w:pPr>
      <w:r>
        <w:rPr>
          <w:rFonts w:ascii="맑은 고딕" w:hAnsi="맑은 고딕" w:eastAsia="맑은 고딕"/>
          <w:b w:val="0"/>
          <w:color w:val="4E5968"/>
          <w:sz w:val="22"/>
        </w:rPr>
        <w:t>② 다케시마</w:t>
      </w:r>
    </w:p>
    <w:p>
      <w:pPr>
        <w:ind w:left="320"/>
      </w:pPr>
      <w:r>
        <w:rPr>
          <w:rFonts w:ascii="맑은 고딕" w:hAnsi="맑은 고딕" w:eastAsia="맑은 고딕"/>
          <w:b w:val="0"/>
          <w:color w:val="4E5968"/>
          <w:sz w:val="22"/>
        </w:rPr>
        <w:t>③ 도쿄섬</w:t>
      </w:r>
    </w:p>
    <w:p>
      <w:pPr>
        <w:ind w:left="320"/>
      </w:pPr>
      <w:r>
        <w:rPr>
          <w:rFonts w:ascii="맑은 고딕" w:hAnsi="맑은 고딕" w:eastAsia="맑은 고딕"/>
          <w:b w:val="0"/>
          <w:color w:val="4E5968"/>
          <w:sz w:val="22"/>
        </w:rPr>
        <w:t>④ 후지섬</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조선 시대에 일본까지 건너가 '독도는 조선 땅'이라 다짐받은 어부는 누구인가요?</w:t>
      </w:r>
    </w:p>
    <w:p>
      <w:pPr>
        <w:ind w:left="320"/>
      </w:pPr>
      <w:r>
        <w:rPr>
          <w:rFonts w:ascii="맑은 고딕" w:hAnsi="맑은 고딕" w:eastAsia="맑은 고딕"/>
          <w:b w:val="0"/>
          <w:color w:val="4E5968"/>
          <w:sz w:val="22"/>
        </w:rPr>
        <w:t>① 이순신</w:t>
      </w:r>
    </w:p>
    <w:p>
      <w:pPr>
        <w:ind w:left="320"/>
      </w:pPr>
      <w:r>
        <w:rPr>
          <w:rFonts w:ascii="맑은 고딕" w:hAnsi="맑은 고딕" w:eastAsia="맑은 고딕"/>
          <w:b w:val="0"/>
          <w:color w:val="4E5968"/>
          <w:sz w:val="22"/>
        </w:rPr>
        <w:t>② 장보고</w:t>
      </w:r>
    </w:p>
    <w:p>
      <w:pPr>
        <w:ind w:left="320"/>
      </w:pPr>
      <w:r>
        <w:rPr>
          <w:rFonts w:ascii="맑은 고딕" w:hAnsi="맑은 고딕" w:eastAsia="맑은 고딕"/>
          <w:b w:val="0"/>
          <w:color w:val="4E5968"/>
          <w:sz w:val="22"/>
        </w:rPr>
        <w:t>③ 안용복</w:t>
      </w:r>
    </w:p>
    <w:p>
      <w:pPr>
        <w:ind w:left="320"/>
      </w:pPr>
      <w:r>
        <w:rPr>
          <w:rFonts w:ascii="맑은 고딕" w:hAnsi="맑은 고딕" w:eastAsia="맑은 고딕"/>
          <w:b w:val="0"/>
          <w:color w:val="4E5968"/>
          <w:sz w:val="22"/>
        </w:rPr>
        <w:t>④ 김유신</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4. </w:t>
      </w:r>
      <w:r>
        <w:rPr>
          <w:rFonts w:ascii="맑은 고딕" w:hAnsi="맑은 고딕" w:eastAsia="맑은 고딕"/>
          <w:b/>
          <w:color w:val="191F28"/>
          <w:sz w:val="23"/>
        </w:rPr>
        <w:t>치코 일행이 마법사로부터 지켜 낸 것은 무엇인가요?</w:t>
      </w:r>
    </w:p>
    <w:p>
      <w:pPr>
        <w:ind w:left="320"/>
      </w:pPr>
      <w:r>
        <w:rPr>
          <w:rFonts w:ascii="맑은 고딕" w:hAnsi="맑은 고딕" w:eastAsia="맑은 고딕"/>
          <w:b w:val="0"/>
          <w:color w:val="4E5968"/>
          <w:sz w:val="22"/>
        </w:rPr>
        <w:t>① 번쩍이는 마법사의 보물 상자</w:t>
      </w:r>
    </w:p>
    <w:p>
      <w:pPr>
        <w:ind w:left="320"/>
      </w:pPr>
      <w:r>
        <w:rPr>
          <w:rFonts w:ascii="맑은 고딕" w:hAnsi="맑은 고딕" w:eastAsia="맑은 고딕"/>
          <w:b w:val="0"/>
          <w:color w:val="4E5968"/>
          <w:sz w:val="22"/>
        </w:rPr>
        <w:t>② 신비한 힘을 가진 마법 지팡이</w:t>
      </w:r>
    </w:p>
    <w:p>
      <w:pPr>
        <w:ind w:left="320"/>
      </w:pPr>
      <w:r>
        <w:rPr>
          <w:rFonts w:ascii="맑은 고딕" w:hAnsi="맑은 고딕" w:eastAsia="맑은 고딕"/>
          <w:b w:val="0"/>
          <w:color w:val="4E5968"/>
          <w:sz w:val="22"/>
        </w:rPr>
        <w:t>③ 보석이 박힌 임금님의 황금 왕관</w:t>
      </w:r>
    </w:p>
    <w:p>
      <w:pPr>
        <w:ind w:left="320"/>
      </w:pPr>
      <w:r>
        <w:rPr>
          <w:rFonts w:ascii="맑은 고딕" w:hAnsi="맑은 고딕" w:eastAsia="맑은 고딕"/>
          <w:b w:val="0"/>
          <w:color w:val="4E5968"/>
          <w:sz w:val="22"/>
        </w:rPr>
        <w:t>④ 독도의 증거 문헌과 지도</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5. </w:t>
      </w:r>
      <w:r>
        <w:rPr>
          <w:rFonts w:ascii="맑은 고딕" w:hAnsi="맑은 고딕" w:eastAsia="맑은 고딕"/>
          <w:b/>
          <w:color w:val="191F28"/>
          <w:sz w:val="23"/>
        </w:rPr>
        <w:t>독도 주변 바다의 특징으로 알맞은 것은?</w:t>
      </w:r>
    </w:p>
    <w:p>
      <w:pPr>
        <w:ind w:left="320"/>
      </w:pPr>
      <w:r>
        <w:rPr>
          <w:rFonts w:ascii="맑은 고딕" w:hAnsi="맑은 고딕" w:eastAsia="맑은 고딕"/>
          <w:b w:val="0"/>
          <w:color w:val="4E5968"/>
          <w:sz w:val="22"/>
        </w:rPr>
        <w:t>① 물고기와 해조류가 풍부하다</w:t>
      </w:r>
    </w:p>
    <w:p>
      <w:pPr>
        <w:ind w:left="320"/>
      </w:pPr>
      <w:r>
        <w:rPr>
          <w:rFonts w:ascii="맑은 고딕" w:hAnsi="맑은 고딕" w:eastAsia="맑은 고딕"/>
          <w:b w:val="0"/>
          <w:color w:val="4E5968"/>
          <w:sz w:val="22"/>
        </w:rPr>
        <w:t>② 일 년 내내 물이 꽁꽁 얼어 있다</w:t>
      </w:r>
    </w:p>
    <w:p>
      <w:pPr>
        <w:ind w:left="320"/>
      </w:pPr>
      <w:r>
        <w:rPr>
          <w:rFonts w:ascii="맑은 고딕" w:hAnsi="맑은 고딕" w:eastAsia="맑은 고딕"/>
          <w:b w:val="0"/>
          <w:color w:val="4E5968"/>
          <w:sz w:val="22"/>
        </w:rPr>
        <w:t>③ 생물이 하나도 살지 않는다</w:t>
      </w:r>
    </w:p>
    <w:p>
      <w:pPr>
        <w:ind w:left="320"/>
      </w:pPr>
      <w:r>
        <w:rPr>
          <w:rFonts w:ascii="맑은 고딕" w:hAnsi="맑은 고딕" w:eastAsia="맑은 고딕"/>
          <w:b w:val="0"/>
          <w:color w:val="4E5968"/>
          <w:sz w:val="22"/>
        </w:rPr>
        <w:t>④ 모래사장만 끝없이 펼쳐져 있다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안용복에게 당시 일본 정부는 어떻게 했나요?</w:t>
      </w:r>
    </w:p>
    <w:p>
      <w:pPr>
        <w:ind w:left="320"/>
      </w:pPr>
      <w:r>
        <w:rPr>
          <w:rFonts w:ascii="맑은 고딕" w:hAnsi="맑은 고딕" w:eastAsia="맑은 고딕"/>
          <w:b w:val="0"/>
          <w:color w:val="4E5968"/>
          <w:sz w:val="22"/>
        </w:rPr>
        <w:t>① 안용복에게 큰 상을 내려 주었다</w:t>
      </w:r>
    </w:p>
    <w:p>
      <w:pPr>
        <w:ind w:left="320"/>
      </w:pPr>
      <w:r>
        <w:rPr>
          <w:rFonts w:ascii="맑은 고딕" w:hAnsi="맑은 고딕" w:eastAsia="맑은 고딕"/>
          <w:b w:val="0"/>
          <w:color w:val="4E5968"/>
          <w:sz w:val="22"/>
        </w:rPr>
        <w:t>② 잘못을 사과하고 조선 땅으로 인정했다</w:t>
      </w:r>
    </w:p>
    <w:p>
      <w:pPr>
        <w:ind w:left="320"/>
      </w:pPr>
      <w:r>
        <w:rPr>
          <w:rFonts w:ascii="맑은 고딕" w:hAnsi="맑은 고딕" w:eastAsia="맑은 고딕"/>
          <w:b w:val="0"/>
          <w:color w:val="4E5968"/>
          <w:sz w:val="22"/>
        </w:rPr>
        <w:t>③ 아무런 대답도 하지 않았다</w:t>
      </w:r>
    </w:p>
    <w:p>
      <w:pPr>
        <w:ind w:left="320"/>
      </w:pPr>
      <w:r>
        <w:rPr>
          <w:rFonts w:ascii="맑은 고딕" w:hAnsi="맑은 고딕" w:eastAsia="맑은 고딕"/>
          <w:b w:val="0"/>
          <w:color w:val="4E5968"/>
          <w:sz w:val="22"/>
        </w:rPr>
        <w:t>④ 그 뒤에도 끝까지 독도를 일본 땅이라 우겼다</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7. </w:t>
      </w:r>
      <w:r>
        <w:rPr>
          <w:rFonts w:ascii="맑은 고딕" w:hAnsi="맑은 고딕" w:eastAsia="맑은 고딕"/>
          <w:b/>
          <w:color w:val="191F28"/>
          <w:sz w:val="23"/>
        </w:rPr>
        <w:t>독도를 지키기 위해 우리가 가져야 할 마음은 무엇인가요?</w:t>
      </w:r>
    </w:p>
    <w:p>
      <w:pPr>
        <w:ind w:left="320"/>
      </w:pPr>
      <w:r>
        <w:rPr>
          <w:rFonts w:ascii="맑은 고딕" w:hAnsi="맑은 고딕" w:eastAsia="맑은 고딕"/>
          <w:b w:val="0"/>
          <w:color w:val="4E5968"/>
          <w:sz w:val="22"/>
        </w:rPr>
        <w:t>① 독도는 멀어서 관심 없다는 마음</w:t>
      </w:r>
    </w:p>
    <w:p>
      <w:pPr>
        <w:ind w:left="320"/>
      </w:pPr>
      <w:r>
        <w:rPr>
          <w:rFonts w:ascii="맑은 고딕" w:hAnsi="맑은 고딕" w:eastAsia="맑은 고딕"/>
          <w:b w:val="0"/>
          <w:color w:val="4E5968"/>
          <w:sz w:val="22"/>
        </w:rPr>
        <w:t>② 독도는 위험한 곳이니 절대 가지 말자는 마음</w:t>
      </w:r>
    </w:p>
    <w:p>
      <w:pPr>
        <w:ind w:left="320"/>
      </w:pPr>
      <w:r>
        <w:rPr>
          <w:rFonts w:ascii="맑은 고딕" w:hAnsi="맑은 고딕" w:eastAsia="맑은 고딕"/>
          <w:b w:val="0"/>
          <w:color w:val="4E5968"/>
          <w:sz w:val="22"/>
        </w:rPr>
        <w:t>③ 독도가 우리 땅임을 알고 아끼는 마음</w:t>
      </w:r>
    </w:p>
    <w:p>
      <w:pPr>
        <w:ind w:left="320"/>
      </w:pPr>
      <w:r>
        <w:rPr>
          <w:rFonts w:ascii="맑은 고딕" w:hAnsi="맑은 고딕" w:eastAsia="맑은 고딕"/>
          <w:b w:val="0"/>
          <w:color w:val="4E5968"/>
          <w:sz w:val="22"/>
        </w:rPr>
        <w:t>④ 독도는 일본에 그냥 넘겨주자는 마음</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알려 주는 것은 무엇인가요?</w:t>
      </w:r>
    </w:p>
    <w:p>
      <w:pPr>
        <w:ind w:left="320"/>
      </w:pPr>
      <w:r>
        <w:rPr>
          <w:rFonts w:ascii="맑은 고딕" w:hAnsi="맑은 고딕" w:eastAsia="맑은 고딕"/>
          <w:b w:val="0"/>
          <w:color w:val="4E5968"/>
          <w:sz w:val="22"/>
        </w:rPr>
        <w:t>① 마법은 정말 무섭다는 것</w:t>
      </w:r>
    </w:p>
    <w:p>
      <w:pPr>
        <w:ind w:left="320"/>
      </w:pPr>
      <w:r>
        <w:rPr>
          <w:rFonts w:ascii="맑은 고딕" w:hAnsi="맑은 고딕" w:eastAsia="맑은 고딕"/>
          <w:b w:val="0"/>
          <w:color w:val="4E5968"/>
          <w:sz w:val="22"/>
        </w:rPr>
        <w:t>② 타임머신은 빠르다는 것</w:t>
      </w:r>
    </w:p>
    <w:p>
      <w:pPr>
        <w:ind w:left="320"/>
      </w:pPr>
      <w:r>
        <w:rPr>
          <w:rFonts w:ascii="맑은 고딕" w:hAnsi="맑은 고딕" w:eastAsia="맑은 고딕"/>
          <w:b w:val="0"/>
          <w:color w:val="4E5968"/>
          <w:sz w:val="22"/>
        </w:rPr>
        <w:t>③ 옛날 역사 공부는 너무 어렵다는 것</w:t>
      </w:r>
    </w:p>
    <w:p>
      <w:pPr>
        <w:ind w:left="320"/>
      </w:pPr>
      <w:r>
        <w:rPr>
          <w:rFonts w:ascii="맑은 고딕" w:hAnsi="맑은 고딕" w:eastAsia="맑은 고딕"/>
          <w:b w:val="0"/>
          <w:color w:val="4E5968"/>
          <w:sz w:val="22"/>
        </w:rPr>
        <w:t>④ 독도는 우리 땅이라는 것</w:t>
      </w:r>
    </w:p>
    <w:p>
      <w:pPr>
        <w:spacing w:before="240"/>
      </w:pPr>
      <w:r>
        <w:rPr>
          <w:rFonts w:ascii="맑은 고딕" w:hAnsi="맑은 고딕" w:eastAsia="맑은 고딕"/>
          <w:b/>
          <w:color w:val="8B95A1"/>
          <w:sz w:val="17"/>
        </w:rPr>
        <w:t xml:space="preserve">  알맞게 줄 긋기  </w:t>
      </w:r>
    </w:p>
    <w:p>
      <w:r>
        <w:rPr>
          <w:rFonts w:ascii="맑은 고딕" w:hAnsi="맑은 고딕" w:eastAsia="맑은 고딕"/>
          <w:b/>
          <w:color w:val="2272EB"/>
          <w:sz w:val="24"/>
        </w:rPr>
        <w:t xml:space="preserve">9. </w:t>
      </w:r>
      <w:r>
        <w:rPr>
          <w:rFonts w:ascii="맑은 고딕" w:hAnsi="맑은 고딕" w:eastAsia="맑은 고딕"/>
          <w:b/>
          <w:color w:val="191F28"/>
          <w:sz w:val="23"/>
        </w:rPr>
        <w:t>알맞은 것끼리 연결해 보세요.</w:t>
      </w:r>
    </w:p>
    <w:p>
      <w:pPr>
        <w:ind w:left="320"/>
      </w:pPr>
      <w:r>
        <w:rPr>
          <w:rFonts w:ascii="맑은 고딕" w:hAnsi="맑은 고딕" w:eastAsia="맑은 고딕"/>
          <w:b w:val="0"/>
          <w:color w:val="333D4B"/>
          <w:sz w:val="22"/>
        </w:rPr>
        <w:t>안용복  ·          ·  독도를 지킨 조선 어부</w:t>
      </w:r>
    </w:p>
    <w:p>
      <w:pPr>
        <w:ind w:left="320"/>
      </w:pPr>
      <w:r>
        <w:rPr>
          <w:rFonts w:ascii="맑은 고딕" w:hAnsi="맑은 고딕" w:eastAsia="맑은 고딕"/>
          <w:b w:val="0"/>
          <w:color w:val="333D4B"/>
          <w:sz w:val="22"/>
        </w:rPr>
        <w:t>다케시마  ·          ·  일본이 부르는 이름</w:t>
      </w:r>
    </w:p>
    <w:p>
      <w:pPr>
        <w:ind w:left="320"/>
      </w:pPr>
      <w:r>
        <w:rPr>
          <w:rFonts w:ascii="맑은 고딕" w:hAnsi="맑은 고딕" w:eastAsia="맑은 고딕"/>
          <w:b w:val="0"/>
          <w:color w:val="333D4B"/>
          <w:sz w:val="22"/>
        </w:rPr>
        <w:t>삼국사기  ·          ·  독도가 우리 땅인 기록</w:t>
      </w:r>
    </w:p>
    <w:p>
      <w:pPr>
        <w:spacing w:before="240"/>
      </w:pPr>
      <w:r>
        <w:rPr>
          <w:rFonts w:ascii="맑은 고딕" w:hAnsi="맑은 고딕" w:eastAsia="맑은 고딕"/>
          <w:b/>
          <w:color w:val="8B95A1"/>
          <w:sz w:val="17"/>
        </w:rPr>
        <w:t xml:space="preserve">  생각하고 쓰기  </w:t>
      </w:r>
    </w:p>
    <w:p>
      <w:r>
        <w:rPr>
          <w:rFonts w:ascii="맑은 고딕" w:hAnsi="맑은 고딕" w:eastAsia="맑은 고딕"/>
          <w:b/>
          <w:color w:val="2272EB"/>
          <w:sz w:val="24"/>
        </w:rPr>
        <w:t xml:space="preserve">10. </w:t>
      </w:r>
      <w:r>
        <w:rPr>
          <w:rFonts w:ascii="맑은 고딕" w:hAnsi="맑은 고딕" w:eastAsia="맑은 고딕"/>
          <w:b/>
          <w:color w:val="191F28"/>
          <w:sz w:val="23"/>
        </w:rPr>
        <w:t>독도가 우리 땅임을 친구들에게 어떻게 알리고 싶은지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독도가 우리 땅인 증거</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독도를 차지하려는 악당 마법사로부터, 치코 일행이 독도가 우리 땅임을 증명하는 옛 문헌과 지도를 지켜 낸다. 삼국사기·세종실록지리지 같은 기록과 외국·일본 지도까지 독도를 우리 영토로 그린 증거들, 그리고 일본에 건너가 울릉도·독도가 조선 땅임을 인정받은 조선 어부 안용복의 활약을 통해, 독도를 지키는 바른 역사 의식을 길러 주는 역사 대모험.</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1. </w:t>
      </w:r>
      <w:r>
        <w:rPr>
          <w:rFonts w:ascii="맑은 고딕" w:hAnsi="맑은 고딕" w:eastAsia="맑은 고딕"/>
          <w:b/>
          <w:color w:val="191F28"/>
          <w:sz w:val="23"/>
        </w:rPr>
        <w:t>마법사가 독도를 탐낸 까닭(독도의 가치)으로 알맞은 것은?</w:t>
      </w:r>
    </w:p>
    <w:p>
      <w:pPr>
        <w:ind w:left="320"/>
      </w:pPr>
      <w:r>
        <w:rPr>
          <w:rFonts w:ascii="맑은 고딕" w:hAnsi="맑은 고딕" w:eastAsia="맑은 고딕"/>
          <w:b w:val="0"/>
          <w:color w:val="4E5968"/>
          <w:sz w:val="22"/>
        </w:rPr>
        <w:t>① 자원이 풍부하고 가치가 커서</w:t>
      </w:r>
    </w:p>
    <w:p>
      <w:pPr>
        <w:ind w:left="320"/>
      </w:pPr>
      <w:r>
        <w:rPr>
          <w:rFonts w:ascii="맑은 고딕" w:hAnsi="맑은 고딕" w:eastAsia="맑은 고딕"/>
          <w:b w:val="0"/>
          <w:color w:val="4E5968"/>
          <w:sz w:val="22"/>
        </w:rPr>
        <w:t>② 관광지로 아주 유명한 섬이라서</w:t>
      </w:r>
    </w:p>
    <w:p>
      <w:pPr>
        <w:ind w:left="320"/>
      </w:pPr>
      <w:r>
        <w:rPr>
          <w:rFonts w:ascii="맑은 고딕" w:hAnsi="맑은 고딕" w:eastAsia="맑은 고딕"/>
          <w:b w:val="0"/>
          <w:color w:val="4E5968"/>
          <w:sz w:val="22"/>
        </w:rPr>
        <w:t>③ 섬의 크기가 매우 넓고 커서</w:t>
      </w:r>
    </w:p>
    <w:p>
      <w:pPr>
        <w:ind w:left="320"/>
      </w:pPr>
      <w:r>
        <w:rPr>
          <w:rFonts w:ascii="맑은 고딕" w:hAnsi="맑은 고딕" w:eastAsia="맑은 고딕"/>
          <w:b w:val="0"/>
          <w:color w:val="4E5968"/>
          <w:sz w:val="22"/>
        </w:rPr>
        <w:t>④ 옛 보물이 숨겨져 있다고 해서</w:t>
      </w:r>
    </w:p>
    <w:p>
      <w:pPr>
        <w:spacing w:before="240"/>
      </w:pPr>
      <w:r>
        <w:rPr>
          <w:rFonts w:ascii="맑은 고딕" w:hAnsi="맑은 고딕" w:eastAsia="맑은 고딕"/>
          <w:b/>
          <w:color w:val="8B95A1"/>
          <w:sz w:val="17"/>
        </w:rPr>
        <w:t xml:space="preserve">  사실 구별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일본이 독도를 자기 땅이라 우기며 한 일로 알맞은 것은?</w:t>
      </w:r>
    </w:p>
    <w:p>
      <w:pPr>
        <w:ind w:left="320"/>
      </w:pPr>
      <w:r>
        <w:rPr>
          <w:rFonts w:ascii="맑은 고딕" w:hAnsi="맑은 고딕" w:eastAsia="맑은 고딕"/>
          <w:b w:val="0"/>
          <w:color w:val="4E5968"/>
          <w:sz w:val="22"/>
        </w:rPr>
        <w:t>① 독도를 한국에 아무 조건 없이 곧바로 돌려주었다</w:t>
      </w:r>
    </w:p>
    <w:p>
      <w:pPr>
        <w:ind w:left="320"/>
      </w:pPr>
      <w:r>
        <w:rPr>
          <w:rFonts w:ascii="맑은 고딕" w:hAnsi="맑은 고딕" w:eastAsia="맑은 고딕"/>
          <w:b w:val="0"/>
          <w:color w:val="4E5968"/>
          <w:sz w:val="22"/>
        </w:rPr>
        <w:t>② 다케시마의 날을 정하고 교과서를 왜곡했다</w:t>
      </w:r>
    </w:p>
    <w:p>
      <w:pPr>
        <w:ind w:left="320"/>
      </w:pPr>
      <w:r>
        <w:rPr>
          <w:rFonts w:ascii="맑은 고딕" w:hAnsi="맑은 고딕" w:eastAsia="맑은 고딕"/>
          <w:b w:val="0"/>
          <w:color w:val="4E5968"/>
          <w:sz w:val="22"/>
        </w:rPr>
        <w:t>③ 스스로 독도에서 완전히 물러났다</w:t>
      </w:r>
    </w:p>
    <w:p>
      <w:pPr>
        <w:ind w:left="320"/>
      </w:pPr>
      <w:r>
        <w:rPr>
          <w:rFonts w:ascii="맑은 고딕" w:hAnsi="맑은 고딕" w:eastAsia="맑은 고딕"/>
          <w:b w:val="0"/>
          <w:color w:val="4E5968"/>
          <w:sz w:val="22"/>
        </w:rPr>
        <w:t>④ 독도를 둘이 똑같이 나눠 갖자고 했다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어부 안용복이 한 일로 알맞은 것은?</w:t>
      </w:r>
    </w:p>
    <w:p>
      <w:pPr>
        <w:ind w:left="320"/>
      </w:pPr>
      <w:r>
        <w:rPr>
          <w:rFonts w:ascii="맑은 고딕" w:hAnsi="맑은 고딕" w:eastAsia="맑은 고딕"/>
          <w:b w:val="0"/>
          <w:color w:val="4E5968"/>
          <w:sz w:val="22"/>
        </w:rPr>
        <w:t>① 독도에 큰 등대를 세웠다</w:t>
      </w:r>
    </w:p>
    <w:p>
      <w:pPr>
        <w:ind w:left="320"/>
      </w:pPr>
      <w:r>
        <w:rPr>
          <w:rFonts w:ascii="맑은 고딕" w:hAnsi="맑은 고딕" w:eastAsia="맑은 고딕"/>
          <w:b w:val="0"/>
          <w:color w:val="4E5968"/>
          <w:sz w:val="22"/>
        </w:rPr>
        <w:t>② 독도 바다에서 물고기를 누구보다 많이 잡았다</w:t>
      </w:r>
    </w:p>
    <w:p>
      <w:pPr>
        <w:ind w:left="320"/>
      </w:pPr>
      <w:r>
        <w:rPr>
          <w:rFonts w:ascii="맑은 고딕" w:hAnsi="맑은 고딕" w:eastAsia="맑은 고딕"/>
          <w:b w:val="0"/>
          <w:color w:val="4E5968"/>
          <w:sz w:val="22"/>
        </w:rPr>
        <w:t>③ 일본에서 조선 땅임을 인정받았다</w:t>
      </w:r>
    </w:p>
    <w:p>
      <w:pPr>
        <w:ind w:left="320"/>
      </w:pPr>
      <w:r>
        <w:rPr>
          <w:rFonts w:ascii="맑은 고딕" w:hAnsi="맑은 고딕" w:eastAsia="맑은 고딕"/>
          <w:b w:val="0"/>
          <w:color w:val="4E5968"/>
          <w:sz w:val="22"/>
        </w:rPr>
        <w:t>④ 일본에 독도를 넘겨주고 돌아왔다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독도가 우리 땅임을 증명하는 것으로 알맞은 것은?</w:t>
      </w:r>
    </w:p>
    <w:p>
      <w:pPr>
        <w:ind w:left="320"/>
      </w:pPr>
      <w:r>
        <w:rPr>
          <w:rFonts w:ascii="맑은 고딕" w:hAnsi="맑은 고딕" w:eastAsia="맑은 고딕"/>
          <w:b w:val="0"/>
          <w:color w:val="4E5968"/>
          <w:sz w:val="22"/>
        </w:rPr>
        <w:t>① 일본에서 전해 온다는 옛날 노랫말</w:t>
      </w:r>
    </w:p>
    <w:p>
      <w:pPr>
        <w:ind w:left="320"/>
      </w:pPr>
      <w:r>
        <w:rPr>
          <w:rFonts w:ascii="맑은 고딕" w:hAnsi="맑은 고딕" w:eastAsia="맑은 고딕"/>
          <w:b w:val="0"/>
          <w:color w:val="4E5968"/>
          <w:sz w:val="22"/>
        </w:rPr>
        <w:t>② 마법사가 그려 준 가짜 지도</w:t>
      </w:r>
    </w:p>
    <w:p>
      <w:pPr>
        <w:ind w:left="320"/>
      </w:pPr>
      <w:r>
        <w:rPr>
          <w:rFonts w:ascii="맑은 고딕" w:hAnsi="맑은 고딕" w:eastAsia="맑은 고딕"/>
          <w:b w:val="0"/>
          <w:color w:val="4E5968"/>
          <w:sz w:val="22"/>
        </w:rPr>
        <w:t>③ 최근에 급히 만든 가짜 문서</w:t>
      </w:r>
    </w:p>
    <w:p>
      <w:pPr>
        <w:ind w:left="320"/>
      </w:pPr>
      <w:r>
        <w:rPr>
          <w:rFonts w:ascii="맑은 고딕" w:hAnsi="맑은 고딕" w:eastAsia="맑은 고딕"/>
          <w:b w:val="0"/>
          <w:color w:val="4E5968"/>
          <w:sz w:val="22"/>
        </w:rPr>
        <w:t>④ 삼국사기 등 문헌과 옛 지도</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이야기가 일어난 순서대로 기호를 써 보세요.</w:t>
      </w:r>
    </w:p>
    <w:p>
      <w:pPr>
        <w:ind w:left="320"/>
      </w:pPr>
      <w:r>
        <w:rPr>
          <w:rFonts w:ascii="맑은 고딕" w:hAnsi="맑은 고딕" w:eastAsia="맑은 고딕"/>
          <w:b w:val="0"/>
          <w:color w:val="333D4B"/>
          <w:sz w:val="22"/>
        </w:rPr>
        <w:t>ㄱ. 치코 일행이 사라진 증거들을 되찾는다.</w:t>
      </w:r>
    </w:p>
    <w:p>
      <w:pPr>
        <w:ind w:left="320"/>
      </w:pPr>
      <w:r>
        <w:rPr>
          <w:rFonts w:ascii="맑은 고딕" w:hAnsi="맑은 고딕" w:eastAsia="맑은 고딕"/>
          <w:b w:val="0"/>
          <w:color w:val="333D4B"/>
          <w:sz w:val="22"/>
        </w:rPr>
        <w:t>ㄴ. 마법사가 독도의 증거 문헌·지도를 없애려 한다.</w:t>
      </w:r>
    </w:p>
    <w:p>
      <w:pPr>
        <w:ind w:left="320"/>
      </w:pPr>
      <w:r>
        <w:rPr>
          <w:rFonts w:ascii="맑은 고딕" w:hAnsi="맑은 고딕" w:eastAsia="맑은 고딕"/>
          <w:b w:val="0"/>
          <w:color w:val="333D4B"/>
          <w:sz w:val="22"/>
        </w:rPr>
        <w:t>ㄷ. 마법사를 물리치고 독도를 지켜 낸다.</w:t>
      </w:r>
    </w:p>
    <w:p>
      <w:pPr>
        <w:ind w:left="320"/>
      </w:pPr>
      <w:r>
        <w:rPr>
          <w:rFonts w:ascii="맑은 고딕" w:hAnsi="맑은 고딕" w:eastAsia="맑은 고딕"/>
          <w:b w:val="0"/>
          <w:color w:val="333D4B"/>
          <w:sz w:val="22"/>
        </w:rPr>
        <w:t>ㄹ. 안용복의 활약을 알게 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사실 구별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옛 지도들에서 알 수 있는 놀라운 사실은 무엇인가요?</w:t>
      </w:r>
    </w:p>
    <w:p>
      <w:pPr>
        <w:ind w:left="320"/>
      </w:pPr>
      <w:r>
        <w:rPr>
          <w:rFonts w:ascii="맑은 고딕" w:hAnsi="맑은 고딕" w:eastAsia="맑은 고딕"/>
          <w:b w:val="0"/>
          <w:color w:val="4E5968"/>
          <w:sz w:val="22"/>
        </w:rPr>
        <w:t>① 그 어느 옛 지도에도 독도는 전혀 그려지지 않았다</w:t>
      </w:r>
    </w:p>
    <w:p>
      <w:pPr>
        <w:ind w:left="320"/>
      </w:pPr>
      <w:r>
        <w:rPr>
          <w:rFonts w:ascii="맑은 고딕" w:hAnsi="맑은 고딕" w:eastAsia="맑은 고딕"/>
          <w:b w:val="0"/>
          <w:color w:val="4E5968"/>
          <w:sz w:val="22"/>
        </w:rPr>
        <w:t>② 외국·일본 지도에도 우리 땅으로 그렸다</w:t>
      </w:r>
    </w:p>
    <w:p>
      <w:pPr>
        <w:ind w:left="320"/>
      </w:pPr>
      <w:r>
        <w:rPr>
          <w:rFonts w:ascii="맑은 고딕" w:hAnsi="맑은 고딕" w:eastAsia="맑은 고딕"/>
          <w:b w:val="0"/>
          <w:color w:val="4E5968"/>
          <w:sz w:val="22"/>
        </w:rPr>
        <w:t>③ 독도가 일본 땅으로 그려져 있었다</w:t>
      </w:r>
    </w:p>
    <w:p>
      <w:pPr>
        <w:ind w:left="320"/>
      </w:pPr>
      <w:r>
        <w:rPr>
          <w:rFonts w:ascii="맑은 고딕" w:hAnsi="맑은 고딕" w:eastAsia="맑은 고딕"/>
          <w:b w:val="0"/>
          <w:color w:val="4E5968"/>
          <w:sz w:val="22"/>
        </w:rPr>
        <w:t>④ 독도는 지도에 그리기 어려웠다</w:t>
      </w:r>
    </w:p>
    <w:p>
      <w:pPr>
        <w:spacing w:before="240"/>
      </w:pPr>
      <w:r>
        <w:rPr>
          <w:rFonts w:ascii="맑은 고딕" w:hAnsi="맑은 고딕" w:eastAsia="맑은 고딕"/>
          <w:b/>
          <w:color w:val="8B95A1"/>
          <w:sz w:val="17"/>
        </w:rPr>
        <w:t xml:space="preserve">  개념 이해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독도가 경제적으로 가치가 큰 까닭으로 알맞은 것은?</w:t>
      </w:r>
    </w:p>
    <w:p>
      <w:pPr>
        <w:ind w:left="320"/>
      </w:pPr>
      <w:r>
        <w:rPr>
          <w:rFonts w:ascii="맑은 고딕" w:hAnsi="맑은 고딕" w:eastAsia="맑은 고딕"/>
          <w:b w:val="0"/>
          <w:color w:val="4E5968"/>
          <w:sz w:val="22"/>
        </w:rPr>
        <w:t>① 미래 에너지원이 묻혀 있어서</w:t>
      </w:r>
    </w:p>
    <w:p>
      <w:pPr>
        <w:ind w:left="320"/>
      </w:pPr>
      <w:r>
        <w:rPr>
          <w:rFonts w:ascii="맑은 고딕" w:hAnsi="맑은 고딕" w:eastAsia="맑은 고딕"/>
          <w:b w:val="0"/>
          <w:color w:val="4E5968"/>
          <w:sz w:val="22"/>
        </w:rPr>
        <w:t>② 관광객이 해마다 아주 많이 와서</w:t>
      </w:r>
    </w:p>
    <w:p>
      <w:pPr>
        <w:ind w:left="320"/>
      </w:pPr>
      <w:r>
        <w:rPr>
          <w:rFonts w:ascii="맑은 고딕" w:hAnsi="맑은 고딕" w:eastAsia="맑은 고딕"/>
          <w:b w:val="0"/>
          <w:color w:val="4E5968"/>
          <w:sz w:val="22"/>
        </w:rPr>
        <w:t>③ 큰 항구 도시가 자리 잡고 있어서</w:t>
      </w:r>
    </w:p>
    <w:p>
      <w:pPr>
        <w:ind w:left="320"/>
      </w:pPr>
      <w:r>
        <w:rPr>
          <w:rFonts w:ascii="맑은 고딕" w:hAnsi="맑은 고딕" w:eastAsia="맑은 고딕"/>
          <w:b w:val="0"/>
          <w:color w:val="4E5968"/>
          <w:sz w:val="22"/>
        </w:rPr>
        <w:t>④ 금과 은이 가득 묻혀 있다고 해서</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전하려는 것으로 가장 알맞은 것은?</w:t>
      </w:r>
    </w:p>
    <w:p>
      <w:pPr>
        <w:ind w:left="320"/>
      </w:pPr>
      <w:r>
        <w:rPr>
          <w:rFonts w:ascii="맑은 고딕" w:hAnsi="맑은 고딕" w:eastAsia="맑은 고딕"/>
          <w:b w:val="0"/>
          <w:color w:val="4E5968"/>
          <w:sz w:val="22"/>
        </w:rPr>
        <w:t>① 독도는 일본과 사이좋게 나누자는 것</w:t>
      </w:r>
    </w:p>
    <w:p>
      <w:pPr>
        <w:ind w:left="320"/>
      </w:pPr>
      <w:r>
        <w:rPr>
          <w:rFonts w:ascii="맑은 고딕" w:hAnsi="맑은 고딕" w:eastAsia="맑은 고딕"/>
          <w:b w:val="0"/>
          <w:color w:val="4E5968"/>
          <w:sz w:val="22"/>
        </w:rPr>
        <w:t>② 독도는 위험하니 가지 말자는 것</w:t>
      </w:r>
    </w:p>
    <w:p>
      <w:pPr>
        <w:ind w:left="320"/>
      </w:pPr>
      <w:r>
        <w:rPr>
          <w:rFonts w:ascii="맑은 고딕" w:hAnsi="맑은 고딕" w:eastAsia="맑은 고딕"/>
          <w:b w:val="0"/>
          <w:color w:val="4E5968"/>
          <w:sz w:val="22"/>
        </w:rPr>
        <w:t>③ 독도는 우리 땅이니 지키자는 것</w:t>
      </w:r>
    </w:p>
    <w:p>
      <w:pPr>
        <w:ind w:left="320"/>
      </w:pPr>
      <w:r>
        <w:rPr>
          <w:rFonts w:ascii="맑은 고딕" w:hAnsi="맑은 고딕" w:eastAsia="맑은 고딕"/>
          <w:b w:val="0"/>
          <w:color w:val="4E5968"/>
          <w:sz w:val="22"/>
        </w:rPr>
        <w:t>④ 독도는 별로 가치가 없는 섬이라는 것</w:t>
      </w:r>
    </w:p>
    <w:p>
      <w:pPr>
        <w:spacing w:before="240"/>
      </w:pPr>
      <w:r>
        <w:rPr>
          <w:rFonts w:ascii="맑은 고딕" w:hAnsi="맑은 고딕" w:eastAsia="맑은 고딕"/>
          <w:b/>
          <w:color w:val="8B95A1"/>
          <w:sz w:val="17"/>
        </w:rPr>
        <w:t xml:space="preserve">  생각 쓰기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독도가 우리 땅임을 보여 주는 증거를 한 가지 이상 들어 까닭과 함께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안용복처럼 독도를 지키기 위해 오늘날 우리가 할 수 있는 일을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[저학년] 독도는 우리 땅</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독도</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다케시마</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안용복</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독도의 증거 문헌과 지도</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① 물고기와 해조류가 풍부하다</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잘못을 사과하고 조선 땅으로 인정했다</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독도가 우리 땅임을 알고 아끼는 마음</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④ 독도는 우리 땅이라는 것</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안용복-조선 어부 / 다케시마-일본 이름 / 삼국사기-우리 땅 기록</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독도가 우리 땅이라는 옛 기록과 지도를 보여 주고, 안용복 이야기를 들려주며 함께 독도를 아끼자고 말하겠다. · (평가) 독도를 알리는 방법을 자기 말로 적었는지 봐 주세요.</w:t>
      </w:r>
    </w:p>
    <w:p>
      <w:r>
        <w:br w:type="page"/>
      </w:r>
    </w:p>
    <w:p>
      <w:pPr>
        <w:spacing w:before="160"/>
      </w:pPr>
      <w:r>
        <w:rPr>
          <w:rFonts w:ascii="맑은 고딕" w:hAnsi="맑은 고딕" w:eastAsia="맑은 고딕"/>
          <w:b/>
          <w:color w:val="2272EB"/>
          <w:sz w:val="26"/>
        </w:rPr>
        <w:t>[중학년] 독도가 우리 땅인 증거</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자원이 풍부하고 가치가 커서</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다케시마의 날을 정하고 교과서를 왜곡했다</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일본에서 조선 땅임을 인정받았다</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삼국사기 등 문헌과 옛 지도</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외국·일본 지도에도 우리 땅으로 그렸다</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① 미래 에너지원이 묻혀 있어서</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독도는 우리 땅이니 지키자는 것</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삼국사기에 신라 때부터 울릉도와 주변 섬이 우리 땅이라 기록돼 있고, 옛 지도에도 독도가 우리 영토로 그려져 있어 독도는 우리 땅이다. · (평가) 구체적 증거와 까닭을 적었는지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독도의 역사와 증거를 바르게 배우고, 친구나 외국 사람에게 사실을 알리며, 독도에 꾸준히 관심을 갖는다. · (평가) 독도를 지키는 실천을 구체적으로 적었는지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