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마음으로 보는 사진</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시각장애인 사진동호회 '상상클럽'에서 만난 수영과 인수가 흐릿한 잔존 시력으로 세상의 빛을 사진에 담으며 서로에게 다가간다. 촉감과 소리·냄새로 아름다움을 느끼고, 시각 보조 안경 '릴루미노'의 도움으로 사랑하는 사람의 얼굴을 처음으로 또렷이 마주한다. 장애 이해를 넘어, 사람과 사람을 잇는 따뜻한 '빛'을 보여 주는 단편 영화.</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인수가 하는 일(직업)은 무엇인가요?</w:t>
      </w:r>
    </w:p>
    <w:p>
      <w:pPr>
        <w:ind w:left="320"/>
      </w:pPr>
      <w:r>
        <w:rPr>
          <w:rFonts w:ascii="맑은 고딕" w:hAnsi="맑은 고딕" w:eastAsia="맑은 고딕"/>
          <w:b w:val="0"/>
          <w:color w:val="4E5968"/>
          <w:sz w:val="22"/>
        </w:rPr>
        <w:t>① 자동차 정비공</w:t>
      </w:r>
    </w:p>
    <w:p>
      <w:pPr>
        <w:ind w:left="320"/>
      </w:pPr>
      <w:r>
        <w:rPr>
          <w:rFonts w:ascii="맑은 고딕" w:hAnsi="맑은 고딕" w:eastAsia="맑은 고딕"/>
          <w:b w:val="0"/>
          <w:color w:val="4E5968"/>
          <w:sz w:val="22"/>
        </w:rPr>
        <w:t>② 피아노 조율사</w:t>
      </w:r>
    </w:p>
    <w:p>
      <w:pPr>
        <w:ind w:left="320"/>
      </w:pPr>
      <w:r>
        <w:rPr>
          <w:rFonts w:ascii="맑은 고딕" w:hAnsi="맑은 고딕" w:eastAsia="맑은 고딕"/>
          <w:b w:val="0"/>
          <w:color w:val="4E5968"/>
          <w:sz w:val="22"/>
        </w:rPr>
        <w:t>③ 향을 만드는 사람</w:t>
      </w:r>
    </w:p>
    <w:p>
      <w:pPr>
        <w:ind w:left="320"/>
      </w:pPr>
      <w:r>
        <w:rPr>
          <w:rFonts w:ascii="맑은 고딕" w:hAnsi="맑은 고딕" w:eastAsia="맑은 고딕"/>
          <w:b w:val="0"/>
          <w:color w:val="4E5968"/>
          <w:sz w:val="22"/>
        </w:rPr>
        <w:t>④ 사진관 사진사</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수영이 하는 일(직업)은 무엇인가요?</w:t>
      </w:r>
    </w:p>
    <w:p>
      <w:pPr>
        <w:ind w:left="320"/>
      </w:pPr>
      <w:r>
        <w:rPr>
          <w:rFonts w:ascii="맑은 고딕" w:hAnsi="맑은 고딕" w:eastAsia="맑은 고딕"/>
          <w:b w:val="0"/>
          <w:color w:val="4E5968"/>
          <w:sz w:val="22"/>
        </w:rPr>
        <w:t>① 피아노 치는 일</w:t>
      </w:r>
    </w:p>
    <w:p>
      <w:pPr>
        <w:ind w:left="320"/>
      </w:pPr>
      <w:r>
        <w:rPr>
          <w:rFonts w:ascii="맑은 고딕" w:hAnsi="맑은 고딕" w:eastAsia="맑은 고딕"/>
          <w:b w:val="0"/>
          <w:color w:val="4E5968"/>
          <w:sz w:val="22"/>
        </w:rPr>
        <w:t>② 그림 그리는 일</w:t>
      </w:r>
    </w:p>
    <w:p>
      <w:pPr>
        <w:ind w:left="320"/>
      </w:pPr>
      <w:r>
        <w:rPr>
          <w:rFonts w:ascii="맑은 고딕" w:hAnsi="맑은 고딕" w:eastAsia="맑은 고딕"/>
          <w:b w:val="0"/>
          <w:color w:val="4E5968"/>
          <w:sz w:val="22"/>
        </w:rPr>
        <w:t>③ 낡은 자동차를 고치는 일</w:t>
      </w:r>
    </w:p>
    <w:p>
      <w:pPr>
        <w:ind w:left="320"/>
      </w:pPr>
      <w:r>
        <w:rPr>
          <w:rFonts w:ascii="맑은 고딕" w:hAnsi="맑은 고딕" w:eastAsia="맑은 고딕"/>
          <w:b w:val="0"/>
          <w:color w:val="4E5968"/>
          <w:sz w:val="22"/>
        </w:rPr>
        <w:t>④ 냄새(향)를 맡는 일</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동호회에서 사진을 어떻게 찍어 보라고 했나요?</w:t>
      </w:r>
    </w:p>
    <w:p>
      <w:pPr>
        <w:ind w:left="320"/>
      </w:pPr>
      <w:r>
        <w:rPr>
          <w:rFonts w:ascii="맑은 고딕" w:hAnsi="맑은 고딕" w:eastAsia="맑은 고딕"/>
          <w:b w:val="0"/>
          <w:color w:val="4E5968"/>
          <w:sz w:val="22"/>
        </w:rPr>
        <w:t>① 손의 촉감 등 감각으로</w:t>
      </w:r>
    </w:p>
    <w:p>
      <w:pPr>
        <w:ind w:left="320"/>
      </w:pPr>
      <w:r>
        <w:rPr>
          <w:rFonts w:ascii="맑은 고딕" w:hAnsi="맑은 고딕" w:eastAsia="맑은 고딕"/>
          <w:b w:val="0"/>
          <w:color w:val="4E5968"/>
          <w:sz w:val="22"/>
        </w:rPr>
        <w:t>② 눈을 크게 뜨고 자세히</w:t>
      </w:r>
    </w:p>
    <w:p>
      <w:pPr>
        <w:ind w:left="320"/>
      </w:pPr>
      <w:r>
        <w:rPr>
          <w:rFonts w:ascii="맑은 고딕" w:hAnsi="맑은 고딕" w:eastAsia="맑은 고딕"/>
          <w:b w:val="0"/>
          <w:color w:val="4E5968"/>
          <w:sz w:val="22"/>
        </w:rPr>
        <w:t>③ 빠르게 여러 장 찍어서</w:t>
      </w:r>
    </w:p>
    <w:p>
      <w:pPr>
        <w:ind w:left="320"/>
      </w:pPr>
      <w:r>
        <w:rPr>
          <w:rFonts w:ascii="맑은 고딕" w:hAnsi="맑은 고딕" w:eastAsia="맑은 고딕"/>
          <w:b w:val="0"/>
          <w:color w:val="4E5968"/>
          <w:sz w:val="22"/>
        </w:rPr>
        <w:t>④ 남이 대신 찍어 주어서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수영이 인수에게 건넨 것은 무엇인가요?</w:t>
      </w:r>
    </w:p>
    <w:p>
      <w:pPr>
        <w:ind w:left="320"/>
      </w:pPr>
      <w:r>
        <w:rPr>
          <w:rFonts w:ascii="맑은 고딕" w:hAnsi="맑은 고딕" w:eastAsia="맑은 고딕"/>
          <w:b w:val="0"/>
          <w:color w:val="4E5968"/>
          <w:sz w:val="22"/>
        </w:rPr>
        <w:t>① 성능 좋은 새 사진기 한 대</w:t>
      </w:r>
    </w:p>
    <w:p>
      <w:pPr>
        <w:ind w:left="320"/>
      </w:pPr>
      <w:r>
        <w:rPr>
          <w:rFonts w:ascii="맑은 고딕" w:hAnsi="맑은 고딕" w:eastAsia="맑은 고딕"/>
          <w:b w:val="0"/>
          <w:color w:val="4E5968"/>
          <w:sz w:val="22"/>
        </w:rPr>
        <w:t>② 피아노 악보집</w:t>
      </w:r>
    </w:p>
    <w:p>
      <w:pPr>
        <w:ind w:left="320"/>
      </w:pPr>
      <w:r>
        <w:rPr>
          <w:rFonts w:ascii="맑은 고딕" w:hAnsi="맑은 고딕" w:eastAsia="맑은 고딕"/>
          <w:b w:val="0"/>
          <w:color w:val="4E5968"/>
          <w:sz w:val="22"/>
        </w:rPr>
        <w:t>③ 잘 보게 돕는 안경</w:t>
      </w:r>
    </w:p>
    <w:p>
      <w:pPr>
        <w:ind w:left="320"/>
      </w:pPr>
      <w:r>
        <w:rPr>
          <w:rFonts w:ascii="맑은 고딕" w:hAnsi="맑은 고딕" w:eastAsia="맑은 고딕"/>
          <w:b w:val="0"/>
          <w:color w:val="4E5968"/>
          <w:sz w:val="22"/>
        </w:rPr>
        <w:t>④ 향이 좋은 향수</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인수에게 일어난 일을 순서대로 기호를 써 보세요.</w:t>
      </w:r>
    </w:p>
    <w:p>
      <w:pPr>
        <w:ind w:left="320"/>
      </w:pPr>
      <w:r>
        <w:rPr>
          <w:rFonts w:ascii="맑은 고딕" w:hAnsi="맑은 고딕" w:eastAsia="맑은 고딕"/>
          <w:b w:val="0"/>
          <w:color w:val="333D4B"/>
          <w:sz w:val="22"/>
        </w:rPr>
        <w:t>ㄱ. 촉감으로 사진을 찍는다.</w:t>
      </w:r>
    </w:p>
    <w:p>
      <w:pPr>
        <w:ind w:left="320"/>
      </w:pPr>
      <w:r>
        <w:rPr>
          <w:rFonts w:ascii="맑은 고딕" w:hAnsi="맑은 고딕" w:eastAsia="맑은 고딕"/>
          <w:b w:val="0"/>
          <w:color w:val="333D4B"/>
          <w:sz w:val="22"/>
        </w:rPr>
        <w:t>ㄴ. 동호회에 새 회원으로 인사한다.</w:t>
      </w:r>
    </w:p>
    <w:p>
      <w:pPr>
        <w:ind w:left="320"/>
      </w:pPr>
      <w:r>
        <w:rPr>
          <w:rFonts w:ascii="맑은 고딕" w:hAnsi="맑은 고딕" w:eastAsia="맑은 고딕"/>
          <w:b w:val="0"/>
          <w:color w:val="333D4B"/>
          <w:sz w:val="22"/>
        </w:rPr>
        <w:t>ㄷ. 안경으로 수영의 얼굴을 또렷이 본다.</w:t>
      </w:r>
    </w:p>
    <w:p>
      <w:pPr>
        <w:ind w:left="320"/>
      </w:pPr>
      <w:r>
        <w:rPr>
          <w:rFonts w:ascii="맑은 고딕" w:hAnsi="맑은 고딕" w:eastAsia="맑은 고딕"/>
          <w:b w:val="0"/>
          <w:color w:val="333D4B"/>
          <w:sz w:val="22"/>
        </w:rPr>
        <w:t>ㄹ. 수영에게서 안경을 받는다.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길에서 할머니가 돈을 주려 하자 수영이 '그냥 놔두시는 게 도와주시는 것'이라 한 까닭은?</w:t>
      </w:r>
    </w:p>
    <w:p>
      <w:pPr>
        <w:ind w:left="320"/>
      </w:pPr>
      <w:r>
        <w:rPr>
          <w:rFonts w:ascii="맑은 고딕" w:hAnsi="맑은 고딕" w:eastAsia="맑은 고딕"/>
          <w:b w:val="0"/>
          <w:color w:val="4E5968"/>
          <w:sz w:val="22"/>
        </w:rPr>
        <w:t>① 부자여서 돈이 전혀 필요 없어서</w:t>
      </w:r>
    </w:p>
    <w:p>
      <w:pPr>
        <w:ind w:left="320"/>
      </w:pPr>
      <w:r>
        <w:rPr>
          <w:rFonts w:ascii="맑은 고딕" w:hAnsi="맑은 고딕" w:eastAsia="맑은 고딕"/>
          <w:b w:val="0"/>
          <w:color w:val="4E5968"/>
          <w:sz w:val="22"/>
        </w:rPr>
        <w:t>② 동정이 오히려 부담스러워서</w:t>
      </w:r>
    </w:p>
    <w:p>
      <w:pPr>
        <w:ind w:left="320"/>
      </w:pPr>
      <w:r>
        <w:rPr>
          <w:rFonts w:ascii="맑은 고딕" w:hAnsi="맑은 고딕" w:eastAsia="맑은 고딕"/>
          <w:b w:val="0"/>
          <w:color w:val="4E5968"/>
          <w:sz w:val="22"/>
        </w:rPr>
        <w:t>③ 할머니를 잘 알지 못해서</w:t>
      </w:r>
    </w:p>
    <w:p>
      <w:pPr>
        <w:ind w:left="320"/>
      </w:pPr>
      <w:r>
        <w:rPr>
          <w:rFonts w:ascii="맑은 고딕" w:hAnsi="맑은 고딕" w:eastAsia="맑은 고딕"/>
          <w:b w:val="0"/>
          <w:color w:val="4E5968"/>
          <w:sz w:val="22"/>
        </w:rPr>
        <w:t>④ 돈을 받는 규칙이 없어서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수영과 인수가 만난 사진동호회의 이름은?</w:t>
      </w:r>
    </w:p>
    <w:p>
      <w:pPr>
        <w:ind w:left="320"/>
      </w:pPr>
      <w:r>
        <w:rPr>
          <w:rFonts w:ascii="맑은 고딕" w:hAnsi="맑은 고딕" w:eastAsia="맑은 고딕"/>
          <w:b w:val="0"/>
          <w:color w:val="4E5968"/>
          <w:sz w:val="22"/>
        </w:rPr>
        <w:t>① 상상클럽</w:t>
      </w:r>
    </w:p>
    <w:p>
      <w:pPr>
        <w:ind w:left="320"/>
      </w:pPr>
      <w:r>
        <w:rPr>
          <w:rFonts w:ascii="맑은 고딕" w:hAnsi="맑은 고딕" w:eastAsia="맑은 고딕"/>
          <w:b w:val="0"/>
          <w:color w:val="4E5968"/>
          <w:sz w:val="22"/>
        </w:rPr>
        <w:t>② 빛모임</w:t>
      </w:r>
    </w:p>
    <w:p>
      <w:pPr>
        <w:ind w:left="320"/>
      </w:pPr>
      <w:r>
        <w:rPr>
          <w:rFonts w:ascii="맑은 고딕" w:hAnsi="맑은 고딕" w:eastAsia="맑은 고딕"/>
          <w:b w:val="0"/>
          <w:color w:val="4E5968"/>
          <w:sz w:val="22"/>
        </w:rPr>
        <w:t>③ 릴루미노</w:t>
      </w:r>
    </w:p>
    <w:p>
      <w:pPr>
        <w:ind w:left="320"/>
      </w:pPr>
      <w:r>
        <w:rPr>
          <w:rFonts w:ascii="맑은 고딕" w:hAnsi="맑은 고딕" w:eastAsia="맑은 고딕"/>
          <w:b w:val="0"/>
          <w:color w:val="4E5968"/>
          <w:sz w:val="22"/>
        </w:rPr>
        <w:t>④ 두 개의 빛</w:t>
      </w:r>
    </w:p>
    <w:p>
      <w:pPr>
        <w:spacing w:before="240"/>
      </w:pPr>
      <w:r>
        <w:rPr>
          <w:rFonts w:ascii="맑은 고딕" w:hAnsi="맑은 고딕" w:eastAsia="맑은 고딕"/>
          <w:b/>
          <w:color w:val="8B95A1"/>
          <w:sz w:val="17"/>
        </w:rPr>
        <w:t xml:space="preserve">  해석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'눈이 아름다움을 보는 데 반드시 필요한 건 아니다'라는 말과 어울리는 내용은?</w:t>
      </w:r>
    </w:p>
    <w:p>
      <w:pPr>
        <w:ind w:left="320"/>
      </w:pPr>
      <w:r>
        <w:rPr>
          <w:rFonts w:ascii="맑은 고딕" w:hAnsi="맑은 고딕" w:eastAsia="맑은 고딕"/>
          <w:b w:val="0"/>
          <w:color w:val="4E5968"/>
          <w:sz w:val="22"/>
        </w:rPr>
        <w:t>① 세상에서 가장 좋은 사진기가 꼭 필요하다</w:t>
      </w:r>
    </w:p>
    <w:p>
      <w:pPr>
        <w:ind w:left="320"/>
      </w:pPr>
      <w:r>
        <w:rPr>
          <w:rFonts w:ascii="맑은 고딕" w:hAnsi="맑은 고딕" w:eastAsia="맑은 고딕"/>
          <w:b w:val="0"/>
          <w:color w:val="4E5968"/>
          <w:sz w:val="22"/>
        </w:rPr>
        <w:t>② 눈이 좋아야 사진을 찍는다</w:t>
      </w:r>
    </w:p>
    <w:p>
      <w:pPr>
        <w:ind w:left="320"/>
      </w:pPr>
      <w:r>
        <w:rPr>
          <w:rFonts w:ascii="맑은 고딕" w:hAnsi="맑은 고딕" w:eastAsia="맑은 고딕"/>
          <w:b w:val="0"/>
          <w:color w:val="4E5968"/>
          <w:sz w:val="22"/>
        </w:rPr>
        <w:t>③ 촉감·소리·냄새로도 느낄 수 있다</w:t>
      </w:r>
    </w:p>
    <w:p>
      <w:pPr>
        <w:ind w:left="320"/>
      </w:pPr>
      <w:r>
        <w:rPr>
          <w:rFonts w:ascii="맑은 고딕" w:hAnsi="맑은 고딕" w:eastAsia="맑은 고딕"/>
          <w:b w:val="0"/>
          <w:color w:val="4E5968"/>
          <w:sz w:val="22"/>
        </w:rPr>
        <w:t>④ 사진은 전문가만 찍는다</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할머니의 호의를 수영이 정중히 사양한 장면을 떠올려, '동정'이 아니라 '존중'으로 대한다는 것은 어떤 것일지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체험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내가 눈을 감고 사진을 찍는다면, 무엇을 어떤 감각(소리·냄새·촉감)으로 담고 싶은지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서로에게 빛이 되어</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시각장애인 사진동호회 '상상클럽'에서 만난 수영과 인수가 흐릿한 잔존 시력으로 세상의 빛을 사진에 담으며 서로에게 다가간다. 촉감과 소리·냄새로 아름다움을 느끼고, 시각 보조 안경 '릴루미노'의 도움으로 사랑하는 사람의 얼굴을 처음으로 또렷이 마주한다. 장애 이해를 넘어, 사람과 사람을 잇는 따뜻한 '빛'을 보여 주는 단편 영화.</w:t>
      </w:r>
    </w:p>
    <w:p>
      <w:pPr>
        <w:spacing w:before="240"/>
      </w:pPr>
      <w:r>
        <w:rPr>
          <w:rFonts w:ascii="맑은 고딕" w:hAnsi="맑은 고딕" w:eastAsia="맑은 고딕"/>
          <w:b/>
          <w:color w:val="8B95A1"/>
          <w:sz w:val="17"/>
        </w:rPr>
        <w:t xml:space="preserve">  종합 · 공통점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인수와 수영의 시력 상태에서 찾을 수 있는 공통점으로 알맞은 것은?</w:t>
      </w:r>
    </w:p>
    <w:p>
      <w:pPr>
        <w:ind w:left="320"/>
      </w:pPr>
      <w:r>
        <w:rPr>
          <w:rFonts w:ascii="맑은 고딕" w:hAnsi="맑은 고딕" w:eastAsia="맑은 고딕"/>
          <w:b w:val="0"/>
          <w:color w:val="4E5968"/>
          <w:sz w:val="22"/>
        </w:rPr>
        <w:t>① 아주 어릴 때부터 전혀 보이지 않았다</w:t>
      </w:r>
    </w:p>
    <w:p>
      <w:pPr>
        <w:ind w:left="320"/>
      </w:pPr>
      <w:r>
        <w:rPr>
          <w:rFonts w:ascii="맑은 고딕" w:hAnsi="맑은 고딕" w:eastAsia="맑은 고딕"/>
          <w:b w:val="0"/>
          <w:color w:val="4E5968"/>
          <w:sz w:val="22"/>
        </w:rPr>
        <w:t>② 빛과 형태가 흐릿하게 남아 있다</w:t>
      </w:r>
    </w:p>
    <w:p>
      <w:pPr>
        <w:ind w:left="320"/>
      </w:pPr>
      <w:r>
        <w:rPr>
          <w:rFonts w:ascii="맑은 고딕" w:hAnsi="맑은 고딕" w:eastAsia="맑은 고딕"/>
          <w:b w:val="0"/>
          <w:color w:val="4E5968"/>
          <w:sz w:val="22"/>
        </w:rPr>
        <w:t>③ 완전히 아무것도 보지 못한다</w:t>
      </w:r>
    </w:p>
    <w:p>
      <w:pPr>
        <w:ind w:left="320"/>
      </w:pPr>
      <w:r>
        <w:rPr>
          <w:rFonts w:ascii="맑은 고딕" w:hAnsi="맑은 고딕" w:eastAsia="맑은 고딕"/>
          <w:b w:val="0"/>
          <w:color w:val="4E5968"/>
          <w:sz w:val="22"/>
        </w:rPr>
        <w:t>④ 시력을 모두 되찾았다</w:t>
      </w:r>
    </w:p>
    <w:p>
      <w:pPr>
        <w:spacing w:before="240"/>
      </w:pPr>
      <w:r>
        <w:rPr>
          <w:rFonts w:ascii="맑은 고딕" w:hAnsi="맑은 고딕" w:eastAsia="맑은 고딕"/>
          <w:b/>
          <w:color w:val="8B95A1"/>
          <w:sz w:val="17"/>
        </w:rPr>
        <w:t xml:space="preserve">  해석 · 의도 파악  </w:t>
      </w:r>
    </w:p>
    <w:p>
      <w:r>
        <w:rPr>
          <w:rFonts w:ascii="맑은 고딕" w:hAnsi="맑은 고딕" w:eastAsia="맑은 고딕"/>
          <w:b/>
          <w:color w:val="2272EB"/>
          <w:sz w:val="24"/>
        </w:rPr>
        <w:t xml:space="preserve">2. </w:t>
      </w:r>
      <w:r>
        <w:rPr>
          <w:rFonts w:ascii="맑은 고딕" w:hAnsi="맑은 고딕" w:eastAsia="맑은 고딕"/>
          <w:b/>
          <w:color w:val="191F28"/>
          <w:sz w:val="23"/>
        </w:rPr>
        <w:t>수영이 '인수씨한테 꼭 필요한 거'라며 안경을 건넨 행동에 담긴 마음으로 가장 알맞은 것은?</w:t>
      </w:r>
    </w:p>
    <w:p>
      <w:pPr>
        <w:ind w:left="320"/>
      </w:pPr>
      <w:r>
        <w:rPr>
          <w:rFonts w:ascii="맑은 고딕" w:hAnsi="맑은 고딕" w:eastAsia="맑은 고딕"/>
          <w:b w:val="0"/>
          <w:color w:val="4E5968"/>
          <w:sz w:val="22"/>
        </w:rPr>
        <w:t>① 자신의 안경이 불필요해져서</w:t>
      </w:r>
    </w:p>
    <w:p>
      <w:pPr>
        <w:ind w:left="320"/>
      </w:pPr>
      <w:r>
        <w:rPr>
          <w:rFonts w:ascii="맑은 고딕" w:hAnsi="맑은 고딕" w:eastAsia="맑은 고딕"/>
          <w:b w:val="0"/>
          <w:color w:val="4E5968"/>
          <w:sz w:val="22"/>
        </w:rPr>
        <w:t>② 그저 사진을 더 잘 찍게 하려는 목적만</w:t>
      </w:r>
    </w:p>
    <w:p>
      <w:pPr>
        <w:ind w:left="320"/>
      </w:pPr>
      <w:r>
        <w:rPr>
          <w:rFonts w:ascii="맑은 고딕" w:hAnsi="맑은 고딕" w:eastAsia="맑은 고딕"/>
          <w:b w:val="0"/>
          <w:color w:val="4E5968"/>
          <w:sz w:val="22"/>
        </w:rPr>
        <w:t>③ 동호회 규칙을 따른 것이라서</w:t>
      </w:r>
    </w:p>
    <w:p>
      <w:pPr>
        <w:ind w:left="320"/>
      </w:pPr>
      <w:r>
        <w:rPr>
          <w:rFonts w:ascii="맑은 고딕" w:hAnsi="맑은 고딕" w:eastAsia="맑은 고딕"/>
          <w:b w:val="0"/>
          <w:color w:val="4E5968"/>
          <w:sz w:val="22"/>
        </w:rPr>
        <w:t>④ 좋아하는 마음과 배려가 함께 담겨</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할머니가 돈을 건넨 장면이 영상에서 던지는 물음으로 가장 알맞은 것은?</w:t>
      </w:r>
    </w:p>
    <w:p>
      <w:pPr>
        <w:ind w:left="320"/>
      </w:pPr>
      <w:r>
        <w:rPr>
          <w:rFonts w:ascii="맑은 고딕" w:hAnsi="맑은 고딕" w:eastAsia="맑은 고딕"/>
          <w:b w:val="0"/>
          <w:color w:val="4E5968"/>
          <w:sz w:val="22"/>
        </w:rPr>
        <w:t>① 장애인은 어떤 도움이든 늘 거절해야 한다는 것</w:t>
      </w:r>
    </w:p>
    <w:p>
      <w:pPr>
        <w:ind w:left="320"/>
      </w:pPr>
      <w:r>
        <w:rPr>
          <w:rFonts w:ascii="맑은 고딕" w:hAnsi="맑은 고딕" w:eastAsia="맑은 고딕"/>
          <w:b w:val="0"/>
          <w:color w:val="4E5968"/>
          <w:sz w:val="22"/>
        </w:rPr>
        <w:t>② 어떤 호의든 모두 거절해야 한다는 것</w:t>
      </w:r>
    </w:p>
    <w:p>
      <w:pPr>
        <w:ind w:left="320"/>
      </w:pPr>
      <w:r>
        <w:rPr>
          <w:rFonts w:ascii="맑은 고딕" w:hAnsi="맑은 고딕" w:eastAsia="맑은 고딕"/>
          <w:b w:val="0"/>
          <w:color w:val="4E5968"/>
          <w:sz w:val="22"/>
        </w:rPr>
        <w:t>③ 동정 어린 시선이 오히려 부담이 된다는 것</w:t>
      </w:r>
    </w:p>
    <w:p>
      <w:pPr>
        <w:ind w:left="320"/>
      </w:pPr>
      <w:r>
        <w:rPr>
          <w:rFonts w:ascii="맑은 고딕" w:hAnsi="맑은 고딕" w:eastAsia="맑은 고딕"/>
          <w:b w:val="0"/>
          <w:color w:val="4E5968"/>
          <w:sz w:val="22"/>
        </w:rPr>
        <w:t>④ 돈은 절대 받으면 안 된다는 것</w:t>
      </w:r>
    </w:p>
    <w:p>
      <w:pPr>
        <w:spacing w:before="240"/>
      </w:pPr>
      <w:r>
        <w:rPr>
          <w:rFonts w:ascii="맑은 고딕" w:hAnsi="맑은 고딕" w:eastAsia="맑은 고딕"/>
          <w:b/>
          <w:color w:val="8B95A1"/>
          <w:sz w:val="17"/>
        </w:rPr>
        <w:t xml:space="preserve">  해석 · 주제 파악  </w:t>
      </w:r>
    </w:p>
    <w:p>
      <w:r>
        <w:rPr>
          <w:rFonts w:ascii="맑은 고딕" w:hAnsi="맑은 고딕" w:eastAsia="맑은 고딕"/>
          <w:b/>
          <w:color w:val="2272EB"/>
          <w:sz w:val="24"/>
        </w:rPr>
        <w:t xml:space="preserve">4. </w:t>
      </w:r>
      <w:r>
        <w:rPr>
          <w:rFonts w:ascii="맑은 고딕" w:hAnsi="맑은 고딕" w:eastAsia="맑은 고딕"/>
          <w:b/>
          <w:color w:val="191F28"/>
          <w:sz w:val="23"/>
        </w:rPr>
        <w:t>제목 '두 개의 빛(Two Lights)'이 뜻하는 바로 가장 알맞은 것은?</w:t>
      </w:r>
    </w:p>
    <w:p>
      <w:pPr>
        <w:ind w:left="320"/>
      </w:pPr>
      <w:r>
        <w:rPr>
          <w:rFonts w:ascii="맑은 고딕" w:hAnsi="맑은 고딕" w:eastAsia="맑은 고딕"/>
          <w:b w:val="0"/>
          <w:color w:val="4E5968"/>
          <w:sz w:val="22"/>
        </w:rPr>
        <w:t>① 서로에게 빛이 되어 준다는 것</w:t>
      </w:r>
    </w:p>
    <w:p>
      <w:pPr>
        <w:ind w:left="320"/>
      </w:pPr>
      <w:r>
        <w:rPr>
          <w:rFonts w:ascii="맑은 고딕" w:hAnsi="맑은 고딕" w:eastAsia="맑은 고딕"/>
          <w:b w:val="0"/>
          <w:color w:val="4E5968"/>
          <w:sz w:val="22"/>
        </w:rPr>
        <w:t>② 사진에 필요한 조명이 두 개라는 것</w:t>
      </w:r>
    </w:p>
    <w:p>
      <w:pPr>
        <w:ind w:left="320"/>
      </w:pPr>
      <w:r>
        <w:rPr>
          <w:rFonts w:ascii="맑은 고딕" w:hAnsi="맑은 고딕" w:eastAsia="맑은 고딕"/>
          <w:b w:val="0"/>
          <w:color w:val="4E5968"/>
          <w:sz w:val="22"/>
        </w:rPr>
        <w:t>③ 안경에서 나오는 빛을 뜻하는 것</w:t>
      </w:r>
    </w:p>
    <w:p>
      <w:pPr>
        <w:ind w:left="320"/>
      </w:pPr>
      <w:r>
        <w:rPr>
          <w:rFonts w:ascii="맑은 고딕" w:hAnsi="맑은 고딕" w:eastAsia="맑은 고딕"/>
          <w:b w:val="0"/>
          <w:color w:val="4E5968"/>
          <w:sz w:val="22"/>
        </w:rPr>
        <w:t>④ 낮과 밤, 두 빛을 뜻하는 것</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인수가 겪은 일을 일어난 순서대로 기호를 써 보세요.</w:t>
      </w:r>
    </w:p>
    <w:p>
      <w:pPr>
        <w:ind w:left="320"/>
      </w:pPr>
      <w:r>
        <w:rPr>
          <w:rFonts w:ascii="맑은 고딕" w:hAnsi="맑은 고딕" w:eastAsia="맑은 고딕"/>
          <w:b w:val="0"/>
          <w:color w:val="333D4B"/>
          <w:sz w:val="22"/>
        </w:rPr>
        <w:t>ㄱ. 촉감으로 사진 찍는 법을 배운다.</w:t>
      </w:r>
    </w:p>
    <w:p>
      <w:pPr>
        <w:ind w:left="320"/>
      </w:pPr>
      <w:r>
        <w:rPr>
          <w:rFonts w:ascii="맑은 고딕" w:hAnsi="맑은 고딕" w:eastAsia="맑은 고딕"/>
          <w:b w:val="0"/>
          <w:color w:val="333D4B"/>
          <w:sz w:val="22"/>
        </w:rPr>
        <w:t>ㄴ. 새 회원으로 동호회에 들어온다.</w:t>
      </w:r>
    </w:p>
    <w:p>
      <w:pPr>
        <w:ind w:left="320"/>
      </w:pPr>
      <w:r>
        <w:rPr>
          <w:rFonts w:ascii="맑은 고딕" w:hAnsi="맑은 고딕" w:eastAsia="맑은 고딕"/>
          <w:b w:val="0"/>
          <w:color w:val="333D4B"/>
          <w:sz w:val="22"/>
        </w:rPr>
        <w:t>ㄷ. 안경으로 수영을 또렷이 마주한다.</w:t>
      </w:r>
    </w:p>
    <w:p>
      <w:pPr>
        <w:ind w:left="320"/>
      </w:pPr>
      <w:r>
        <w:rPr>
          <w:rFonts w:ascii="맑은 고딕" w:hAnsi="맑은 고딕" w:eastAsia="맑은 고딕"/>
          <w:b w:val="0"/>
          <w:color w:val="333D4B"/>
          <w:sz w:val="22"/>
        </w:rPr>
        <w:t>ㄹ. 수영의 마음과 함께 안경을 받는다.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의도 파악  </w:t>
      </w:r>
    </w:p>
    <w:p>
      <w:r>
        <w:rPr>
          <w:rFonts w:ascii="맑은 고딕" w:hAnsi="맑은 고딕" w:eastAsia="맑은 고딕"/>
          <w:b/>
          <w:color w:val="2272EB"/>
          <w:sz w:val="24"/>
        </w:rPr>
        <w:t xml:space="preserve">6. </w:t>
      </w:r>
      <w:r>
        <w:rPr>
          <w:rFonts w:ascii="맑은 고딕" w:hAnsi="맑은 고딕" w:eastAsia="맑은 고딕"/>
          <w:b/>
          <w:color w:val="191F28"/>
          <w:sz w:val="23"/>
        </w:rPr>
        <w:t>회원들이 화가 '모네'를 언급한 까닭으로 가장 알맞은 것은?</w:t>
      </w:r>
    </w:p>
    <w:p>
      <w:pPr>
        <w:ind w:left="320"/>
      </w:pPr>
      <w:r>
        <w:rPr>
          <w:rFonts w:ascii="맑은 고딕" w:hAnsi="맑은 고딕" w:eastAsia="맑은 고딕"/>
          <w:b w:val="0"/>
          <w:color w:val="4E5968"/>
          <w:sz w:val="22"/>
        </w:rPr>
        <w:t>① 모네가 사진작가였다고 알리려고</w:t>
      </w:r>
    </w:p>
    <w:p>
      <w:pPr>
        <w:ind w:left="320"/>
      </w:pPr>
      <w:r>
        <w:rPr>
          <w:rFonts w:ascii="맑은 고딕" w:hAnsi="맑은 고딕" w:eastAsia="맑은 고딕"/>
          <w:b w:val="0"/>
          <w:color w:val="4E5968"/>
          <w:sz w:val="22"/>
        </w:rPr>
        <w:t>② 장애가 있어도 명작을 남길 수 있어서</w:t>
      </w:r>
    </w:p>
    <w:p>
      <w:pPr>
        <w:ind w:left="320"/>
      </w:pPr>
      <w:r>
        <w:rPr>
          <w:rFonts w:ascii="맑은 고딕" w:hAnsi="맑은 고딕" w:eastAsia="맑은 고딕"/>
          <w:b w:val="0"/>
          <w:color w:val="4E5968"/>
          <w:sz w:val="22"/>
        </w:rPr>
        <w:t>③ 백내장 치료법을 알려 주려고</w:t>
      </w:r>
    </w:p>
    <w:p>
      <w:pPr>
        <w:ind w:left="320"/>
      </w:pPr>
      <w:r>
        <w:rPr>
          <w:rFonts w:ascii="맑은 고딕" w:hAnsi="맑은 고딕" w:eastAsia="맑은 고딕"/>
          <w:b w:val="0"/>
          <w:color w:val="4E5968"/>
          <w:sz w:val="22"/>
        </w:rPr>
        <w:t>④ 그림이 사진보다 훨씬 더 낫다고 말하려고</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이 영화가 궁극적으로 전하려는 바로 가장 알맞은 것은?</w:t>
      </w:r>
    </w:p>
    <w:p>
      <w:pPr>
        <w:ind w:left="320"/>
      </w:pPr>
      <w:r>
        <w:rPr>
          <w:rFonts w:ascii="맑은 고딕" w:hAnsi="맑은 고딕" w:eastAsia="맑은 고딕"/>
          <w:b w:val="0"/>
          <w:color w:val="4E5968"/>
          <w:sz w:val="22"/>
        </w:rPr>
        <w:t>① 시각장애인은 절대로 사진 같은 건 못 찍는다는 것</w:t>
      </w:r>
    </w:p>
    <w:p>
      <w:pPr>
        <w:ind w:left="320"/>
      </w:pPr>
      <w:r>
        <w:rPr>
          <w:rFonts w:ascii="맑은 고딕" w:hAnsi="맑은 고딕" w:eastAsia="맑은 고딕"/>
          <w:b w:val="0"/>
          <w:color w:val="4E5968"/>
          <w:sz w:val="22"/>
        </w:rPr>
        <w:t>② 최신 기술이 가장 중요하다는 것</w:t>
      </w:r>
    </w:p>
    <w:p>
      <w:pPr>
        <w:ind w:left="320"/>
      </w:pPr>
      <w:r>
        <w:rPr>
          <w:rFonts w:ascii="맑은 고딕" w:hAnsi="맑은 고딕" w:eastAsia="맑은 고딕"/>
          <w:b w:val="0"/>
          <w:color w:val="4E5968"/>
          <w:sz w:val="22"/>
        </w:rPr>
        <w:t>③ 사랑은 외모가 중요하다는 것</w:t>
      </w:r>
    </w:p>
    <w:p>
      <w:pPr>
        <w:ind w:left="320"/>
      </w:pPr>
      <w:r>
        <w:rPr>
          <w:rFonts w:ascii="맑은 고딕" w:hAnsi="맑은 고딕" w:eastAsia="맑은 고딕"/>
          <w:b w:val="0"/>
          <w:color w:val="4E5968"/>
          <w:sz w:val="22"/>
        </w:rPr>
        <w:t>④ 서로 다른 사람들이 빛이 되어 잇는다는 것</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마지막에 인수가 안경으로 수영을 보는 장면이 주는 의미로 가장 알맞은 것은?</w:t>
      </w:r>
    </w:p>
    <w:p>
      <w:pPr>
        <w:ind w:left="320"/>
      </w:pPr>
      <w:r>
        <w:rPr>
          <w:rFonts w:ascii="맑은 고딕" w:hAnsi="맑은 고딕" w:eastAsia="맑은 고딕"/>
          <w:b w:val="0"/>
          <w:color w:val="4E5968"/>
          <w:sz w:val="22"/>
        </w:rPr>
        <w:t>① 좋아한 사람을 처음 또렷이 본 순간</w:t>
      </w:r>
    </w:p>
    <w:p>
      <w:pPr>
        <w:ind w:left="320"/>
      </w:pPr>
      <w:r>
        <w:rPr>
          <w:rFonts w:ascii="맑은 고딕" w:hAnsi="맑은 고딕" w:eastAsia="맑은 고딕"/>
          <w:b w:val="0"/>
          <w:color w:val="4E5968"/>
          <w:sz w:val="22"/>
        </w:rPr>
        <w:t>② 새 안경의 성능을 시험해 보려던 행동</w:t>
      </w:r>
    </w:p>
    <w:p>
      <w:pPr>
        <w:ind w:left="320"/>
      </w:pPr>
      <w:r>
        <w:rPr>
          <w:rFonts w:ascii="맑은 고딕" w:hAnsi="맑은 고딕" w:eastAsia="맑은 고딕"/>
          <w:b w:val="0"/>
          <w:color w:val="4E5968"/>
          <w:sz w:val="22"/>
        </w:rPr>
        <w:t>③ 사진을 찍기 위해 준비하던 과정</w:t>
      </w:r>
    </w:p>
    <w:p>
      <w:pPr>
        <w:ind w:left="320"/>
      </w:pPr>
      <w:r>
        <w:rPr>
          <w:rFonts w:ascii="맑은 고딕" w:hAnsi="맑은 고딕" w:eastAsia="맑은 고딕"/>
          <w:b w:val="0"/>
          <w:color w:val="4E5968"/>
          <w:sz w:val="22"/>
        </w:rPr>
        <w:t>④ 수영이 멀리 떠나가는 이별 장면</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'불쌍해서 어떡혀'라며 돈을 건넨 할머니의 호의와 수영의 반응을 견주어, '진짜 배려'란 무엇일지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외모가 아닌 '보이지 않는 아름다움(목소리·성격·마음)'으로 누군가를 본다는 것은 어떤 의미인지, 영화와 연결해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마음으로 보는 사진</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피아노 조율사</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④ 냄새(향)를 맡는 일</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손의 촉감 등 감각으로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③ 잘 보게 돕는 안경</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동정이 오히려 부담스러워서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상상클럽</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촉감·소리·냄새로도 느낄 수 있다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불쌍히 여겨 무언가를 주기보다, 똑같은 사람으로 대하고 정말 필요한 도움이 있는지 먼저 물어보는 것이다. · (평가) 동정과 존중의 차이를 장면과 연결해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바닷가에서 파도 소리와 바람의 시원함, 모래의 까끌까끌한 촉감을 떠올리며 그 순간을 담고 싶다. · (평가) 시각이 아닌 감각으로 표현하려 했는지 봐 주세요.</w:t>
      </w:r>
    </w:p>
    <w:p>
      <w:r>
        <w:br w:type="page"/>
      </w:r>
    </w:p>
    <w:p>
      <w:pPr>
        <w:spacing w:before="160"/>
      </w:pPr>
      <w:r>
        <w:rPr>
          <w:rFonts w:ascii="맑은 고딕" w:hAnsi="맑은 고딕" w:eastAsia="맑은 고딕"/>
          <w:b/>
          <w:color w:val="2272EB"/>
          <w:sz w:val="26"/>
        </w:rPr>
        <w:t>[고학년] 서로에게 빛이 되어</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빛과 형태가 흐릿하게 남아 있다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④ 좋아하는 마음과 배려가 함께 담겨</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동정 어린 시선이 오히려 부담이 된다는 것</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① 서로에게 빛이 되어 준다는 것</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장애가 있어도 명작을 남길 수 있어서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서로 다른 사람들이 빛이 되어 잇는다는 것</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좋아한 사람을 처음 또렷이 본 순간</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진짜 배려는 상대를 불쌍한 존재로 보고 베푸는 것이 아니라, 동등한 사람으로 존중하며 정말 필요한 도움이 무엇인지 먼저 묻고 그 뜻을 따르는 것이다. · (평가) 동정과 존중을 대비해 자기 생각을 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겉모습만으로 사람을 판단하지 않고, 목소리·성격·마음처럼 눈에 보이지 않는 면을 소중히 여기는 것이다. 수영과 인수가 서로의 내면에 끌린 것이 그 예다. · (평가) 영화 내용과 연결해 내면의 가치를 설명했는지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