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가방 들어주는 친구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영택이는 몸의 어디가 불편한가요?</w:t>
      </w:r>
    </w:p>
    <w:p>
      <w:pPr>
        <w:ind w:left="320"/>
      </w:pPr>
      <w:r>
        <w:rPr>
          <w:rFonts w:ascii="맑은 고딕" w:hAnsi="맑은 고딕" w:eastAsia="맑은 고딕"/>
          <w:b w:val="0"/>
          <w:color w:val="4E5968"/>
          <w:sz w:val="22"/>
        </w:rPr>
        <w:t>① 눈</w:t>
      </w:r>
    </w:p>
    <w:p>
      <w:pPr>
        <w:ind w:left="320"/>
      </w:pPr>
      <w:r>
        <w:rPr>
          <w:rFonts w:ascii="맑은 고딕" w:hAnsi="맑은 고딕" w:eastAsia="맑은 고딕"/>
          <w:b w:val="0"/>
          <w:color w:val="4E5968"/>
          <w:sz w:val="22"/>
        </w:rPr>
        <w:t>② 다리</w:t>
      </w:r>
    </w:p>
    <w:p>
      <w:pPr>
        <w:ind w:left="320"/>
      </w:pPr>
      <w:r>
        <w:rPr>
          <w:rFonts w:ascii="맑은 고딕" w:hAnsi="맑은 고딕" w:eastAsia="맑은 고딕"/>
          <w:b w:val="0"/>
          <w:color w:val="4E5968"/>
          <w:sz w:val="22"/>
        </w:rPr>
        <w:t>③ 팔</w:t>
      </w:r>
    </w:p>
    <w:p>
      <w:pPr>
        <w:ind w:left="320"/>
      </w:pPr>
      <w:r>
        <w:rPr>
          <w:rFonts w:ascii="맑은 고딕" w:hAnsi="맑은 고딕" w:eastAsia="맑은 고딕"/>
          <w:b w:val="0"/>
          <w:color w:val="4E5968"/>
          <w:sz w:val="22"/>
        </w:rPr>
        <w:t>④ 허리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2. </w:t>
      </w:r>
      <w:r>
        <w:rPr>
          <w:rFonts w:ascii="맑은 고딕" w:hAnsi="맑은 고딕" w:eastAsia="맑은 고딕"/>
          <w:b/>
          <w:color w:val="191F28"/>
          <w:sz w:val="23"/>
        </w:rPr>
        <w:t>선생님이 문석구에게 맡긴 일은 무엇인가요?</w:t>
      </w:r>
    </w:p>
    <w:p>
      <w:pPr>
        <w:ind w:left="320"/>
      </w:pPr>
      <w:r>
        <w:rPr>
          <w:rFonts w:ascii="맑은 고딕" w:hAnsi="맑은 고딕" w:eastAsia="맑은 고딕"/>
          <w:b w:val="0"/>
          <w:color w:val="4E5968"/>
          <w:sz w:val="22"/>
        </w:rPr>
        <w:t>① 영택이 가방 들어주기</w:t>
      </w:r>
    </w:p>
    <w:p>
      <w:pPr>
        <w:ind w:left="320"/>
      </w:pPr>
      <w:r>
        <w:rPr>
          <w:rFonts w:ascii="맑은 고딕" w:hAnsi="맑은 고딕" w:eastAsia="맑은 고딕"/>
          <w:b w:val="0"/>
          <w:color w:val="4E5968"/>
          <w:sz w:val="22"/>
        </w:rPr>
        <w:t>② 더러운 교실 바닥 청소하기</w:t>
      </w:r>
    </w:p>
    <w:p>
      <w:pPr>
        <w:ind w:left="320"/>
      </w:pPr>
      <w:r>
        <w:rPr>
          <w:rFonts w:ascii="맑은 고딕" w:hAnsi="맑은 고딕" w:eastAsia="맑은 고딕"/>
          <w:b w:val="0"/>
          <w:color w:val="4E5968"/>
          <w:sz w:val="22"/>
        </w:rPr>
        <w:t>③ 숙제 도와주기</w:t>
      </w:r>
    </w:p>
    <w:p>
      <w:pPr>
        <w:ind w:left="320"/>
      </w:pPr>
      <w:r>
        <w:rPr>
          <w:rFonts w:ascii="맑은 고딕" w:hAnsi="맑은 고딕" w:eastAsia="맑은 고딕"/>
          <w:b w:val="0"/>
          <w:color w:val="4E5968"/>
          <w:sz w:val="22"/>
        </w:rPr>
        <w:t>④ 급식 나르기</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3. </w:t>
      </w:r>
      <w:r>
        <w:rPr>
          <w:rFonts w:ascii="맑은 고딕" w:hAnsi="맑은 고딕" w:eastAsia="맑은 고딕"/>
          <w:b/>
          <w:color w:val="191F28"/>
          <w:sz w:val="23"/>
        </w:rPr>
        <w:t>영택이는 걸을 때 무엇을 사용하나요?</w:t>
      </w:r>
    </w:p>
    <w:p>
      <w:pPr>
        <w:ind w:left="320"/>
      </w:pPr>
      <w:r>
        <w:rPr>
          <w:rFonts w:ascii="맑은 고딕" w:hAnsi="맑은 고딕" w:eastAsia="맑은 고딕"/>
          <w:b w:val="0"/>
          <w:color w:val="4E5968"/>
          <w:sz w:val="22"/>
        </w:rPr>
        <w:t>① 휠체어</w:t>
      </w:r>
    </w:p>
    <w:p>
      <w:pPr>
        <w:ind w:left="320"/>
      </w:pPr>
      <w:r>
        <w:rPr>
          <w:rFonts w:ascii="맑은 고딕" w:hAnsi="맑은 고딕" w:eastAsia="맑은 고딕"/>
          <w:b w:val="0"/>
          <w:color w:val="4E5968"/>
          <w:sz w:val="22"/>
        </w:rPr>
        <w:t>② 지팡이</w:t>
      </w:r>
    </w:p>
    <w:p>
      <w:pPr>
        <w:ind w:left="320"/>
      </w:pPr>
      <w:r>
        <w:rPr>
          <w:rFonts w:ascii="맑은 고딕" w:hAnsi="맑은 고딕" w:eastAsia="맑은 고딕"/>
          <w:b w:val="0"/>
          <w:color w:val="4E5968"/>
          <w:sz w:val="22"/>
        </w:rPr>
        <w:t>③ 자전거</w:t>
      </w:r>
    </w:p>
    <w:p>
      <w:pPr>
        <w:ind w:left="320"/>
      </w:pPr>
      <w:r>
        <w:rPr>
          <w:rFonts w:ascii="맑은 고딕" w:hAnsi="맑은 고딕" w:eastAsia="맑은 고딕"/>
          <w:b w:val="0"/>
          <w:color w:val="4E5968"/>
          <w:sz w:val="22"/>
        </w:rPr>
        <w:t>④ 목발</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문석구가 영택이 가방을 들어주자 친구들이 뭐라고 놀렸나요?</w:t>
      </w:r>
    </w:p>
    <w:p>
      <w:pPr>
        <w:ind w:left="320"/>
      </w:pPr>
      <w:r>
        <w:rPr>
          <w:rFonts w:ascii="맑은 고딕" w:hAnsi="맑은 고딕" w:eastAsia="맑은 고딕"/>
          <w:b w:val="0"/>
          <w:color w:val="4E5968"/>
          <w:sz w:val="22"/>
        </w:rPr>
        <w:t>① 반장</w:t>
      </w:r>
    </w:p>
    <w:p>
      <w:pPr>
        <w:ind w:left="320"/>
      </w:pPr>
      <w:r>
        <w:rPr>
          <w:rFonts w:ascii="맑은 고딕" w:hAnsi="맑은 고딕" w:eastAsia="맑은 고딕"/>
          <w:b w:val="0"/>
          <w:color w:val="4E5968"/>
          <w:sz w:val="22"/>
        </w:rPr>
        <w:t>② 쫄병</w:t>
      </w:r>
    </w:p>
    <w:p>
      <w:pPr>
        <w:ind w:left="320"/>
      </w:pPr>
      <w:r>
        <w:rPr>
          <w:rFonts w:ascii="맑은 고딕" w:hAnsi="맑은 고딕" w:eastAsia="맑은 고딕"/>
          <w:b w:val="0"/>
          <w:color w:val="4E5968"/>
          <w:sz w:val="22"/>
        </w:rPr>
        <w:t>③ 부자</w:t>
      </w:r>
    </w:p>
    <w:p>
      <w:pPr>
        <w:ind w:left="320"/>
      </w:pPr>
      <w:r>
        <w:rPr>
          <w:rFonts w:ascii="맑은 고딕" w:hAnsi="맑은 고딕" w:eastAsia="맑은 고딕"/>
          <w:b w:val="0"/>
          <w:color w:val="4E5968"/>
          <w:sz w:val="22"/>
        </w:rPr>
        <w:t>④ 천재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5. </w:t>
      </w:r>
      <w:r>
        <w:rPr>
          <w:rFonts w:ascii="맑은 고딕" w:hAnsi="맑은 고딕" w:eastAsia="맑은 고딕"/>
          <w:b/>
          <w:color w:val="191F28"/>
          <w:sz w:val="23"/>
        </w:rPr>
        <w:t>문석구가 영택이 생일 파티에 못 간 까닭은 무엇인가요?</w:t>
      </w:r>
    </w:p>
    <w:p>
      <w:pPr>
        <w:ind w:left="320"/>
      </w:pPr>
      <w:r>
        <w:rPr>
          <w:rFonts w:ascii="맑은 고딕" w:hAnsi="맑은 고딕" w:eastAsia="맑은 고딕"/>
          <w:b w:val="0"/>
          <w:color w:val="4E5968"/>
          <w:sz w:val="22"/>
        </w:rPr>
        <w:t>① 아파서</w:t>
      </w:r>
    </w:p>
    <w:p>
      <w:pPr>
        <w:ind w:left="320"/>
      </w:pPr>
      <w:r>
        <w:rPr>
          <w:rFonts w:ascii="맑은 고딕" w:hAnsi="맑은 고딕" w:eastAsia="맑은 고딕"/>
          <w:b w:val="0"/>
          <w:color w:val="4E5968"/>
          <w:sz w:val="22"/>
        </w:rPr>
        <w:t>② 멀리 이사를 가서</w:t>
      </w:r>
    </w:p>
    <w:p>
      <w:pPr>
        <w:ind w:left="320"/>
      </w:pPr>
      <w:r>
        <w:rPr>
          <w:rFonts w:ascii="맑은 고딕" w:hAnsi="맑은 고딕" w:eastAsia="맑은 고딕"/>
          <w:b w:val="0"/>
          <w:color w:val="4E5968"/>
          <w:sz w:val="22"/>
        </w:rPr>
        <w:t>③ 축구를 하느라</w:t>
      </w:r>
    </w:p>
    <w:p>
      <w:pPr>
        <w:ind w:left="320"/>
      </w:pPr>
      <w:r>
        <w:rPr>
          <w:rFonts w:ascii="맑은 고딕" w:hAnsi="맑은 고딕" w:eastAsia="맑은 고딕"/>
          <w:b w:val="0"/>
          <w:color w:val="4E5968"/>
          <w:sz w:val="22"/>
        </w:rPr>
        <w:t>④ 학원에 가서</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미술 시간에 문석구가 찰흙으로 만든 것은?</w:t>
      </w:r>
    </w:p>
    <w:p>
      <w:pPr>
        <w:ind w:left="320"/>
      </w:pPr>
      <w:r>
        <w:rPr>
          <w:rFonts w:ascii="맑은 고딕" w:hAnsi="맑은 고딕" w:eastAsia="맑은 고딕"/>
          <w:b w:val="0"/>
          <w:color w:val="4E5968"/>
          <w:sz w:val="22"/>
        </w:rPr>
        <w:t>① 탱크</w:t>
      </w:r>
    </w:p>
    <w:p>
      <w:pPr>
        <w:ind w:left="320"/>
      </w:pPr>
      <w:r>
        <w:rPr>
          <w:rFonts w:ascii="맑은 고딕" w:hAnsi="맑은 고딕" w:eastAsia="맑은 고딕"/>
          <w:b w:val="0"/>
          <w:color w:val="4E5968"/>
          <w:sz w:val="22"/>
        </w:rPr>
        <w:t>② 강아지</w:t>
      </w:r>
    </w:p>
    <w:p>
      <w:pPr>
        <w:ind w:left="320"/>
      </w:pPr>
      <w:r>
        <w:rPr>
          <w:rFonts w:ascii="맑은 고딕" w:hAnsi="맑은 고딕" w:eastAsia="맑은 고딕"/>
          <w:b w:val="0"/>
          <w:color w:val="4E5968"/>
          <w:sz w:val="22"/>
        </w:rPr>
        <w:t>③ 자동차</w:t>
      </w:r>
    </w:p>
    <w:p>
      <w:pPr>
        <w:ind w:left="320"/>
      </w:pPr>
      <w:r>
        <w:rPr>
          <w:rFonts w:ascii="맑은 고딕" w:hAnsi="맑은 고딕" w:eastAsia="맑은 고딕"/>
          <w:b w:val="0"/>
          <w:color w:val="4E5968"/>
          <w:sz w:val="22"/>
        </w:rPr>
        <w:t>④ 꽃</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찰흙이 모자란 문석구에게 영택이가 나눠 준 것은?</w:t>
      </w:r>
    </w:p>
    <w:p>
      <w:pPr>
        <w:ind w:left="320"/>
      </w:pPr>
      <w:r>
        <w:rPr>
          <w:rFonts w:ascii="맑은 고딕" w:hAnsi="맑은 고딕" w:eastAsia="맑은 고딕"/>
          <w:b w:val="0"/>
          <w:color w:val="4E5968"/>
          <w:sz w:val="22"/>
        </w:rPr>
        <w:t>① 색연필</w:t>
      </w:r>
    </w:p>
    <w:p>
      <w:pPr>
        <w:ind w:left="320"/>
      </w:pPr>
      <w:r>
        <w:rPr>
          <w:rFonts w:ascii="맑은 고딕" w:hAnsi="맑은 고딕" w:eastAsia="맑은 고딕"/>
          <w:b w:val="0"/>
          <w:color w:val="4E5968"/>
          <w:sz w:val="22"/>
        </w:rPr>
        <w:t>② 가위</w:t>
      </w:r>
    </w:p>
    <w:p>
      <w:pPr>
        <w:ind w:left="320"/>
      </w:pPr>
      <w:r>
        <w:rPr>
          <w:rFonts w:ascii="맑은 고딕" w:hAnsi="맑은 고딕" w:eastAsia="맑은 고딕"/>
          <w:b w:val="0"/>
          <w:color w:val="4E5968"/>
          <w:sz w:val="22"/>
        </w:rPr>
        <w:t>③ 풀</w:t>
      </w:r>
    </w:p>
    <w:p>
      <w:pPr>
        <w:ind w:left="320"/>
      </w:pPr>
      <w:r>
        <w:rPr>
          <w:rFonts w:ascii="맑은 고딕" w:hAnsi="맑은 고딕" w:eastAsia="맑은 고딕"/>
          <w:b w:val="0"/>
          <w:color w:val="4E5968"/>
          <w:sz w:val="22"/>
        </w:rPr>
        <w:t>④ 찰흙</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이야기 마지막에 문석구는 영택이에게 어떤 사이가 되었나요?</w:t>
      </w:r>
    </w:p>
    <w:p>
      <w:pPr>
        <w:ind w:left="320"/>
      </w:pPr>
      <w:r>
        <w:rPr>
          <w:rFonts w:ascii="맑은 고딕" w:hAnsi="맑은 고딕" w:eastAsia="맑은 고딕"/>
          <w:b w:val="0"/>
          <w:color w:val="4E5968"/>
          <w:sz w:val="22"/>
        </w:rPr>
        <w:t>① 쫄병</w:t>
      </w:r>
    </w:p>
    <w:p>
      <w:pPr>
        <w:ind w:left="320"/>
      </w:pPr>
      <w:r>
        <w:rPr>
          <w:rFonts w:ascii="맑은 고딕" w:hAnsi="맑은 고딕" w:eastAsia="맑은 고딕"/>
          <w:b w:val="0"/>
          <w:color w:val="4E5968"/>
          <w:sz w:val="22"/>
        </w:rPr>
        <w:t>② 선생님</w:t>
      </w:r>
    </w:p>
    <w:p>
      <w:pPr>
        <w:ind w:left="320"/>
      </w:pPr>
      <w:r>
        <w:rPr>
          <w:rFonts w:ascii="맑은 고딕" w:hAnsi="맑은 고딕" w:eastAsia="맑은 고딕"/>
          <w:b w:val="0"/>
          <w:color w:val="4E5968"/>
          <w:sz w:val="22"/>
        </w:rPr>
        <w:t>③ 친구</w:t>
      </w:r>
    </w:p>
    <w:p>
      <w:pPr>
        <w:ind w:left="320"/>
      </w:pPr>
      <w:r>
        <w:rPr>
          <w:rFonts w:ascii="맑은 고딕" w:hAnsi="맑은 고딕" w:eastAsia="맑은 고딕"/>
          <w:b w:val="0"/>
          <w:color w:val="4E5968"/>
          <w:sz w:val="22"/>
        </w:rPr>
        <w:t>④ 형</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영택  ·          ·  다리가 불편한 새 친구</w:t>
      </w:r>
    </w:p>
    <w:p>
      <w:pPr>
        <w:ind w:left="320"/>
      </w:pPr>
      <w:r>
        <w:rPr>
          <w:rFonts w:ascii="맑은 고딕" w:hAnsi="맑은 고딕" w:eastAsia="맑은 고딕"/>
          <w:b w:val="0"/>
          <w:color w:val="333D4B"/>
          <w:sz w:val="22"/>
        </w:rPr>
        <w:t>문석구  ·          ·  가방을 들어주는 짝꿍</w:t>
      </w:r>
    </w:p>
    <w:p>
      <w:pPr>
        <w:ind w:left="320"/>
      </w:pPr>
      <w:r>
        <w:rPr>
          <w:rFonts w:ascii="맑은 고딕" w:hAnsi="맑은 고딕" w:eastAsia="맑은 고딕"/>
          <w:b w:val="0"/>
          <w:color w:val="333D4B"/>
          <w:sz w:val="22"/>
        </w:rPr>
        <w:t>목발  ·          ·  걸을 때 짚는 것</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몸이 불편한 친구와 사이좋게 지내려면 어떻게 하면 좋을지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쫄병에서 친구로</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다리가 불편해 목발을 짚는 새 친구 영택이의 가방을, 선생님 부탁으로 문석구가 들어 주게 된다. 처음엔 '쫄병' 노릇이라며 귀찮아하고 친구들의 놀림과 어른들의 편견 속에서 속상해하지만, 점차 진심으로 영택이를 돕고 싶어진다. 의무로 시작된 일이 마음에서 우러난 우정으로 바뀌어, 3학년에도 스스로 가방을 들어 주는 '친구'가 되는 따뜻한 이야기.</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선생님이 문석구에게 영택이 가방을 들어주라고 한 까닭은?</w:t>
      </w:r>
    </w:p>
    <w:p>
      <w:pPr>
        <w:ind w:left="320"/>
      </w:pPr>
      <w:r>
        <w:rPr>
          <w:rFonts w:ascii="맑은 고딕" w:hAnsi="맑은 고딕" w:eastAsia="맑은 고딕"/>
          <w:b w:val="0"/>
          <w:color w:val="4E5968"/>
          <w:sz w:val="22"/>
        </w:rPr>
        <w:t>① 집이 같은 방향이라서</w:t>
      </w:r>
    </w:p>
    <w:p>
      <w:pPr>
        <w:ind w:left="320"/>
      </w:pPr>
      <w:r>
        <w:rPr>
          <w:rFonts w:ascii="맑은 고딕" w:hAnsi="맑은 고딕" w:eastAsia="맑은 고딕"/>
          <w:b w:val="0"/>
          <w:color w:val="4E5968"/>
          <w:sz w:val="22"/>
        </w:rPr>
        <w:t>② 문석구가 힘이 아주 세서</w:t>
      </w:r>
    </w:p>
    <w:p>
      <w:pPr>
        <w:ind w:left="320"/>
      </w:pPr>
      <w:r>
        <w:rPr>
          <w:rFonts w:ascii="맑은 고딕" w:hAnsi="맑은 고딕" w:eastAsia="맑은 고딕"/>
          <w:b w:val="0"/>
          <w:color w:val="4E5968"/>
          <w:sz w:val="22"/>
        </w:rPr>
        <w:t>③ 문석구가 반장이라서</w:t>
      </w:r>
    </w:p>
    <w:p>
      <w:pPr>
        <w:ind w:left="320"/>
      </w:pPr>
      <w:r>
        <w:rPr>
          <w:rFonts w:ascii="맑은 고딕" w:hAnsi="맑은 고딕" w:eastAsia="맑은 고딕"/>
          <w:b w:val="0"/>
          <w:color w:val="4E5968"/>
          <w:sz w:val="22"/>
        </w:rPr>
        <w:t>④ 둘이 친한 친구라서</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2. </w:t>
      </w:r>
      <w:r>
        <w:rPr>
          <w:rFonts w:ascii="맑은 고딕" w:hAnsi="맑은 고딕" w:eastAsia="맑은 고딕"/>
          <w:b/>
          <w:color w:val="191F28"/>
          <w:sz w:val="23"/>
        </w:rPr>
        <w:t>문석구가 '혼날까 봐가 아니라 내가 네 가방 들고 싶어서'라고 한 말에서 알 수 있는 마음은?</w:t>
      </w:r>
    </w:p>
    <w:p>
      <w:pPr>
        <w:ind w:left="320"/>
      </w:pPr>
      <w:r>
        <w:rPr>
          <w:rFonts w:ascii="맑은 고딕" w:hAnsi="맑은 고딕" w:eastAsia="맑은 고딕"/>
          <w:b w:val="0"/>
          <w:color w:val="4E5968"/>
          <w:sz w:val="22"/>
        </w:rPr>
        <w:t>① 선생님이 무서워서</w:t>
      </w:r>
    </w:p>
    <w:p>
      <w:pPr>
        <w:ind w:left="320"/>
      </w:pPr>
      <w:r>
        <w:rPr>
          <w:rFonts w:ascii="맑은 고딕" w:hAnsi="맑은 고딕" w:eastAsia="맑은 고딕"/>
          <w:b w:val="0"/>
          <w:color w:val="4E5968"/>
          <w:sz w:val="22"/>
        </w:rPr>
        <w:t>② 칭찬받고 싶어서</w:t>
      </w:r>
    </w:p>
    <w:p>
      <w:pPr>
        <w:ind w:left="320"/>
      </w:pPr>
      <w:r>
        <w:rPr>
          <w:rFonts w:ascii="맑은 고딕" w:hAnsi="맑은 고딕" w:eastAsia="맑은 고딕"/>
          <w:b w:val="0"/>
          <w:color w:val="4E5968"/>
          <w:sz w:val="22"/>
        </w:rPr>
        <w:t>③ 진심으로 돕고 싶어진 마음</w:t>
      </w:r>
    </w:p>
    <w:p>
      <w:pPr>
        <w:ind w:left="320"/>
      </w:pPr>
      <w:r>
        <w:rPr>
          <w:rFonts w:ascii="맑은 고딕" w:hAnsi="맑은 고딕" w:eastAsia="맑은 고딕"/>
          <w:b w:val="0"/>
          <w:color w:val="4E5968"/>
          <w:sz w:val="22"/>
        </w:rPr>
        <w:t>④ 영택이를 함부로 무시하는 마음</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3. </w:t>
      </w:r>
      <w:r>
        <w:rPr>
          <w:rFonts w:ascii="맑은 고딕" w:hAnsi="맑은 고딕" w:eastAsia="맑은 고딕"/>
          <w:b/>
          <w:color w:val="191F28"/>
          <w:sz w:val="23"/>
        </w:rPr>
        <w:t>친구들이 '쫄병'이라 놀릴 때 문석구의 기분은 어땠나요?</w:t>
      </w:r>
    </w:p>
    <w:p>
      <w:pPr>
        <w:ind w:left="320"/>
      </w:pPr>
      <w:r>
        <w:rPr>
          <w:rFonts w:ascii="맑은 고딕" w:hAnsi="맑은 고딕" w:eastAsia="맑은 고딕"/>
          <w:b w:val="0"/>
          <w:color w:val="4E5968"/>
          <w:sz w:val="22"/>
        </w:rPr>
        <w:t>① 즐겁고 신났다</w:t>
      </w:r>
    </w:p>
    <w:p>
      <w:pPr>
        <w:ind w:left="320"/>
      </w:pPr>
      <w:r>
        <w:rPr>
          <w:rFonts w:ascii="맑은 고딕" w:hAnsi="맑은 고딕" w:eastAsia="맑은 고딕"/>
          <w:b w:val="0"/>
          <w:color w:val="4E5968"/>
          <w:sz w:val="22"/>
        </w:rPr>
        <w:t>② 짜증나고 속상했다</w:t>
      </w:r>
    </w:p>
    <w:p>
      <w:pPr>
        <w:ind w:left="320"/>
      </w:pPr>
      <w:r>
        <w:rPr>
          <w:rFonts w:ascii="맑은 고딕" w:hAnsi="맑은 고딕" w:eastAsia="맑은 고딕"/>
          <w:b w:val="0"/>
          <w:color w:val="4E5968"/>
          <w:sz w:val="22"/>
        </w:rPr>
        <w:t>③ 자랑스러웠다</w:t>
      </w:r>
    </w:p>
    <w:p>
      <w:pPr>
        <w:ind w:left="320"/>
      </w:pPr>
      <w:r>
        <w:rPr>
          <w:rFonts w:ascii="맑은 고딕" w:hAnsi="맑은 고딕" w:eastAsia="맑은 고딕"/>
          <w:b w:val="0"/>
          <w:color w:val="4E5968"/>
          <w:sz w:val="22"/>
        </w:rPr>
        <w:t>④ 하나도 아무렇지 않았다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어른들이 영택이를 두고 '짐'이라고 했을 때 문석구가 화가 난 까닭은?</w:t>
      </w:r>
    </w:p>
    <w:p>
      <w:pPr>
        <w:ind w:left="320"/>
      </w:pPr>
      <w:r>
        <w:rPr>
          <w:rFonts w:ascii="맑은 고딕" w:hAnsi="맑은 고딕" w:eastAsia="맑은 고딕"/>
          <w:b w:val="0"/>
          <w:color w:val="4E5968"/>
          <w:sz w:val="22"/>
        </w:rPr>
        <w:t>① 자기를 놀려서</w:t>
      </w:r>
    </w:p>
    <w:p>
      <w:pPr>
        <w:ind w:left="320"/>
      </w:pPr>
      <w:r>
        <w:rPr>
          <w:rFonts w:ascii="맑은 고딕" w:hAnsi="맑은 고딕" w:eastAsia="맑은 고딕"/>
          <w:b w:val="0"/>
          <w:color w:val="4E5968"/>
          <w:sz w:val="22"/>
        </w:rPr>
        <w:t>② 좋아하는 축구를 못 하게 해서</w:t>
      </w:r>
    </w:p>
    <w:p>
      <w:pPr>
        <w:ind w:left="320"/>
      </w:pPr>
      <w:r>
        <w:rPr>
          <w:rFonts w:ascii="맑은 고딕" w:hAnsi="맑은 고딕" w:eastAsia="맑은 고딕"/>
          <w:b w:val="0"/>
          <w:color w:val="4E5968"/>
          <w:sz w:val="22"/>
        </w:rPr>
        <w:t>③ 너무 시끄러워서</w:t>
      </w:r>
    </w:p>
    <w:p>
      <w:pPr>
        <w:ind w:left="320"/>
      </w:pPr>
      <w:r>
        <w:rPr>
          <w:rFonts w:ascii="맑은 고딕" w:hAnsi="맑은 고딕" w:eastAsia="맑은 고딕"/>
          <w:b w:val="0"/>
          <w:color w:val="4E5968"/>
          <w:sz w:val="22"/>
        </w:rPr>
        <w:t>④ 영택이를 함부로 깔봐서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영택이 생일에 못 가 걱정돼 찾아간다.</w:t>
      </w:r>
    </w:p>
    <w:p>
      <w:pPr>
        <w:ind w:left="320"/>
      </w:pPr>
      <w:r>
        <w:rPr>
          <w:rFonts w:ascii="맑은 고딕" w:hAnsi="맑은 고딕" w:eastAsia="맑은 고딕"/>
          <w:b w:val="0"/>
          <w:color w:val="333D4B"/>
          <w:sz w:val="22"/>
        </w:rPr>
        <w:t>ㄴ. 선생님이 가방 들어주는 임무를 준다.</w:t>
      </w:r>
    </w:p>
    <w:p>
      <w:pPr>
        <w:ind w:left="320"/>
      </w:pPr>
      <w:r>
        <w:rPr>
          <w:rFonts w:ascii="맑은 고딕" w:hAnsi="맑은 고딕" w:eastAsia="맑은 고딕"/>
          <w:b w:val="0"/>
          <w:color w:val="333D4B"/>
          <w:sz w:val="22"/>
        </w:rPr>
        <w:t>ㄷ. 친구들에게 '쫄병'이라 놀림받는다.</w:t>
      </w:r>
    </w:p>
    <w:p>
      <w:pPr>
        <w:ind w:left="320"/>
      </w:pPr>
      <w:r>
        <w:rPr>
          <w:rFonts w:ascii="맑은 고딕" w:hAnsi="맑은 고딕" w:eastAsia="맑은 고딕"/>
          <w:b w:val="0"/>
          <w:color w:val="333D4B"/>
          <w:sz w:val="22"/>
        </w:rPr>
        <w:t>ㄹ. 영택이의 진짜 친구가 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생일에 못 갔던 문석구가 걱정되어 영택이를 찾아간 까닭은?</w:t>
      </w:r>
    </w:p>
    <w:p>
      <w:pPr>
        <w:ind w:left="320"/>
      </w:pPr>
      <w:r>
        <w:rPr>
          <w:rFonts w:ascii="맑은 고딕" w:hAnsi="맑은 고딕" w:eastAsia="맑은 고딕"/>
          <w:b w:val="0"/>
          <w:color w:val="4E5968"/>
          <w:sz w:val="22"/>
        </w:rPr>
        <w:t>① 선물을 주려고</w:t>
      </w:r>
    </w:p>
    <w:p>
      <w:pPr>
        <w:ind w:left="320"/>
      </w:pPr>
      <w:r>
        <w:rPr>
          <w:rFonts w:ascii="맑은 고딕" w:hAnsi="맑은 고딕" w:eastAsia="맑은 고딕"/>
          <w:b w:val="0"/>
          <w:color w:val="4E5968"/>
          <w:sz w:val="22"/>
        </w:rPr>
        <w:t>② 자기 때문에 무슨 일이 생겼을까 봐</w:t>
      </w:r>
    </w:p>
    <w:p>
      <w:pPr>
        <w:ind w:left="320"/>
      </w:pPr>
      <w:r>
        <w:rPr>
          <w:rFonts w:ascii="맑은 고딕" w:hAnsi="맑은 고딕" w:eastAsia="맑은 고딕"/>
          <w:b w:val="0"/>
          <w:color w:val="4E5968"/>
          <w:sz w:val="22"/>
        </w:rPr>
        <w:t>③ 떡볶이를 먹으려고</w:t>
      </w:r>
    </w:p>
    <w:p>
      <w:pPr>
        <w:ind w:left="320"/>
      </w:pPr>
      <w:r>
        <w:rPr>
          <w:rFonts w:ascii="맑은 고딕" w:hAnsi="맑은 고딕" w:eastAsia="맑은 고딕"/>
          <w:b w:val="0"/>
          <w:color w:val="4E5968"/>
          <w:sz w:val="22"/>
        </w:rPr>
        <w:t>④ 오래 맡아 두었던 무거운 가방을 돌려주려고</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7. </w:t>
      </w:r>
      <w:r>
        <w:rPr>
          <w:rFonts w:ascii="맑은 고딕" w:hAnsi="맑은 고딕" w:eastAsia="맑은 고딕"/>
          <w:b/>
          <w:color w:val="191F28"/>
          <w:sz w:val="23"/>
        </w:rPr>
        <w:t>영택이가 생일에 친구들을 부르고 싶어 한 까닭으로 알맞은 것은?</w:t>
      </w:r>
    </w:p>
    <w:p>
      <w:pPr>
        <w:ind w:left="320"/>
      </w:pPr>
      <w:r>
        <w:rPr>
          <w:rFonts w:ascii="맑은 고딕" w:hAnsi="맑은 고딕" w:eastAsia="맑은 고딕"/>
          <w:b w:val="0"/>
          <w:color w:val="4E5968"/>
          <w:sz w:val="22"/>
        </w:rPr>
        <w:t>① 생일 선물을 욕심껏 아주 많이 받고 싶어서</w:t>
      </w:r>
    </w:p>
    <w:p>
      <w:pPr>
        <w:ind w:left="320"/>
      </w:pPr>
      <w:r>
        <w:rPr>
          <w:rFonts w:ascii="맑은 고딕" w:hAnsi="맑은 고딕" w:eastAsia="맑은 고딕"/>
          <w:b w:val="0"/>
          <w:color w:val="4E5968"/>
          <w:sz w:val="22"/>
        </w:rPr>
        <w:t>② 자랑을 하고 싶어서</w:t>
      </w:r>
    </w:p>
    <w:p>
      <w:pPr>
        <w:ind w:left="320"/>
      </w:pPr>
      <w:r>
        <w:rPr>
          <w:rFonts w:ascii="맑은 고딕" w:hAnsi="맑은 고딕" w:eastAsia="맑은 고딕"/>
          <w:b w:val="0"/>
          <w:color w:val="4E5968"/>
          <w:sz w:val="22"/>
        </w:rPr>
        <w:t>③ 친해지고 싶은 친구가 없어 외로워서</w:t>
      </w:r>
    </w:p>
    <w:p>
      <w:pPr>
        <w:ind w:left="320"/>
      </w:pPr>
      <w:r>
        <w:rPr>
          <w:rFonts w:ascii="맑은 고딕" w:hAnsi="맑은 고딕" w:eastAsia="맑은 고딕"/>
          <w:b w:val="0"/>
          <w:color w:val="4E5968"/>
          <w:sz w:val="22"/>
        </w:rPr>
        <w:t>④ 엄마가 시켜서</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문석구가 영택이를 부르는 말이 '쫄병'에서 '친구'로 바뀐 것이 뜻하는 바는?</w:t>
      </w:r>
    </w:p>
    <w:p>
      <w:pPr>
        <w:ind w:left="320"/>
      </w:pPr>
      <w:r>
        <w:rPr>
          <w:rFonts w:ascii="맑은 고딕" w:hAnsi="맑은 고딕" w:eastAsia="맑은 고딕"/>
          <w:b w:val="0"/>
          <w:color w:val="4E5968"/>
          <w:sz w:val="22"/>
        </w:rPr>
        <w:t>① 의무로 돕던 사이에서 마음을 나누는 사이가 됨</w:t>
      </w:r>
    </w:p>
    <w:p>
      <w:pPr>
        <w:ind w:left="320"/>
      </w:pPr>
      <w:r>
        <w:rPr>
          <w:rFonts w:ascii="맑은 고딕" w:hAnsi="맑은 고딕" w:eastAsia="맑은 고딕"/>
          <w:b w:val="0"/>
          <w:color w:val="4E5968"/>
          <w:sz w:val="22"/>
        </w:rPr>
        <w:t>② 이제부터는 더 이상 전혀 도와주지 않아도 된다는 것</w:t>
      </w:r>
    </w:p>
    <w:p>
      <w:pPr>
        <w:ind w:left="320"/>
      </w:pPr>
      <w:r>
        <w:rPr>
          <w:rFonts w:ascii="맑은 고딕" w:hAnsi="맑은 고딕" w:eastAsia="맑은 고딕"/>
          <w:b w:val="0"/>
          <w:color w:val="4E5968"/>
          <w:sz w:val="22"/>
        </w:rPr>
        <w:t>③ 영택이가 건강해짐</w:t>
      </w:r>
    </w:p>
    <w:p>
      <w:pPr>
        <w:ind w:left="320"/>
      </w:pPr>
      <w:r>
        <w:rPr>
          <w:rFonts w:ascii="맑은 고딕" w:hAnsi="맑은 고딕" w:eastAsia="맑은 고딕"/>
          <w:b w:val="0"/>
          <w:color w:val="4E5968"/>
          <w:sz w:val="22"/>
        </w:rPr>
        <w:t>④ 선생님이 바뀜</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문석구의 마음이 처음과 나중에 어떻게 바뀌었는지, 까닭과 함께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영택이의 입장이 되어, 문석구에게 하고 싶은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돕는 사이에서 친구로</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다리가 불편해 목발을 짚는 새 친구 영택이의 가방을, 선생님 부탁으로 문석구가 들어 주게 된다. 처음엔 '쫄병' 노릇이라며 귀찮아하고 친구들의 놀림과 어른들의 편견 속에서 속상해하지만, 점차 진심으로 영택이를 돕고 싶어진다. 의무로 시작된 일이 마음에서 우러난 우정으로 바뀌어, 3학년에도 스스로 가방을 들어 주는 '친구'가 되는 따뜻한 이야기.</w:t>
      </w:r>
    </w:p>
    <w:p>
      <w:pPr>
        <w:spacing w:before="240"/>
      </w:pPr>
      <w:r>
        <w:rPr>
          <w:rFonts w:ascii="맑은 고딕" w:hAnsi="맑은 고딕" w:eastAsia="맑은 고딕"/>
          <w:b/>
          <w:color w:val="8B95A1"/>
          <w:sz w:val="17"/>
        </w:rPr>
        <w:t xml:space="preserve">  해석 · 주제 파악  </w:t>
      </w:r>
    </w:p>
    <w:p>
      <w:r>
        <w:rPr>
          <w:rFonts w:ascii="맑은 고딕" w:hAnsi="맑은 고딕" w:eastAsia="맑은 고딕"/>
          <w:b/>
          <w:color w:val="2272EB"/>
          <w:sz w:val="24"/>
        </w:rPr>
        <w:t xml:space="preserve">1. </w:t>
      </w:r>
      <w:r>
        <w:rPr>
          <w:rFonts w:ascii="맑은 고딕" w:hAnsi="맑은 고딕" w:eastAsia="맑은 고딕"/>
          <w:b/>
          <w:color w:val="191F28"/>
          <w:sz w:val="23"/>
        </w:rPr>
        <w:t>문석구가 영택이를 '쫄병'에서 '친구'로 부르게 된 과정이 보여 주는 것은?</w:t>
      </w:r>
    </w:p>
    <w:p>
      <w:pPr>
        <w:ind w:left="320"/>
      </w:pPr>
      <w:r>
        <w:rPr>
          <w:rFonts w:ascii="맑은 고딕" w:hAnsi="맑은 고딕" w:eastAsia="맑은 고딕"/>
          <w:b w:val="0"/>
          <w:color w:val="4E5968"/>
          <w:sz w:val="22"/>
        </w:rPr>
        <w:t>① 억지로 맡게 된 일은 끝까지 영원히 의무로만 남는다는 것</w:t>
      </w:r>
    </w:p>
    <w:p>
      <w:pPr>
        <w:ind w:left="320"/>
      </w:pPr>
      <w:r>
        <w:rPr>
          <w:rFonts w:ascii="맑은 고딕" w:hAnsi="맑은 고딕" w:eastAsia="맑은 고딕"/>
          <w:b w:val="0"/>
          <w:color w:val="4E5968"/>
          <w:sz w:val="22"/>
        </w:rPr>
        <w:t>② 억지로 맡은 의무가 진정한 우정으로 변해 가는 것</w:t>
      </w:r>
    </w:p>
    <w:p>
      <w:pPr>
        <w:ind w:left="320"/>
      </w:pPr>
      <w:r>
        <w:rPr>
          <w:rFonts w:ascii="맑은 고딕" w:hAnsi="맑은 고딕" w:eastAsia="맑은 고딕"/>
          <w:b w:val="0"/>
          <w:color w:val="4E5968"/>
          <w:sz w:val="22"/>
        </w:rPr>
        <w:t>③ 가방을 드는 일이 가장 중요하다는 것</w:t>
      </w:r>
    </w:p>
    <w:p>
      <w:pPr>
        <w:ind w:left="320"/>
      </w:pPr>
      <w:r>
        <w:rPr>
          <w:rFonts w:ascii="맑은 고딕" w:hAnsi="맑은 고딕" w:eastAsia="맑은 고딕"/>
          <w:b w:val="0"/>
          <w:color w:val="4E5968"/>
          <w:sz w:val="22"/>
        </w:rPr>
        <w:t>④ 선생님 말은 무조건 지켜야 한다는 것</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영택이를 '평생 짐'이라 한 어른들의 말과, 그에 화를 낸 문석구를 견주어 알 수 있는 것은?</w:t>
      </w:r>
    </w:p>
    <w:p>
      <w:pPr>
        <w:ind w:left="320"/>
      </w:pPr>
      <w:r>
        <w:rPr>
          <w:rFonts w:ascii="맑은 고딕" w:hAnsi="맑은 고딕" w:eastAsia="맑은 고딕"/>
          <w:b w:val="0"/>
          <w:color w:val="4E5968"/>
          <w:sz w:val="22"/>
        </w:rPr>
        <w:t>① 나이 든 어른이 언제나 아이보다 훨씬 더 옳다는 것</w:t>
      </w:r>
    </w:p>
    <w:p>
      <w:pPr>
        <w:ind w:left="320"/>
      </w:pPr>
      <w:r>
        <w:rPr>
          <w:rFonts w:ascii="맑은 고딕" w:hAnsi="맑은 고딕" w:eastAsia="맑은 고딕"/>
          <w:b w:val="0"/>
          <w:color w:val="4E5968"/>
          <w:sz w:val="22"/>
        </w:rPr>
        <w:t>② 장애는 부끄러운 것이라는 것</w:t>
      </w:r>
    </w:p>
    <w:p>
      <w:pPr>
        <w:ind w:left="320"/>
      </w:pPr>
      <w:r>
        <w:rPr>
          <w:rFonts w:ascii="맑은 고딕" w:hAnsi="맑은 고딕" w:eastAsia="맑은 고딕"/>
          <w:b w:val="0"/>
          <w:color w:val="4E5968"/>
          <w:sz w:val="22"/>
        </w:rPr>
        <w:t>③ 돕는 일은 힘들다는 것</w:t>
      </w:r>
    </w:p>
    <w:p>
      <w:pPr>
        <w:ind w:left="320"/>
      </w:pPr>
      <w:r>
        <w:rPr>
          <w:rFonts w:ascii="맑은 고딕" w:hAnsi="맑은 고딕" w:eastAsia="맑은 고딕"/>
          <w:b w:val="0"/>
          <w:color w:val="4E5968"/>
          <w:sz w:val="22"/>
        </w:rPr>
        <w:t>④ 아이가 오히려 편견 없이 친구로 대한다는 것</w:t>
      </w:r>
    </w:p>
    <w:p>
      <w:pPr>
        <w:spacing w:before="240"/>
      </w:pPr>
      <w:r>
        <w:rPr>
          <w:rFonts w:ascii="맑은 고딕" w:hAnsi="맑은 고딕" w:eastAsia="맑은 고딕"/>
          <w:b/>
          <w:color w:val="8B95A1"/>
          <w:sz w:val="17"/>
        </w:rPr>
        <w:t xml:space="preserve">  추론 · 핵심 비교  </w:t>
      </w:r>
    </w:p>
    <w:p>
      <w:r>
        <w:rPr>
          <w:rFonts w:ascii="맑은 고딕" w:hAnsi="맑은 고딕" w:eastAsia="맑은 고딕"/>
          <w:b/>
          <w:color w:val="2272EB"/>
          <w:sz w:val="24"/>
        </w:rPr>
        <w:t xml:space="preserve">3. </w:t>
      </w:r>
      <w:r>
        <w:rPr>
          <w:rFonts w:ascii="맑은 고딕" w:hAnsi="맑은 고딕" w:eastAsia="맑은 고딕"/>
          <w:b/>
          <w:color w:val="191F28"/>
          <w:sz w:val="23"/>
        </w:rPr>
        <w:t>가방 들기를 '귀찮아하던' 것과 '들고 싶어'진 것의 가장 큰 차이는?</w:t>
      </w:r>
    </w:p>
    <w:p>
      <w:pPr>
        <w:ind w:left="320"/>
      </w:pPr>
      <w:r>
        <w:rPr>
          <w:rFonts w:ascii="맑은 고딕" w:hAnsi="맑은 고딕" w:eastAsia="맑은 고딕"/>
          <w:b w:val="0"/>
          <w:color w:val="4E5968"/>
          <w:sz w:val="22"/>
        </w:rPr>
        <w:t>① 남이 시켜서가 아니라 스스로의 마음에서 우러난 것</w:t>
      </w:r>
    </w:p>
    <w:p>
      <w:pPr>
        <w:ind w:left="320"/>
      </w:pPr>
      <w:r>
        <w:rPr>
          <w:rFonts w:ascii="맑은 고딕" w:hAnsi="맑은 고딕" w:eastAsia="맑은 고딕"/>
          <w:b w:val="0"/>
          <w:color w:val="4E5968"/>
          <w:sz w:val="22"/>
        </w:rPr>
        <w:t>② 늘 들고 다니던 무거운 가방이 예전보다 훨씬 더 가벼워진 것</w:t>
      </w:r>
    </w:p>
    <w:p>
      <w:pPr>
        <w:ind w:left="320"/>
      </w:pPr>
      <w:r>
        <w:rPr>
          <w:rFonts w:ascii="맑은 고딕" w:hAnsi="맑은 고딕" w:eastAsia="맑은 고딕"/>
          <w:b w:val="0"/>
          <w:color w:val="4E5968"/>
          <w:sz w:val="22"/>
        </w:rPr>
        <w:t>③ 선생님이 상을 준 것</w:t>
      </w:r>
    </w:p>
    <w:p>
      <w:pPr>
        <w:ind w:left="320"/>
      </w:pPr>
      <w:r>
        <w:rPr>
          <w:rFonts w:ascii="맑은 고딕" w:hAnsi="맑은 고딕" w:eastAsia="맑은 고딕"/>
          <w:b w:val="0"/>
          <w:color w:val="4E5968"/>
          <w:sz w:val="22"/>
        </w:rPr>
        <w:t>④ 영택이가 부탁한 것</w:t>
      </w:r>
    </w:p>
    <w:p>
      <w:pPr>
        <w:spacing w:before="240"/>
      </w:pPr>
      <w:r>
        <w:rPr>
          <w:rFonts w:ascii="맑은 고딕" w:hAnsi="맑은 고딕" w:eastAsia="맑은 고딕"/>
          <w:b/>
          <w:color w:val="8B95A1"/>
          <w:sz w:val="17"/>
        </w:rPr>
        <w:t xml:space="preserve">  해석 · 마음 읽기  </w:t>
      </w:r>
    </w:p>
    <w:p>
      <w:r>
        <w:rPr>
          <w:rFonts w:ascii="맑은 고딕" w:hAnsi="맑은 고딕" w:eastAsia="맑은 고딕"/>
          <w:b/>
          <w:color w:val="2272EB"/>
          <w:sz w:val="24"/>
        </w:rPr>
        <w:t xml:space="preserve">4. </w:t>
      </w:r>
      <w:r>
        <w:rPr>
          <w:rFonts w:ascii="맑은 고딕" w:hAnsi="맑은 고딕" w:eastAsia="맑은 고딕"/>
          <w:b/>
          <w:color w:val="191F28"/>
          <w:sz w:val="23"/>
        </w:rPr>
        <w:t>영택이가 생일에 친구를 초대하고 싶어 한 장면이 드러내는 속마음은?</w:t>
      </w:r>
    </w:p>
    <w:p>
      <w:pPr>
        <w:ind w:left="320"/>
      </w:pPr>
      <w:r>
        <w:rPr>
          <w:rFonts w:ascii="맑은 고딕" w:hAnsi="맑은 고딕" w:eastAsia="맑은 고딕"/>
          <w:b w:val="0"/>
          <w:color w:val="4E5968"/>
          <w:sz w:val="22"/>
        </w:rPr>
        <w:t>① 자기 생일에 값진 선물을 욕심껏 아주 많이 받고 싶은 마음</w:t>
      </w:r>
    </w:p>
    <w:p>
      <w:pPr>
        <w:ind w:left="320"/>
      </w:pPr>
      <w:r>
        <w:rPr>
          <w:rFonts w:ascii="맑은 고딕" w:hAnsi="맑은 고딕" w:eastAsia="맑은 고딕"/>
          <w:b w:val="0"/>
          <w:color w:val="4E5968"/>
          <w:sz w:val="22"/>
        </w:rPr>
        <w:t>② 자랑하고 싶은 마음</w:t>
      </w:r>
    </w:p>
    <w:p>
      <w:pPr>
        <w:ind w:left="320"/>
      </w:pPr>
      <w:r>
        <w:rPr>
          <w:rFonts w:ascii="맑은 고딕" w:hAnsi="맑은 고딕" w:eastAsia="맑은 고딕"/>
          <w:b w:val="0"/>
          <w:color w:val="4E5968"/>
          <w:sz w:val="22"/>
        </w:rPr>
        <w:t>③ 도움받는 대상이 아니라 친구로 어울리고 싶은 마음</w:t>
      </w:r>
    </w:p>
    <w:p>
      <w:pPr>
        <w:ind w:left="320"/>
      </w:pPr>
      <w:r>
        <w:rPr>
          <w:rFonts w:ascii="맑은 고딕" w:hAnsi="맑은 고딕" w:eastAsia="맑은 고딕"/>
          <w:b w:val="0"/>
          <w:color w:val="4E5968"/>
          <w:sz w:val="22"/>
        </w:rPr>
        <w:t>④ 혼자 있고 싶은 마음</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이야기의 흐름을 일어난 순서대로 기호를 써 보세요.</w:t>
      </w:r>
    </w:p>
    <w:p>
      <w:pPr>
        <w:ind w:left="320"/>
      </w:pPr>
      <w:r>
        <w:rPr>
          <w:rFonts w:ascii="맑은 고딕" w:hAnsi="맑은 고딕" w:eastAsia="맑은 고딕"/>
          <w:b w:val="0"/>
          <w:color w:val="333D4B"/>
          <w:sz w:val="22"/>
        </w:rPr>
        <w:t>ㄱ. 친구들의 놀림과 어른들의 편견을 겪는다.</w:t>
      </w:r>
    </w:p>
    <w:p>
      <w:pPr>
        <w:ind w:left="320"/>
      </w:pPr>
      <w:r>
        <w:rPr>
          <w:rFonts w:ascii="맑은 고딕" w:hAnsi="맑은 고딕" w:eastAsia="맑은 고딕"/>
          <w:b w:val="0"/>
          <w:color w:val="333D4B"/>
          <w:sz w:val="22"/>
        </w:rPr>
        <w:t>ㄴ. 의무로 가방을 들며 귀찮아한다.</w:t>
      </w:r>
    </w:p>
    <w:p>
      <w:pPr>
        <w:ind w:left="320"/>
      </w:pPr>
      <w:r>
        <w:rPr>
          <w:rFonts w:ascii="맑은 고딕" w:hAnsi="맑은 고딕" w:eastAsia="맑은 고딕"/>
          <w:b w:val="0"/>
          <w:color w:val="333D4B"/>
          <w:sz w:val="22"/>
        </w:rPr>
        <w:t>ㄷ. 3학년에도 스스로 가방을 드는 친구가 된다.</w:t>
      </w:r>
    </w:p>
    <w:p>
      <w:pPr>
        <w:ind w:left="320"/>
      </w:pPr>
      <w:r>
        <w:rPr>
          <w:rFonts w:ascii="맑은 고딕" w:hAnsi="맑은 고딕" w:eastAsia="맑은 고딕"/>
          <w:b w:val="0"/>
          <w:color w:val="333D4B"/>
          <w:sz w:val="22"/>
        </w:rPr>
        <w:t>ㄹ. 진심으로 돕고 싶어진다.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이 이야기가 '돕는다'는 것에 대해 전하려는 바로 가장 알맞은 것은?</w:t>
      </w:r>
    </w:p>
    <w:p>
      <w:pPr>
        <w:ind w:left="320"/>
      </w:pPr>
      <w:r>
        <w:rPr>
          <w:rFonts w:ascii="맑은 고딕" w:hAnsi="맑은 고딕" w:eastAsia="맑은 고딕"/>
          <w:b w:val="0"/>
          <w:color w:val="4E5968"/>
          <w:sz w:val="22"/>
        </w:rPr>
        <w:t>① 시켜서 하는 도움도 늘 옳다는 것</w:t>
      </w:r>
    </w:p>
    <w:p>
      <w:pPr>
        <w:ind w:left="320"/>
      </w:pPr>
      <w:r>
        <w:rPr>
          <w:rFonts w:ascii="맑은 고딕" w:hAnsi="맑은 고딕" w:eastAsia="맑은 고딕"/>
          <w:b w:val="0"/>
          <w:color w:val="4E5968"/>
          <w:sz w:val="22"/>
        </w:rPr>
        <w:t>② 마음에서 우러난 우정이 진짜 도움이라는 것</w:t>
      </w:r>
    </w:p>
    <w:p>
      <w:pPr>
        <w:ind w:left="320"/>
      </w:pPr>
      <w:r>
        <w:rPr>
          <w:rFonts w:ascii="맑은 고딕" w:hAnsi="맑은 고딕" w:eastAsia="맑은 고딕"/>
          <w:b w:val="0"/>
          <w:color w:val="4E5968"/>
          <w:sz w:val="22"/>
        </w:rPr>
        <w:t>③ 누군가를 도왔으면 꼭 그만한 보답을 받아야 한다는 것</w:t>
      </w:r>
    </w:p>
    <w:p>
      <w:pPr>
        <w:ind w:left="320"/>
      </w:pPr>
      <w:r>
        <w:rPr>
          <w:rFonts w:ascii="맑은 고딕" w:hAnsi="맑은 고딕" w:eastAsia="맑은 고딕"/>
          <w:b w:val="0"/>
          <w:color w:val="4E5968"/>
          <w:sz w:val="22"/>
        </w:rPr>
        <w:t>④ 도움은 어른만 할 수 있다는 것</w:t>
      </w:r>
    </w:p>
    <w:p>
      <w:pPr>
        <w:spacing w:before="240"/>
      </w:pPr>
      <w:r>
        <w:rPr>
          <w:rFonts w:ascii="맑은 고딕" w:hAnsi="맑은 고딕" w:eastAsia="맑은 고딕"/>
          <w:b/>
          <w:color w:val="8B95A1"/>
          <w:sz w:val="17"/>
        </w:rPr>
        <w:t xml:space="preserve">  해석 · 주제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제목 '가방 들어주는 아이'가 단순히 가방을 든다는 뜻을 넘어 뜻하는 바는?</w:t>
      </w:r>
    </w:p>
    <w:p>
      <w:pPr>
        <w:ind w:left="320"/>
      </w:pPr>
      <w:r>
        <w:rPr>
          <w:rFonts w:ascii="맑은 고딕" w:hAnsi="맑은 고딕" w:eastAsia="맑은 고딕"/>
          <w:b w:val="0"/>
          <w:color w:val="4E5968"/>
          <w:sz w:val="22"/>
        </w:rPr>
        <w:t>① 친구의 어려움을 함께 나누고 곁을 지키는 사람</w:t>
      </w:r>
    </w:p>
    <w:p>
      <w:pPr>
        <w:ind w:left="320"/>
      </w:pPr>
      <w:r>
        <w:rPr>
          <w:rFonts w:ascii="맑은 고딕" w:hAnsi="맑은 고딕" w:eastAsia="맑은 고딕"/>
          <w:b w:val="0"/>
          <w:color w:val="4E5968"/>
          <w:sz w:val="22"/>
        </w:rPr>
        <w:t>② 가방을 잘 드는 힘이 센 아이</w:t>
      </w:r>
    </w:p>
    <w:p>
      <w:pPr>
        <w:ind w:left="320"/>
      </w:pPr>
      <w:r>
        <w:rPr>
          <w:rFonts w:ascii="맑은 고딕" w:hAnsi="맑은 고딕" w:eastAsia="맑은 고딕"/>
          <w:b w:val="0"/>
          <w:color w:val="4E5968"/>
          <w:sz w:val="22"/>
        </w:rPr>
        <w:t>③ 심부름을 잘하는 아이</w:t>
      </w:r>
    </w:p>
    <w:p>
      <w:pPr>
        <w:ind w:left="320"/>
      </w:pPr>
      <w:r>
        <w:rPr>
          <w:rFonts w:ascii="맑은 고딕" w:hAnsi="맑은 고딕" w:eastAsia="맑은 고딕"/>
          <w:b w:val="0"/>
          <w:color w:val="4E5968"/>
          <w:sz w:val="22"/>
        </w:rPr>
        <w:t>④ 날마다 공부를 아주 열심히 하는 똑똑하고 착한 아이</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영택이를 대하는 '동정'과 '우정'의 차이로 가장 알맞은 것은?</w:t>
      </w:r>
    </w:p>
    <w:p>
      <w:pPr>
        <w:ind w:left="320"/>
      </w:pPr>
      <w:r>
        <w:rPr>
          <w:rFonts w:ascii="맑은 고딕" w:hAnsi="맑은 고딕" w:eastAsia="맑은 고딕"/>
          <w:b w:val="0"/>
          <w:color w:val="4E5968"/>
          <w:sz w:val="22"/>
        </w:rPr>
        <w:t>① 동정과 우정은 같은 말이라는 것</w:t>
      </w:r>
    </w:p>
    <w:p>
      <w:pPr>
        <w:ind w:left="320"/>
      </w:pPr>
      <w:r>
        <w:rPr>
          <w:rFonts w:ascii="맑은 고딕" w:hAnsi="맑은 고딕" w:eastAsia="맑은 고딕"/>
          <w:b w:val="0"/>
          <w:color w:val="4E5968"/>
          <w:sz w:val="22"/>
        </w:rPr>
        <w:t>② 동정이든 우정이든 둘 다 도움을 주니 아무런 차이가 없다는 것</w:t>
      </w:r>
    </w:p>
    <w:p>
      <w:pPr>
        <w:ind w:left="320"/>
      </w:pPr>
      <w:r>
        <w:rPr>
          <w:rFonts w:ascii="맑은 고딕" w:hAnsi="맑은 고딕" w:eastAsia="맑은 고딕"/>
          <w:b w:val="0"/>
          <w:color w:val="4E5968"/>
          <w:sz w:val="22"/>
        </w:rPr>
        <w:t>③ 우정이 동정보다 늘 쉽다는 것</w:t>
      </w:r>
    </w:p>
    <w:p>
      <w:pPr>
        <w:ind w:left="320"/>
      </w:pPr>
      <w:r>
        <w:rPr>
          <w:rFonts w:ascii="맑은 고딕" w:hAnsi="맑은 고딕" w:eastAsia="맑은 고딕"/>
          <w:b w:val="0"/>
          <w:color w:val="4E5968"/>
          <w:sz w:val="22"/>
        </w:rPr>
        <w:t>④ 동정은 불쌍히 여겨 베풀고 우정은 동등하게 함께하는 것</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누군가를 '돕는 것'과 '친구가 되는 것'은 어떻게 다른지, 이야기와 연결해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내 주변에 도움이 필요한 친구가 있다면 '쫄병'이 아닌 '친구'로서 어떻게 함께할지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가방 들어주는 친구</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다리</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① 영택이 가방 들어주기</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④ 목발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② 쫄병</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③ 축구를 하느라</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① 탱크</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찰흙</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친구</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영택-새 친구 / 문석구-가방 들어주는 짝꿍 / 목발-걸을 때 짚는 것</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도울 일이 있으면 먼저 물어보고, 놀리지 않고, 함께 놀며 친구로 대하겠다. · (평가) 영택이 같은 친구를 배려하는 행동을 자기 말로 적었는지 봐 주세요.</w:t>
      </w:r>
    </w:p>
    <w:p>
      <w:r>
        <w:br w:type="page"/>
      </w:r>
    </w:p>
    <w:p>
      <w:pPr>
        <w:spacing w:before="160"/>
      </w:pPr>
      <w:r>
        <w:rPr>
          <w:rFonts w:ascii="맑은 고딕" w:hAnsi="맑은 고딕" w:eastAsia="맑은 고딕"/>
          <w:b/>
          <w:color w:val="2272EB"/>
          <w:sz w:val="26"/>
        </w:rPr>
        <w:t>[중학년] 쫄병에서 친구로</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집이 같은 방향이라서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진심으로 돕고 싶어진 마음</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② 짜증나고 속상했다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영택이를 함부로 깔봐서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ㄷ → ㄱ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자기 때문에 무슨 일이 생겼을까 봐</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친해지고 싶은 친구가 없어 외로워서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의무로 돕던 사이에서 마음을 나누는 사이가 됨</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처음엔 선생님이 시켜 억지로 들어 귀찮아했지만, 영택이와 지내며 진심으로 돕고 싶어져 스스로 친구가 되었다. · (평가) 마음의 변화와 까닭을 함께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처음엔 미안했는데 진짜 친구가 되어 줘서 고마워. 네 덕분에 학교가 즐거웠어. · (평가) 영택이의 마음을 헤아려 표현했는지 봐 주세요.</w:t>
      </w:r>
    </w:p>
    <w:p>
      <w:r>
        <w:br w:type="page"/>
      </w:r>
    </w:p>
    <w:p>
      <w:pPr>
        <w:spacing w:before="160"/>
      </w:pPr>
      <w:r>
        <w:rPr>
          <w:rFonts w:ascii="맑은 고딕" w:hAnsi="맑은 고딕" w:eastAsia="맑은 고딕"/>
          <w:b/>
          <w:color w:val="2272EB"/>
          <w:sz w:val="26"/>
        </w:rPr>
        <w:t>[고학년] 돕는 사이에서 친구로</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억지로 맡은 의무가 진정한 우정으로 변해 가는 것</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④ 아이가 오히려 편견 없이 친구로 대한다는 것</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남이 시켜서가 아니라 스스로의 마음에서 우러난 것</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도움받는 대상이 아니라 친구로 어울리고 싶은 마음</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마음에서 우러난 우정이 진짜 도움이라는 것</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친구의 어려움을 함께 나누고 곁을 지키는 사람</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동정은 불쌍히 여겨 베풀고 우정은 동등하게 함께하는 것</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돕는 것은 한쪽이 베푸는 일이지만, 친구가 되는 것은 동등하게 마음을 나누는 일이다. 문석구는 가방만 들어주다 진짜 친구가 되었다. · (평가) 도움과 우정의 차이를 이야기와 연결했는지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도와준다는 티를 내거나 시켜서 하는 게 아니라, 먼저 마음을 나누고 같이 어울리며 그 친구가 부담 없이 도움받게 하겠다. · (평가) 동등한 친구로서의 태도를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