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달라도 친한 친구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유명이는 어떤 성격의 소녀인가요?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씩씩하고 싸움도 잘한다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조용하고 부끄럼이 많다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겁이 많고 잘 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늘 혼자 조용히 책만 읽는다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유명이의 가장 큰 고민은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키가 작다는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얼굴 얼룩 때문에 놀림받는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공부를 못한다는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친구가 한 명도 없어 늘 외롭다는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무명이의 이름은 누가 지어 주었나요?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학교 선생님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가장 친한 친구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돌아가신 아버지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옆집 할머니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유명이와 무명이는 처음에 어떤 사이였나요?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처음부터 둘도 없이 친한 사이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서로 모르는 사이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형제처럼 지내는 사이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자주 다투고 오해하는 사이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두 친구가 가까워지는 계기가 된 동물은?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강아지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고양이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토끼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햄스터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무명이가 유명이에게 준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맛있는 간식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예쁘게 그린 그림과 편지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새 학용품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직접 손으로 만든 멋진 장난감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무명이가 유명이를 예쁘게 그려 준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미술 그림 숙제를 해야 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심심해서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유명이를 좋아하고 아껴서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선생님이 시켜서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알려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싸움을 잘해야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강아지를 길러야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그림을 잘 그려야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서로 달라도 이해하는 우정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유명이  ·          ·  씩씩한 소녀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무명이  ·          ·  그림을 잘 그리는 소년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강아지  ·          ·  둘을 가깝게 한 친구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나와 성격이나 모습이 다른 친구의 '좋은 점'을 찾아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오해를 넘어 친구로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씩씩하지만 얼굴의 얼룩 때문에 놀림받는 소녀 유명이와, 돌아가신 아버지가 지어 준 이름으로 놀림받는 다정한 소년 무명이. 성격도 겉모습도 전혀 다른 두 아이가 다투고 오해하다, 강아지를 매개로 서로를 이해하고 무명이가 유명이를 예쁘게 그린 그림과 편지로 마음을 전하며 진짜 친구가 된다. 다름을 인정하고 진심을 나누는 우정을 배우는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유명이가 얼굴을 부끄러워하며 한 행동은?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엄마 화장품을 발라 가렸다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늘 모자를 푹 눌러썼다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학교에 가지 않으려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친구들과 한마디도 하지 않았다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무명이가 놀림받으면서도 자기 이름을 소중히 여긴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이름의 뜻이 너무 멋지고 예뻐서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돌아가신 아버지가 지어 주어서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유명해지고 싶어서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친구들이 부러워해서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다투던 두 사람을 선생님은 어떻게 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서로 사과하게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각자 자리에서 반성문을 쓰게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짝꿍으로 앉게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둘 다 청소를 시켰다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무명이가 유명이의 진짜 모습을 담아 한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친구들 앞에서 큰 소리로 흉을 보며 놀렸다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다른 친구들에게 두루 자랑했다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사진을 찍어 주었다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예쁘게 그린 그림과 편지를 주었다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선생님이 둘을 짝꿍으로 앉힌다.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둘이 자주 다투고 오해한다.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그림과 편지로 마음을 나누며 친구가 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강아지를 통해 서로 가까워진다.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무명이가 유명이를 예쁘게 그린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자기 그림 실력을 한껏 뽐내려고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좋아하면 예뻐 보이기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미술 대회에 내려고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선생님께 칭찬받고 싶어서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강아지를 통해 두 사람의 마음은 어떻게 변했나요?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서로 더 미워하게 되었다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강아지를 서로 가지려고 다투었다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서로 이해하고 가까워졌다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아무 변화도 없었다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전하는 것으로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달라도 이해하는 우정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싸움을 잘해야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강아지를 길러야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그림을 잘 그려야 한다는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공감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겉모습이나 이름 때문에 놀림받아 속상한 친구에게 해 주고 싶은 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나와 성격이 다른 친구와 사이좋게 지내는 방법을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다름을 인정하는 우정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씩씩하지만 얼굴의 얼룩 때문에 놀림받는 소녀 유명이와, 돌아가신 아버지가 지어 준 이름으로 놀림받는 다정한 소년 무명이. 성격도 겉모습도 전혀 다른 두 아이가 다투고 오해하다, 강아지를 매개로 서로를 이해하고 무명이가 유명이를 예쁘게 그린 그림과 편지로 마음을 전하며 진짜 친구가 된다. 다름을 인정하고 진심을 나누는 우정을 배우는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유명이가 얼굴 얼룩을 화장품으로 가리려 한 것이 보여 주는 마음은?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겉모습 때문에 자신감을 잃은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어른처럼 화장하는 게 마냥 즐거운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어른이 되고 싶은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친구를 이기고 싶은 마음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무명이가 놀림받으면서도 이름을 바꾸지 않은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이름 바꾸기가 귀찮아서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아버지의 사랑이 담겨서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친구들이 부러워해서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새 이름이 떠오르지 않아서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아빠가 엄마에게 '가장 예쁘다'고 한 이야기가 주는 교훈은?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거짓말도 가끔 필요하다는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외모를 늘 가꿔야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좋아하면 가장 예뻐 보인다는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부모님 말씀을 잘 들어야 한다는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무명이가 유명이를 예쁘게 그려 준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자기 그림 솜씨를 한껏 자랑하려고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미술 대회에 내려고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선생님 칭찬을 받으려고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있는 그대로를 좋아해서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선생님이 둘을 짝꿍으로 앉힌다.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둘이 자주 다투고 오해한다.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그림과 편지로 마음을 나누며 친구가 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강아지를 통해 서로 가까워진다.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성격도 겉모습도 정반대인 둘이 친구가 된 것이 주는 메시지는?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친구는 무엇이든 서로 비슷해야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다름을 인정하면 좋은 친구가 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강한 친구를 사귀어야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친구는 많을수록 좋다는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미안함과 고마움을 잘 표현하지 못하던 무명이가 택한 방법은?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큰 소리로 외쳐 말했다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다른 친구를 통해 전했다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그림과 편지로 마음을 전했다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값비싼 선물을 가득 사서 안겨 주었다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이야기의 핵심으로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다름을 인정하고 진심을 나누는 우정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싸움에서 이기는 것이 무엇보다 최고라는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겉모습이 가장 중요하다는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친구는 안 사귀는 게 낫다는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친구의 '다름(나와 다른 점)'이 나쁜 것이 아니라 오히려 좋은 것일 수 있는 까닭을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미안하거나 고마운 마음을 말로 표현하기 어려울 때, 마음을 전하는 나만의 방법을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달라도 친한 친구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씩씩하고 싸움도 잘한다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얼굴 얼룩 때문에 놀림받는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돌아가신 아버지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자주 다투고 오해하는 사이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강아지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예쁘게 그린 그림과 편지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유명이를 좋아하고 아껴서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서로 달라도 이해하는 우정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유명이-씩씩한 소녀 / 무명이-그림 잘 그리는 소년 / 강아지-둘을 가깝게 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내 짝은 나와 달리 조용하지만, 친구의 말을 끝까지 잘 들어 주는 점이 정말 좋다. · (평가) 다른 친구의 좋은 점을 자기 말로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오해를 넘어 친구로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엄마 화장품을 발라 가렸다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돌아가신 아버지가 지어 주어서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짝꿍으로 앉게 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예쁘게 그린 그림과 편지를 주었다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좋아하면 예뻐 보이기 때문에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서로 이해하고 가까워졌다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① 달라도 이해하는 우정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겉모습이나 이름은 너의 일부일 뿐이야. 너의 멋진 마음과 좋은 점을 나는 잘 알고 있어. · (평가) 따뜻한 위로의 마음을 담았는지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나와 다르다고 미워하지 말고, 그 친구의 좋은 점을 찾아 인정하며 서로 양보하고 대화한다. · (평가) 다름을 존중하는 방법을 구체적으로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다름을 인정하는 우정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겉모습 때문에 자신감을 잃은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아버지의 사랑이 담겨서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좋아하면 가장 예뻐 보인다는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있는 그대로를 좋아해서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다름을 인정하면 좋은 친구가 된다는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그림과 편지로 마음을 전했다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① 다름을 인정하고 진심을 나누는 우정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서로 다르기에 내가 못하는 것을 친구에게 배우고, 다양한 생각을 나눌 수 있어 함께 더 넓게 성장할 수 있기 때문이다. · (평가) 다름의 가치를 까닭과 함께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짧은 편지나 그림을 그려서 건네거나, 작은 행동(자리 양보·도와주기)으로 마음을 표현한다. · (평가) 마음을 전하는 구체적 방법을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