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협동과 추리로 푸는 사건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금숙, 우진, 서진, 동명이 '플루토 비밀 결사대'를 만들어 도자기 밀반출 사건과 아이 실종 사건을 추리로 풀어 간다. 힘이 아니라 원인을 찾는 지혜, 친구들과 머리를 맞대는 협동, 불의에 맞서는 용기와 우정을 배우는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플루토 비밀 결사대 아이들이 힘을 합쳐 한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여러 사건을 추리해 해결했다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날마다 게임만 하며 신나게 놀았다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서로 싸우기만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공부만 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금숙이가 사건을 잘 풀어 가는 모습에서 보여 준 태도로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힘으로 밀어붙였다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처음부터 포기했다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원인을 차근차근 찾았다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그냥 아무거나 마구 찍었다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사건을 풀기 위해 찾아내는, 문제 해결의 실마리가 되는 것을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막연한 짐작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단서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비밀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첫 번째 사건(컨테이너)의 진실로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단순한 교통사고였다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건물에 불이 난 일이었다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귀여운 강아지가 멀리 사라진 일이었다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도자기를 빼돌린 밀반출 사건이었다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첫 번째 사건의 흐름을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메모와 단서를 추리해 숨긴 장소를 알아낸다.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컨테이너에서 사건이 일어난다.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경찰이 밀매단 범인을 검거한다.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산성산에서 숨겨둔 도자기를 찾아낸다.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두 번째 사건(아이 실종)의 진실로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남매가 아이를 잠깐 돌본 일이었다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무서운 괴물이 한 일이었다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아이가 혼자서 스스로 사라진 것이었다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결사대가 꾸민 일이었다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결사대 아이들이 사건을 해결한 데서 배울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무슨 일이든 늘 혼자가 최고다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협동하면 어려운 문제도 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위험한 일도 다 해도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어른은 믿으면 안 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위험한 상황에서 아이들이 해야 할 가장 바른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끝까지 우리 아이들끼리만 해결한다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범인과 직접 맞서 싸운다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어른·경찰에 알려 도움을 받는다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그냥 못 본 척한다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친구들과 힘을 합쳐 어려운 일을 해낸 경험, 또는 협동의 좋은 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금숙이처럼 '힘이 아니라 원인을 찾아' 문제를 푸는 태도가 왜 좋은지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우정, 용기, 그리고 추리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금숙, 우진, 서진, 동명이 '플루토 비밀 결사대'를 만들어 도자기 밀반출 사건과 아이 실종 사건을 추리로 풀어 간다. 힘이 아니라 원인을 찾는 지혜, 친구들과 머리를 맞대는 협동, 불의에 맞서는 용기와 우정을 배우는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파악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이야기가 전하는 핵심 가치로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협동하는 우정과 맞서는 용기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오직 혼자만의 힘으로 이기는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경쟁에서 남을 이기는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어른을 속이는 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금숙이가 "모든 일은 다 ○○이 있다"고 말한, 어떤 일이 일어나게 된 까닭을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뜻밖의 결과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원인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소문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우연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금숙이가 "윽박지르고 힘으로 하면 잘 안 풀린다"고 한 말의 뜻으로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싸우면 무엇이든 다 해결된다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어려운 일은 포기해야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원인을 차분히 찾아야 풀린다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친구는 필요 없다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첫 번째 사건에서 결정적인 단서가 된 것으로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잃어버린 안경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달고나 별 모양 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나무에 단단히 묶어 둔 양말 한 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필체가 다른 메모와 일본 전화번호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첫 번째 사건의 흐름을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메모의 글씨와 전화번호 단서를 분석한다.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컨테이너에서 굴착기 기사가 숨진 채 발견된다.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산성산에서 도자기를 찾고 범인이 검거된다.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현장 주임이 유물을 빼돌렸다는 정황을 추리한다.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두 번째 사건에서 '유괴범'처럼 보였던 남매를 마냥 나쁘게만 볼 수 없었던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효심과 어려운 처지가 있었기 때문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아이를 크게 해쳤기 때문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큰돈을 노린 아주 못된 상습범이었기 때문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재미로 한 일이었기 때문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적용·비판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아이들끼리 위험한 사건을 직접 쫓는 것에 대한 바른 판단은?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끝까지 우리 아이들끼리만 해결하는 것이 멋지다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위험할 땐 어른·경찰의 도움을 받아야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위험할수록 더 앞장서야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신고하는 것은 겁쟁이의 행동이다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결사대가 어려운 사건을 해결할 수 있었던 까닭을 '협동'과 '추리'의 관점에서 두 가지 이상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두 번째 사건처럼, 잘못한 사람에게도 딱한 사정이 있을 때 우리는 어떤 마음으로 바라봐야 할지 써 보세요. (잘못과 사정을 함께 생각하여)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반만의 '비밀 결사대(좋은 목표를 가진 모임)'를 만든다면, 어떤 목표로 무엇을 하고 싶은지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협동과 추리로 푸는 사건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여러 사건을 추리해 해결했다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③ 원인을 차근차근 찾았다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② 단서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도자기를 빼돌린 밀반출 사건이었다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남매가 아이를 잠깐 돌본 일이었다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협동하면 어려운 문제도 푼다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어른·경찰에 알려 도움을 받는다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모둠 과제를 할 때 각자 잘하는 것을 맡아 함께하니 혼자 할 때보다 빠르고 좋은 결과가 나왔다. 협동하면 더 큰 일을 해낼 수 있다. · (평가) 협동의 좋은 점을 경험과 연결했는지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힘으로 윽박지르면 다툼만 생기지만, 원인을 차분히 찾으면 진짜 문제를 풀 수 있고 억울한 사람도 안 생긴다. · (평가) 원인 탐구의 장점을 자기 말로 전개했는지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우정, 용기, 그리고 추리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협동하는 우정과 맞서는 용기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원인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원인을 차분히 찾아야 풀린다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필체가 다른 메모와 일본 전화번호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효심과 어려운 처지가 있었기 때문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위험할 땐 어른·경찰의 도움을 받아야 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친구마다 잘하는 점(추리·관찰·발품)을 나눠 협동했고, 작은 단서도 그냥 넘기지 않고 원인을 차근차근 추리했기 때문이다. · (평가) 협동·추리를 근거로 두 가지 이상 들었는지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잘못은 잘못대로 바로잡되, 그 사람의 사정도 헤아려 무작정 미워하기보다 이해하려는 마음이 필요하다. 단, 잘못을 정당화해서는 안 된다. · (평가) 잘못과 사정을 균형 있게 고려했는지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'고운 말 지킴이 결사대'를 만들어, 친구를 놀리는 말을 줄이고 서로 칭찬을 주고받는 활동을 하고 싶다. · (평가) 구체적 목표와 활동을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