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서로 보듬는 우리 가족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가영이네 가족이 겪은 어려움으로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아빠가 돌아가시고 엄마가 아프심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먼 곳으로 이사를 자주 다녔어요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강아지를 잃어버렸어요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동생이 태어났어요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엄마가 걸린 병은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아주 가벼운 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유방암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충치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엄마가 아픈 것을 알게 된 가영이의 마음은 어땠을까요?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신나고 즐거웠어요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별일 아니라 아무렇지도 않았어요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걱정되고 지키고 싶었어요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귀찮고 짜증났어요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가영이가 아픈 엄마를 위해 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날마다 신나게 매일 놀기만 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집을 나가 버렸어요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아무것도 안 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집안일을 배워 엄마를 돌봤어요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가영  ·          ·  아픈 엄마를 돌보려는 딸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엄마  ·          ·  병을 이겨내려는 분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아저씨  ·          ·  가영에게 자전거를 가르쳐 준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엄마가 새 아빠(아저씨)를 만난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가영을 위한 아빠를 찾아서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돈을 벌고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가영이가 싫어서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그저 혼자 외롭게 살기 싫어서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힘든 일이 있을 때 가족끼리 가져야 할 바른 태도는?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무조건 혼자 숨기고 꾹 참아요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솔직히 말하고 서로 도와요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화만 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모른 척해요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자전거를 배우게 된 가영이의 마음은 어땠을까요?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무척 슬프고 화가 났어요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지루했어요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고맙고 행복했어요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무섭고 싫었어요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이야기가 우리에게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가족은 필요 없어요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한번 아프면 이제 모든 게 다 끝이에요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돈이 가장 중요해요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가족은 서로 아끼는 소중한 사이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가족에게 고마운 마음을 담아 한마디를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솔직한 마음으로 이어지는 가족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아빠를 잃고 홀로 딸을 키우는 엄마가 큰 병을 얻는다. 뒤늦게 그 사실을 안 딸 가영이는 엄마를 지키려 씩씩하게 일어선다. 서로의 아픔을 보듬고 솔직한 마음을 나누며 한 뼘 더 자라는 가족의 따뜻한 사랑을 그린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가영이가 처음에 엄마와 자주 부딪힌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새 아빠가 싫고 아빠가 그리워서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용돈이 적어서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학교가 멀어서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마음 맞는 친구가 하나도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엄마가 자신의 병을 한동안 가영에게 숨긴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큰 병이 너무 부끄러워서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가영이 겁먹고 힘들어할까 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남들 관심받기가 너무 싫어서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돈이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서로 마음을 숨기지 않고 솔직하게 나누며 통하는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불통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침묵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끝없는 외면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엄마가 새 아빠(아저씨)를 만난 진짜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외로워서만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돈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가영을 멀리 떠나보내고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가영을 위한 아빠를 찾아서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엄마가 아픈 사실을 알고 가영이 엄마를 지키기로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엄마가 병을 숨긴 채 출장 간다고 말한다.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엄마와 가영이 새 아빠 문제로 자주 부딪힌다.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가영이 집안일을 배우며 한 뼘 성장한다.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정우(가족이 될 아이)에 대한 가영이의 마음 변화로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미워했지만 오해가 풀려 가까워졌다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처음부터 끝까지 줄곧 미워하기만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처음부터 좋아했다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전혀 관심이 없었다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가족이 힘든 일을 겪을 때 바람직한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각자 꽁꽁 숨기고 혼자 참는다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솔직히 나누며 함께 이겨낸다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탓하며 다툰다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모른 척 외면한다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엄마가 '문자로 자주 연락하라'며 핸드폰을 사 준 데 담긴 마음은?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남들에게 여기저기 자랑하고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귀찮아서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딸과 마음을 나누려는 사랑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벌을 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가영이처럼 가족이 아프거나 힘들 때, 내가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평소 쑥스러워 하지 못한 "고마워요, 사랑해요"를 담아 가족에게 짧은 편지를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아픔을 보듬는 가족의 사랑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아빠를 잃고 홀로 딸을 키우는 엄마가 큰 병을 얻는다. 뒤늦게 그 사실을 안 딸 가영이는 엄마를 지키려 씩씩하게 일어선다. 서로의 아픔을 보듬고 솔직한 마음을 나누며 한 뼘 더 자라는 가족의 따뜻한 사랑을 그린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이야기의 중심 내용으로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엄마와 딸의 가족 이야기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반 친구들과의 따뜻한 우정 이야기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학교 시험 이야기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전학 이야기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가족이 서로의 처지와 아픔을 헤아려 감싸 주고 마음 써 주는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끝없는 욕심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경쟁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엄마가 수술실 들어가는 모습을 가영에게 보이지 않으려 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부끄러워서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수술을 준비할 시간이 부족해서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가영이 겁먹고 힘들어할까 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가영이 미워서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엄마가 새 아빠를 받아들인 가장 깊은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외로움 때문에만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경제적인 이유로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이런저런 주변 사람들의 끈질긴 권유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가영에게 '아빠 자리'를 만들어 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가영이 엄마의 병을 알고 엄마를 돌보기로 결심한다.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가영과 엄마가 새 아빠 문제로 갈등한다.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가족이 서로의 아픔을 이해하며 한 뼘 성장한다.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엄마가 병을 숨긴 채 수술을 준비한다.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가영과 엄마가 서로 사랑하면서도 솔직하지 못해 더 힘들어진 모습이 주는 교훈은?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마음을 숨기기보다 솔직히 나누자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비밀이 많을수록 좋다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가족끼리는 굳이 말 안 해도 다 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아픔은 늘 혼자 견뎌야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정우와의 오해가 풀린 과정에서 알 수 있는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오해는 결코 풀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솔직한 대화로 오해를 풀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새로 맺어진 가족은 친해질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다툼이 가장 좋은 해결책이다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엄마와 가영이가 서로를 사랑하면서도 자꾸 부딪힌 까닭을 '솔직한 소통'의 관점에서 설명해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가족이 큰 어려움을 겪을 때, 가족을 하나로 묶어 주는 힘은 무엇일지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이 이야기를 바탕으로, '진짜 가족'이란 무엇이라고 생각하는지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서로 보듬는 우리 가족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아빠가 돌아가시고 엄마가 아프심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유방암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걱정되고 지키고 싶었어요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집안일을 배워 엄마를 돌봤어요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가영-딸 / 엄마-환자 / 아저씨-자전거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가영을 위한 아빠를 찾아서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솔직히 말하고 서로 도와요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고맙고 행복했어요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가족은 서로 아끼는 소중한 사이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"늘 나를 사랑해 주고 챙겨 줘서 고마워요. 나도 가족을 많이 도울게요." · (평가) 가족에 대한 고마움을 진심으로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솔직한 마음으로 이어지는 가족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새 아빠가 싫고 아빠가 그리워서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가영이 겁먹고 힘들어할까 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소통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가영을 위한 아빠를 찾아서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ㄷ → ㄴ → ㄱ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미워했지만 오해가 풀려 가까워졌다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솔직히 나누며 함께 이겨낸다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딸과 마음을 나누려는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집안일을 거들고, 걱정하지 않게 밝게 인사하며, 옆에서 이야기를 들어 주고 힘이 되는 말을 건네겠다. · (평가) 가족을 위한 구체적 행동을 떠올렸는지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"엄마, 늘 나를 위해 애써 줘서 고마워요. 표현은 못 했지만 정말 사랑해요." · (평가) 진심을 담아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아픔을 보듬는 가족의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엄마와 딸의 가족 이야기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배려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가영이 겁먹고 힘들어할까 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가영에게 '아빠 자리'를 만들어 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마음을 숨기기보다 솔직히 나누자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솔직한 대화로 오해를 풀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서로 걱정시키지 않으려 속마음을 숨기다 보니 오해가 쌓였다. 사랑하는 마음을 솔직히 표현하지 못한 것이 갈등의 원인이었다. · (평가) 소통 부족과 갈등의 관계를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서로를 끝까지 포기하지 않는 사랑과, 힘든 마음을 함께 나누는 솔직함이 가족을 하나로 묶어 준다고 생각한다. · (평가) 가족을 잇는 힘에 대한 견해를 자기 말로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진짜 가족은 핏줄만이 아니라 서로의 아픔을 함께 나누고 곁을 지켜 주는 사이다. 새 아빠와 정우도 가영의 가족이 되어 가기 때문이다. · (평가) 자기 정의와 까닭을 이야기와 연결했는지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