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저학년용]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은지의 새 운동화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장면 기억하기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은지가 누구보다 잘하는 운동은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달리기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수영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줄넘기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축구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은지가 무엇을 갖고 싶어 했나요?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새 가방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새 운동화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새 자전거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새 인형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새 운동화를 받으려면 엄마가 낸 조건은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내 방을 깨끗하게 청소하기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일찍 자기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수학 단원평가를 다 맞기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심부름하기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은지가 시험에서 한 잘못은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지각을 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친구와 싸웠다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학교에 준비물을 안 가져왔다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선생님 몰래 답을 고쳤다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마음 읽기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답을 고쳐 100점을 받은 뒤 은지의 마음은 어떠했나요?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양심에 찔려 괴로웠다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아주 기뻤다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전혀 아무렇지도 않았다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졸렸다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장면 기억하기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은지가 마지막에 용기 내어 한 일은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애써 받은 새 운동화를 멀리 버렸다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선생님께 잘못을 솔직히 고백했다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엄마에게 화를 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시험을 또 봤다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솔직히 고백한 은지에게 선생님이 한 말은?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벌을 주겠다고 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실망했다고 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솔직히 말해 줘서 고맙다고 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이제 다시는 절대 보지 말자고 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이야기가 알려 주는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점수가 가장 중요하다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거짓말은 괜찮다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새 운동화가 무엇보다 세상에서 제일 소중하다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정직과 솔직히 말하는 용기가 소중하다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알맞게 줄 긋기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알맞은 것끼리 연결해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은지  ·          ·  달리기를 잘하는 아이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새 운동화  ·          ·  은지의 소원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정직  ·          ·  바른 마음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생각하고 쓰기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은지처럼 잘못을 솔직히 말하기 어려웠던 경험이나, 정직이 왜 중요한지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중학년용]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백 점보다 소중한 것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언니의 크고 낡은 운동화가 싫어 새 운동화를 받고 싶었던 은지. '단원평가를 다 맞으면 사 준다'는 엄마의 말에, 헷갈리는 답을 선생님 몰래 고쳐 100점을 받지만 양심의 가책으로 속이 아플 만큼 괴로워한다. 선생님의 '마음 공부' 재시험 끝에 용기 내어 잘못을 고백하는 은지를 통해, 정직함과 잘못을 바로잡는 용기가 백 점보다 소중함을 일깨우는 이야기.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은지가 새 운동화를 그토록 갖고 싶어 한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언니의 낡은 운동화가 싫어서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운동화가 비싸서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친구의 운동화가 너무 부러워서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색이 예뻐서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은지가 시험 답을 몰래 고친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시험 문제가 너무너무 어려워서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다 맞아야 운동화를 받아서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친구가 시켜서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시간이 부족해서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마음 읽기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100점을 받은 뒤 은지가 속이 아프고 토할 것 같았던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배탈이 나서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공부를 너무 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거짓으로 받은 점수에 양심이 찔려서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새로 산 운동화가 너무 작고 불편해서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선생님이 '어떤 마음으로 시험을 봐야 하는지 공부하는 시험'이라며 한 일은?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상을 주었다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어려운 숙제를 잔뜩 늘렸다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수업을 쉬었다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재시험을 보게 했다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이야기가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은지가 시험 답을 몰래 고친다.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새 운동화를 받으려 다 맞으려 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선생님께 솔직히 고백한다.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100점을 받지만 양심에 괴로워한다.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해석 · 의미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선생님이 '문제를 잘 푼 사람이 아니라 마음을 다시 가져온 사람이 백 점'이라 한 뜻은?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시험은 쉬워야 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정직한 마음이 점수보다 소중하다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운동화가 중요하다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무엇보다 달리기를 빨리 잘해야 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깨달음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은지가 용기 내어 고백한 뒤 깨달은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마음이 딴 데 있으면 아무것도 못 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그동안 애써 한 달리기도 전부 다 소용없다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운동화가 최고다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시험은 안 봐도 된다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주제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이야기가 전하려는 바로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점수가 가장 중요하다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들키지 않으면 괜찮다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정직과 바로잡는 용기가 소중하다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거짓말도 가끔은 반드시 꼭 필요하다는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공감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양심 때문에 괴로워하다 끝내 고백한 은지에게 해 주고 싶은 말을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정직하게 행동하면 마음이 어떻게 달라지는지, 자신의 경험을 떠올려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정직과 용기의 가치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언니의 크고 낡은 운동화가 싫어 새 운동화를 받고 싶었던 은지. '단원평가를 다 맞으면 사 준다'는 엄마의 말에, 헷갈리는 답을 선생님 몰래 고쳐 100점을 받지만 양심의 가책으로 속이 아플 만큼 괴로워한다. 선생님의 '마음 공부' 재시험 끝에 용기 내어 잘못을 고백하는 은지를 통해, 정직함과 잘못을 바로잡는 용기가 백 점보다 소중함을 일깨우는 이야기.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은지는 달리기에서 진 것을 무엇 때문이라고 여겼나요?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물려받은 낡은 운동화 때문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친구가 빨라서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연습을 못 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그날따라 좋지 않은 궂은 날씨 때문에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은지가 정직하지 못한 행동(답 고치기)을 하게 된 근본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선생님이 미워서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새 운동화 욕심과 부담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무슨 수를 써서든 친구를 이기려고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공부가 싫어서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마음 읽기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100점을 받고도 은지가 행복하지 않고 괴로웠던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새 운동화가 발에 잘 안 맞아서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친구가 시샘해서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양심이 계속 찔렸기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엄마가 혼내서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해석 · 의도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선생님이 답을 고친 은지를 바로 혼내지 않고 재시험·'마음 공부'로 이끈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벌이 귀찮아서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애써 받은 성적이 너무너무 아까워서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다른 학생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스스로 깨닫고 정직을 되찾게 하려고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이야기가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은지가 시험 답을 몰래 고친다.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새 운동화를 받으려 다 맞으려 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선생님께 솔직히 고백한다.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100점을 받지만 양심에 괴로워한다.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해석 · 의미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'마음을 다시 가져온 사람이 백 점'이라는 말의 의미로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시험 답을 반드시 다 맞혀야 한다는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정직한 마음이 점수보다 가치 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재시험이 더 쉽다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운동화가 상이다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은지가 끝내 고백한 행동을 어떻게 평가할 수 있나요?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양심을 따른 용기 있는 행동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괜한 손해를 본 어리석은 행동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선생님께 잘 보이려는 행동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어쩔 수 없는 행동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주제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작품이 전하려는 핵심으로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좋은 결과가 모든 잘못을 다 정당화한다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거짓도 들키지 않으면 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잘못을 바로잡는 용기가 더 소중하다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경쟁에서 이기는 것이 중요하다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비판적 사고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'들키지 않으면 괜찮다'는 생각에 대한 자신의 의견을, 은지 이야기와 연결해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정직이 때로 손해처럼 보여도 결국 더 가치 있는 까닭을 자신의 생각으로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[저학년] 은지의 새 운동화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달리기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새 운동화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수학 단원평가를 다 맞기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선생님 몰래 답을 고쳤다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① 양심에 찔려 괴로웠다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선생님께 잘못을 솔직히 고백했다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③ 솔직히 말해 줘서 고맙다고 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④ 정직과 솔직히 말하는 용기가 소중하다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은지-달리기를 잘함 / 새 운동화-은지의 소원 / 정직-바른 마음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거짓말을 했을 때 마음이 불편했던 적이 있다. 솔직히 말하면 마음이 편해지고 믿음을 얻을 수 있어 정직이 중요하다. · (평가) 정직의 중요성을 자기 경험·생각으로 표현했는지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[중학년] 백 점보다 소중한 것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언니의 낡은 운동화가 싫어서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다 맞아야 운동화를 받아서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거짓으로 받은 점수에 양심이 찔려서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재시험을 보게 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정직한 마음이 점수보다 소중하다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① 마음이 딴 데 있으면 아무것도 못 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정직과 바로잡는 용기가 소중하다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솔직히 말하기 무서웠을 텐데 용기 내줘서 멋져. 이제 마음이 한결 가벼워졌을 거야. · (평가) 은지를 격려하는 마음을 담았는지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거짓말을 했을 땐 들킬까 봐 불안했지만, 솔직히 말한 뒤엔 마음이 편하고 떳떳했다. · (평가) 정직과 마음의 변화를 경험과 연결했는지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정직과 용기의 가치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물려받은 낡은 운동화 때문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새 운동화 욕심과 부담 때문에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양심이 계속 찔렸기 때문에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스스로 깨닫고 정직을 되찾게 하려고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정직한 마음이 점수보다 가치 있다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① 양심을 따른 용기 있는 행동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잘못을 바로잡는 용기가 더 소중하다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들키지 않아도 양심은 스스로 알기에 마음이 괴롭다. 은지처럼 결국 정직해야 마음이 편해지므로 옳지 않은 생각이다. · (평가) 자기 의견과 까닭을 은지 이야기와 연결했는지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정직은 당장은 손해 같아도 사람들의 믿음을 얻고 떳떳한 마음을 주기에, 길게 보면 가장 큰 이익이 된다. · (평가) 정직의 가치를 까닭과 함께 설득력 있게 적었는지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