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rFonts w:ascii="맑은 고딕" w:hAnsi="맑은 고딕" w:eastAsia="맑은 고딕"/>
          <w:b/>
          <w:color w:val="2272EB"/>
          <w:sz w:val="19"/>
        </w:rPr>
        <w:t xml:space="preserve">[초등 중학년용] </w:t>
      </w:r>
    </w:p>
    <w:p>
      <w:r>
        <w:rPr>
          <w:rFonts w:ascii="맑은 고딕" w:hAnsi="맑은 고딕" w:eastAsia="맑은 고딕"/>
          <w:b/>
          <w:color w:val="191F28"/>
          <w:sz w:val="36"/>
        </w:rPr>
        <w:t>동숙이의 소풍 도시락</w:t>
      </w:r>
    </w:p>
    <w:p>
      <w:r>
        <w:rPr>
          <w:rFonts w:ascii="맑은 고딕" w:hAnsi="맑은 고딕" w:eastAsia="맑은 고딕"/>
          <w:b/>
          <w:color w:val="2272EB"/>
          <w:sz w:val="19"/>
        </w:rPr>
        <w:t xml:space="preserve">영상 미리보기  </w:t>
      </w:r>
      <w:r>
        <w:rPr>
          <w:rFonts w:ascii="맑은 고딕" w:hAnsi="맑은 고딕" w:eastAsia="맑은 고딕"/>
          <w:b w:val="0"/>
          <w:color w:val="4E5968"/>
          <w:sz w:val="19"/>
        </w:rPr>
        <w:t>소풍날, 친구들은 달걀을 넣은 김밥을 싸 오지만 가난한 동숙이는 쑥개떡을 싸 가야 한다. 달걀을 사려고 쑥을 캐어 장에 내다 팔고, 엄마는 아버지 병원비로 달걀을 사 주지만 동숙이가 그만 깨뜨리고 만다. 끝내 개떡을 싸 온 동숙이에게 선생님은 '속이 안 좋다'며 자신의 김밥을 건넨다. 겉모습이나 반찬이 아니라 서로를 아끼고 배려하는 진심이 소중함을 먹먹하게 일깨우는 이야기.</w:t>
      </w:r>
    </w:p>
    <w:p>
      <w:pPr>
        <w:spacing w:before="240"/>
      </w:pPr>
      <w:r>
        <w:rPr>
          <w:rFonts w:ascii="맑은 고딕" w:hAnsi="맑은 고딕" w:eastAsia="맑은 고딕"/>
          <w:b/>
          <w:color w:val="8B95A1"/>
          <w:sz w:val="17"/>
        </w:rPr>
        <w:t xml:space="preserve">  내용 이해 · 객관식  </w:t>
      </w:r>
    </w:p>
    <w:p>
      <w:r>
        <w:rPr>
          <w:rFonts w:ascii="맑은 고딕" w:hAnsi="맑은 고딕" w:eastAsia="맑은 고딕"/>
          <w:b/>
          <w:color w:val="2272EB"/>
          <w:sz w:val="24"/>
        </w:rPr>
        <w:t xml:space="preserve">1. </w:t>
      </w:r>
      <w:r>
        <w:rPr>
          <w:rFonts w:ascii="맑은 고딕" w:hAnsi="맑은 고딕" w:eastAsia="맑은 고딕"/>
          <w:b/>
          <w:color w:val="191F28"/>
          <w:sz w:val="23"/>
        </w:rPr>
        <w:t>동숙이가 소풍날 김밥 대신 싸 가야 했던 것은 무엇인가요?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① 쑥개떡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② 라면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③ 빵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④ 떡볶이</w:t>
      </w:r>
    </w:p>
    <w:p>
      <w:pPr>
        <w:spacing w:before="240"/>
      </w:pPr>
      <w:r>
        <w:rPr>
          <w:rFonts w:ascii="맑은 고딕" w:hAnsi="맑은 고딕" w:eastAsia="맑은 고딕"/>
          <w:b/>
          <w:color w:val="8B95A1"/>
          <w:sz w:val="17"/>
        </w:rPr>
        <w:t xml:space="preserve">  추론 · 까닭 찾기  </w:t>
      </w:r>
    </w:p>
    <w:p>
      <w:r>
        <w:rPr>
          <w:rFonts w:ascii="맑은 고딕" w:hAnsi="맑은 고딕" w:eastAsia="맑은 고딕"/>
          <w:b/>
          <w:color w:val="2272EB"/>
          <w:sz w:val="24"/>
        </w:rPr>
        <w:t xml:space="preserve">2. </w:t>
      </w:r>
      <w:r>
        <w:rPr>
          <w:rFonts w:ascii="맑은 고딕" w:hAnsi="맑은 고딕" w:eastAsia="맑은 고딕"/>
          <w:b/>
          <w:color w:val="191F28"/>
          <w:sz w:val="23"/>
        </w:rPr>
        <w:t>동숙이가 달걀 김밥을 싸 가지 못한 까닭은?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① 평소에 김밥을 너무너무 싫어해서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② 가난하고 형편이 어려워서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③ 달걀이 없어서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④ 엄마가 깜빡해서</w:t>
      </w:r>
    </w:p>
    <w:p>
      <w:pPr>
        <w:spacing w:before="240"/>
      </w:pPr>
      <w:r>
        <w:rPr>
          <w:rFonts w:ascii="맑은 고딕" w:hAnsi="맑은 고딕" w:eastAsia="맑은 고딕"/>
          <w:b/>
          <w:color w:val="8B95A1"/>
          <w:sz w:val="17"/>
        </w:rPr>
        <w:t xml:space="preserve">  내용 이해 · 객관식  </w:t>
      </w:r>
    </w:p>
    <w:p>
      <w:r>
        <w:rPr>
          <w:rFonts w:ascii="맑은 고딕" w:hAnsi="맑은 고딕" w:eastAsia="맑은 고딕"/>
          <w:b/>
          <w:color w:val="2272EB"/>
          <w:sz w:val="24"/>
        </w:rPr>
        <w:t xml:space="preserve">3. </w:t>
      </w:r>
      <w:r>
        <w:rPr>
          <w:rFonts w:ascii="맑은 고딕" w:hAnsi="맑은 고딕" w:eastAsia="맑은 고딕"/>
          <w:b/>
          <w:color w:val="191F28"/>
          <w:sz w:val="23"/>
        </w:rPr>
        <w:t>동숙이가 달걀 살 돈을 마련하려고 한 일은?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① 용돈을 모았다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② 친구에게 빌렸다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③ 쑥을 캐서 장에 내다 팔려 했다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④ 이웃집 온갖 심부름을 도맡아 했다</w:t>
      </w:r>
    </w:p>
    <w:p>
      <w:pPr>
        <w:spacing w:before="240"/>
      </w:pPr>
      <w:r>
        <w:rPr>
          <w:rFonts w:ascii="맑은 고딕" w:hAnsi="맑은 고딕" w:eastAsia="맑은 고딕"/>
          <w:b/>
          <w:color w:val="8B95A1"/>
          <w:sz w:val="17"/>
        </w:rPr>
        <w:t xml:space="preserve">  추론 · 마음 읽기  </w:t>
      </w:r>
    </w:p>
    <w:p>
      <w:r>
        <w:rPr>
          <w:rFonts w:ascii="맑은 고딕" w:hAnsi="맑은 고딕" w:eastAsia="맑은 고딕"/>
          <w:b/>
          <w:color w:val="2272EB"/>
          <w:sz w:val="24"/>
        </w:rPr>
        <w:t xml:space="preserve">4. </w:t>
      </w:r>
      <w:r>
        <w:rPr>
          <w:rFonts w:ascii="맑은 고딕" w:hAnsi="맑은 고딕" w:eastAsia="맑은 고딕"/>
          <w:b/>
          <w:color w:val="191F28"/>
          <w:sz w:val="23"/>
        </w:rPr>
        <w:t>엄마가 아버지 병원 갈 돈으로 달걀을 사 온 까닭은?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① 마침 시장에 달걀이 무척 싸게 나와서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② 이웃이 부탁해서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③ 쑥이 안 팔려서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④ 딸에게 김밥을 싸 주고 싶어서</w:t>
      </w:r>
    </w:p>
    <w:p>
      <w:pPr>
        <w:spacing w:before="240"/>
      </w:pPr>
      <w:r>
        <w:rPr>
          <w:rFonts w:ascii="맑은 고딕" w:hAnsi="맑은 고딕" w:eastAsia="맑은 고딕"/>
          <w:b/>
          <w:color w:val="8B95A1"/>
          <w:sz w:val="17"/>
        </w:rPr>
        <w:t xml:space="preserve">  순서 맞추기  </w:t>
      </w:r>
    </w:p>
    <w:p>
      <w:r>
        <w:rPr>
          <w:rFonts w:ascii="맑은 고딕" w:hAnsi="맑은 고딕" w:eastAsia="맑은 고딕"/>
          <w:b/>
          <w:color w:val="2272EB"/>
          <w:sz w:val="24"/>
        </w:rPr>
        <w:t xml:space="preserve">5. </w:t>
      </w:r>
      <w:r>
        <w:rPr>
          <w:rFonts w:ascii="맑은 고딕" w:hAnsi="맑은 고딕" w:eastAsia="맑은 고딕"/>
          <w:b/>
          <w:color w:val="191F28"/>
          <w:sz w:val="23"/>
        </w:rPr>
        <w:t>이야기가 일어난 순서대로 기호를 써 보세요.</w:t>
      </w:r>
    </w:p>
    <w:p>
      <w:pPr>
        <w:ind w:left="320"/>
      </w:pPr>
      <w:r>
        <w:rPr>
          <w:rFonts w:ascii="맑은 고딕" w:hAnsi="맑은 고딕" w:eastAsia="맑은 고딕"/>
          <w:b w:val="0"/>
          <w:color w:val="333D4B"/>
          <w:sz w:val="22"/>
        </w:rPr>
        <w:t>ㄱ. 동숙이가 쑥을 캐서 팔려 한다.</w:t>
      </w:r>
    </w:p>
    <w:p>
      <w:pPr>
        <w:ind w:left="320"/>
      </w:pPr>
      <w:r>
        <w:rPr>
          <w:rFonts w:ascii="맑은 고딕" w:hAnsi="맑은 고딕" w:eastAsia="맑은 고딕"/>
          <w:b w:val="0"/>
          <w:color w:val="333D4B"/>
          <w:sz w:val="22"/>
        </w:rPr>
        <w:t>ㄴ. 동숙이가 엄마에게 김밥을 싸 달라 조른다.</w:t>
      </w:r>
    </w:p>
    <w:p>
      <w:pPr>
        <w:ind w:left="320"/>
      </w:pPr>
      <w:r>
        <w:rPr>
          <w:rFonts w:ascii="맑은 고딕" w:hAnsi="맑은 고딕" w:eastAsia="맑은 고딕"/>
          <w:b w:val="0"/>
          <w:color w:val="333D4B"/>
          <w:sz w:val="22"/>
        </w:rPr>
        <w:t>ㄷ. 결국 개떡을 싸서 소풍을 간다.</w:t>
      </w:r>
    </w:p>
    <w:p>
      <w:pPr>
        <w:ind w:left="320"/>
      </w:pPr>
      <w:r>
        <w:rPr>
          <w:rFonts w:ascii="맑은 고딕" w:hAnsi="맑은 고딕" w:eastAsia="맑은 고딕"/>
          <w:b w:val="0"/>
          <w:color w:val="333D4B"/>
          <w:sz w:val="22"/>
        </w:rPr>
        <w:t>ㄹ. 엄마가 달걀을 사 오지만 동숙이가 깨뜨린다.</w:t>
      </w:r>
    </w:p>
    <w:p>
      <w:pPr>
        <w:ind w:left="320"/>
      </w:pPr>
      <w:r>
        <w:rPr>
          <w:rFonts w:ascii="맑은 고딕" w:hAnsi="맑은 고딕" w:eastAsia="맑은 고딕"/>
          <w:b/>
          <w:color w:val="191F28"/>
          <w:sz w:val="22"/>
        </w:rPr>
        <w:t>(    ) → (    ) → (    ) → (    )</w:t>
      </w:r>
    </w:p>
    <w:p>
      <w:pPr>
        <w:spacing w:before="240"/>
      </w:pPr>
      <w:r>
        <w:rPr>
          <w:rFonts w:ascii="맑은 고딕" w:hAnsi="맑은 고딕" w:eastAsia="맑은 고딕"/>
          <w:b/>
          <w:color w:val="8B95A1"/>
          <w:sz w:val="17"/>
        </w:rPr>
        <w:t xml:space="preserve">  추론 · 까닭 찾기  </w:t>
      </w:r>
    </w:p>
    <w:p>
      <w:r>
        <w:rPr>
          <w:rFonts w:ascii="맑은 고딕" w:hAnsi="맑은 고딕" w:eastAsia="맑은 고딕"/>
          <w:b/>
          <w:color w:val="2272EB"/>
          <w:sz w:val="24"/>
        </w:rPr>
        <w:t xml:space="preserve">6. </w:t>
      </w:r>
      <w:r>
        <w:rPr>
          <w:rFonts w:ascii="맑은 고딕" w:hAnsi="맑은 고딕" w:eastAsia="맑은 고딕"/>
          <w:b/>
          <w:color w:val="191F28"/>
          <w:sz w:val="23"/>
        </w:rPr>
        <w:t>선생님이 자신의 김밥을 동숙이에게 준 까닭으로 알맞은 것은?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① 김밥이 맛없어서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② 동숙이가 마음 상하지 않게 배려하려고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③ 배가 불러서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④ 동숙이가 먼저 직접 달라고 부탁했기 때문에</w:t>
      </w:r>
    </w:p>
    <w:p>
      <w:pPr>
        <w:spacing w:before="240"/>
      </w:pPr>
      <w:r>
        <w:rPr>
          <w:rFonts w:ascii="맑은 고딕" w:hAnsi="맑은 고딕" w:eastAsia="맑은 고딕"/>
          <w:b/>
          <w:color w:val="8B95A1"/>
          <w:sz w:val="17"/>
        </w:rPr>
        <w:t xml:space="preserve">  해석 · 의미 파악  </w:t>
      </w:r>
    </w:p>
    <w:p>
      <w:r>
        <w:rPr>
          <w:rFonts w:ascii="맑은 고딕" w:hAnsi="맑은 고딕" w:eastAsia="맑은 고딕"/>
          <w:b/>
          <w:color w:val="2272EB"/>
          <w:sz w:val="24"/>
        </w:rPr>
        <w:t xml:space="preserve">7. </w:t>
      </w:r>
      <w:r>
        <w:rPr>
          <w:rFonts w:ascii="맑은 고딕" w:hAnsi="맑은 고딕" w:eastAsia="맑은 고딕"/>
          <w:b/>
          <w:color w:val="191F28"/>
          <w:sz w:val="23"/>
        </w:rPr>
        <w:t>이 이야기에서 '김밥'이 뜻하는 것으로 알맞은 것은?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① 어려운 친구를 향한 따뜻한 배려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② 누구나 다 좋아하는 아주 맛있는 음식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③ 부자의 자랑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④ 소풍의 규칙</w:t>
      </w:r>
    </w:p>
    <w:p>
      <w:pPr>
        <w:spacing w:before="240"/>
      </w:pPr>
      <w:r>
        <w:rPr>
          <w:rFonts w:ascii="맑은 고딕" w:hAnsi="맑은 고딕" w:eastAsia="맑은 고딕"/>
          <w:b/>
          <w:color w:val="8B95A1"/>
          <w:sz w:val="17"/>
        </w:rPr>
        <w:t xml:space="preserve">  종합 · 주제 파악  </w:t>
      </w:r>
    </w:p>
    <w:p>
      <w:r>
        <w:rPr>
          <w:rFonts w:ascii="맑은 고딕" w:hAnsi="맑은 고딕" w:eastAsia="맑은 고딕"/>
          <w:b/>
          <w:color w:val="2272EB"/>
          <w:sz w:val="24"/>
        </w:rPr>
        <w:t xml:space="preserve">8. </w:t>
      </w:r>
      <w:r>
        <w:rPr>
          <w:rFonts w:ascii="맑은 고딕" w:hAnsi="맑은 고딕" w:eastAsia="맑은 고딕"/>
          <w:b/>
          <w:color w:val="191F28"/>
          <w:sz w:val="23"/>
        </w:rPr>
        <w:t>이 이야기가 전하려는 바로 가장 알맞은 것은?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① 소풍에는 누구나 반드시 김밥을 싸 가야 한다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② 달걀이 가장 소중하다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③ 서로를 아끼고 위로하는 진심이 중요하다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④ 가난은 부끄러운 것이다</w:t>
      </w:r>
    </w:p>
    <w:p>
      <w:pPr>
        <w:spacing w:before="240"/>
      </w:pPr>
      <w:r>
        <w:rPr>
          <w:rFonts w:ascii="맑은 고딕" w:hAnsi="맑은 고딕" w:eastAsia="맑은 고딕"/>
          <w:b/>
          <w:color w:val="8B95A1"/>
          <w:sz w:val="17"/>
        </w:rPr>
        <w:t xml:space="preserve">  공감 · 서술형  </w:t>
      </w:r>
    </w:p>
    <w:p>
      <w:r>
        <w:rPr>
          <w:rFonts w:ascii="맑은 고딕" w:hAnsi="맑은 고딕" w:eastAsia="맑은 고딕"/>
          <w:b/>
          <w:color w:val="2272EB"/>
          <w:sz w:val="24"/>
        </w:rPr>
        <w:t xml:space="preserve">9. </w:t>
      </w:r>
      <w:r>
        <w:rPr>
          <w:rFonts w:ascii="맑은 고딕" w:hAnsi="맑은 고딕" w:eastAsia="맑은 고딕"/>
          <w:b/>
          <w:color w:val="191F28"/>
          <w:sz w:val="23"/>
        </w:rPr>
        <w:t>개떡 도시락 때문에 속상했을 동숙이에게 전하고 싶은 위로의 말을 써 보세요.</w:t>
      </w:r>
    </w:p>
    <w:p>
      <w:pPr>
        <w:pBdr>
          <w:bottom w:val="single" w:sz="6" w:space="1" w:color="C8CDD2"/>
        </w:pBdr>
        <w:spacing w:before="360" w:after="0"/>
        <w:ind w:left="320"/>
      </w:pPr>
    </w:p>
    <w:p>
      <w:pPr>
        <w:pBdr>
          <w:bottom w:val="single" w:sz="6" w:space="1" w:color="C8CDD2"/>
        </w:pBdr>
        <w:spacing w:before="360" w:after="0"/>
        <w:ind w:left="320"/>
      </w:pPr>
    </w:p>
    <w:p>
      <w:pPr>
        <w:pBdr>
          <w:bottom w:val="single" w:sz="6" w:space="1" w:color="C8CDD2"/>
        </w:pBdr>
        <w:spacing w:before="360" w:after="0"/>
        <w:ind w:left="320"/>
      </w:pPr>
    </w:p>
    <w:p>
      <w:pPr>
        <w:spacing w:before="240"/>
      </w:pPr>
      <w:r>
        <w:rPr>
          <w:rFonts w:ascii="맑은 고딕" w:hAnsi="맑은 고딕" w:eastAsia="맑은 고딕"/>
          <w:b/>
          <w:color w:val="8B95A1"/>
          <w:sz w:val="17"/>
        </w:rPr>
        <w:t xml:space="preserve">  적용하기 · 서술형  </w:t>
      </w:r>
    </w:p>
    <w:p>
      <w:r>
        <w:rPr>
          <w:rFonts w:ascii="맑은 고딕" w:hAnsi="맑은 고딕" w:eastAsia="맑은 고딕"/>
          <w:b/>
          <w:color w:val="2272EB"/>
          <w:sz w:val="24"/>
        </w:rPr>
        <w:t xml:space="preserve">10. </w:t>
      </w:r>
      <w:r>
        <w:rPr>
          <w:rFonts w:ascii="맑은 고딕" w:hAnsi="맑은 고딕" w:eastAsia="맑은 고딕"/>
          <w:b/>
          <w:color w:val="191F28"/>
          <w:sz w:val="23"/>
        </w:rPr>
        <w:t>동숙이의 선생님처럼, 어려운 친구를 마음 상하지 않게 도울 수 있는 방법을 써 보세요.</w:t>
      </w:r>
    </w:p>
    <w:p>
      <w:pPr>
        <w:pBdr>
          <w:bottom w:val="single" w:sz="6" w:space="1" w:color="C8CDD2"/>
        </w:pBdr>
        <w:spacing w:before="360" w:after="0"/>
        <w:ind w:left="320"/>
      </w:pPr>
    </w:p>
    <w:p>
      <w:pPr>
        <w:pBdr>
          <w:bottom w:val="single" w:sz="6" w:space="1" w:color="C8CDD2"/>
        </w:pBdr>
        <w:spacing w:before="360" w:after="0"/>
        <w:ind w:left="320"/>
      </w:pPr>
    </w:p>
    <w:p>
      <w:pPr>
        <w:pBdr>
          <w:bottom w:val="single" w:sz="6" w:space="1" w:color="C8CDD2"/>
        </w:pBdr>
        <w:spacing w:before="360" w:after="0"/>
        <w:ind w:left="320"/>
      </w:pPr>
    </w:p>
    <w:p>
      <w:r>
        <w:br w:type="page"/>
      </w:r>
    </w:p>
    <w:p>
      <w:r>
        <w:rPr>
          <w:rFonts w:ascii="맑은 고딕" w:hAnsi="맑은 고딕" w:eastAsia="맑은 고딕"/>
          <w:b/>
          <w:color w:val="2272EB"/>
          <w:sz w:val="19"/>
        </w:rPr>
        <w:t xml:space="preserve">[초등 고학년용] </w:t>
      </w:r>
    </w:p>
    <w:p>
      <w:r>
        <w:rPr>
          <w:rFonts w:ascii="맑은 고딕" w:hAnsi="맑은 고딕" w:eastAsia="맑은 고딕"/>
          <w:b/>
          <w:color w:val="191F28"/>
          <w:sz w:val="36"/>
        </w:rPr>
        <w:t>반찬이 아니라 마음</w:t>
      </w:r>
    </w:p>
    <w:p>
      <w:r>
        <w:rPr>
          <w:rFonts w:ascii="맑은 고딕" w:hAnsi="맑은 고딕" w:eastAsia="맑은 고딕"/>
          <w:b/>
          <w:color w:val="2272EB"/>
          <w:sz w:val="19"/>
        </w:rPr>
        <w:t xml:space="preserve">영상 미리보기  </w:t>
      </w:r>
      <w:r>
        <w:rPr>
          <w:rFonts w:ascii="맑은 고딕" w:hAnsi="맑은 고딕" w:eastAsia="맑은 고딕"/>
          <w:b w:val="0"/>
          <w:color w:val="4E5968"/>
          <w:sz w:val="19"/>
        </w:rPr>
        <w:t>소풍날, 친구들은 달걀을 넣은 김밥을 싸 오지만 가난한 동숙이는 쑥개떡을 싸 가야 한다. 달걀을 사려고 쑥을 캐어 장에 내다 팔고, 엄마는 아버지 병원비로 달걀을 사 주지만 동숙이가 그만 깨뜨리고 만다. 끝내 개떡을 싸 온 동숙이에게 선생님은 '속이 안 좋다'며 자신의 김밥을 건넨다. 겉모습이나 반찬이 아니라 서로를 아끼고 배려하는 진심이 소중함을 먹먹하게 일깨우는 이야기.</w:t>
      </w:r>
    </w:p>
    <w:p>
      <w:pPr>
        <w:spacing w:before="240"/>
      </w:pPr>
      <w:r>
        <w:rPr>
          <w:rFonts w:ascii="맑은 고딕" w:hAnsi="맑은 고딕" w:eastAsia="맑은 고딕"/>
          <w:b/>
          <w:color w:val="8B95A1"/>
          <w:sz w:val="17"/>
        </w:rPr>
        <w:t xml:space="preserve">  내용 이해 · 객관식  </w:t>
      </w:r>
    </w:p>
    <w:p>
      <w:r>
        <w:rPr>
          <w:rFonts w:ascii="맑은 고딕" w:hAnsi="맑은 고딕" w:eastAsia="맑은 고딕"/>
          <w:b/>
          <w:color w:val="2272EB"/>
          <w:sz w:val="24"/>
        </w:rPr>
        <w:t xml:space="preserve">1. </w:t>
      </w:r>
      <w:r>
        <w:rPr>
          <w:rFonts w:ascii="맑은 고딕" w:hAnsi="맑은 고딕" w:eastAsia="맑은 고딕"/>
          <w:b/>
          <w:color w:val="191F28"/>
          <w:sz w:val="23"/>
        </w:rPr>
        <w:t>동숙이가 소풍에 가져가야 했던 것은 무엇인가요?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① 쑥개떡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② 달걀 김밥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③ 샌드위치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④ 주먹밥</w:t>
      </w:r>
    </w:p>
    <w:p>
      <w:pPr>
        <w:spacing w:before="240"/>
      </w:pPr>
      <w:r>
        <w:rPr>
          <w:rFonts w:ascii="맑은 고딕" w:hAnsi="맑은 고딕" w:eastAsia="맑은 고딕"/>
          <w:b/>
          <w:color w:val="8B95A1"/>
          <w:sz w:val="17"/>
        </w:rPr>
        <w:t xml:space="preserve">  추론 · 마음 읽기  </w:t>
      </w:r>
    </w:p>
    <w:p>
      <w:r>
        <w:rPr>
          <w:rFonts w:ascii="맑은 고딕" w:hAnsi="맑은 고딕" w:eastAsia="맑은 고딕"/>
          <w:b/>
          <w:color w:val="2272EB"/>
          <w:sz w:val="24"/>
        </w:rPr>
        <w:t xml:space="preserve">2. </w:t>
      </w:r>
      <w:r>
        <w:rPr>
          <w:rFonts w:ascii="맑은 고딕" w:hAnsi="맑은 고딕" w:eastAsia="맑은 고딕"/>
          <w:b/>
          <w:color w:val="191F28"/>
          <w:sz w:val="23"/>
        </w:rPr>
        <w:t>동숙이가 달걀 김밥에 그토록 마음을 쓴 까닭으로 알맞은 것은?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① 이 세상에서 달걀을 누구보다 가장 좋아해서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② 친구들처럼 어울리고 부끄럽지 않으려고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③ 엄마를 골탕 먹이려고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④ 상을 받으려고</w:t>
      </w:r>
    </w:p>
    <w:p>
      <w:pPr>
        <w:spacing w:before="240"/>
      </w:pPr>
      <w:r>
        <w:rPr>
          <w:rFonts w:ascii="맑은 고딕" w:hAnsi="맑은 고딕" w:eastAsia="맑은 고딕"/>
          <w:b/>
          <w:color w:val="8B95A1"/>
          <w:sz w:val="17"/>
        </w:rPr>
        <w:t xml:space="preserve">  추론 · 까닭 찾기  </w:t>
      </w:r>
    </w:p>
    <w:p>
      <w:r>
        <w:rPr>
          <w:rFonts w:ascii="맑은 고딕" w:hAnsi="맑은 고딕" w:eastAsia="맑은 고딕"/>
          <w:b/>
          <w:color w:val="2272EB"/>
          <w:sz w:val="24"/>
        </w:rPr>
        <w:t xml:space="preserve">3. </w:t>
      </w:r>
      <w:r>
        <w:rPr>
          <w:rFonts w:ascii="맑은 고딕" w:hAnsi="맑은 고딕" w:eastAsia="맑은 고딕"/>
          <w:b/>
          <w:color w:val="191F28"/>
          <w:sz w:val="23"/>
        </w:rPr>
        <w:t>아버지 약값으로 달걀을 사 준 엄마의 행동에 담긴 마음은?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① 돈이 많아서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② 가까운 이웃들이 자꾸 권하는 바람에 어쩔 수 없이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③ 딸의 마음을 먼저 헤아린 부모의 사랑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④ 달걀이 꼭 필요해서</w:t>
      </w:r>
    </w:p>
    <w:p>
      <w:pPr>
        <w:spacing w:before="240"/>
      </w:pPr>
      <w:r>
        <w:rPr>
          <w:rFonts w:ascii="맑은 고딕" w:hAnsi="맑은 고딕" w:eastAsia="맑은 고딕"/>
          <w:b/>
          <w:color w:val="8B95A1"/>
          <w:sz w:val="17"/>
        </w:rPr>
        <w:t xml:space="preserve">  해석 · 의도 파악  </w:t>
      </w:r>
    </w:p>
    <w:p>
      <w:r>
        <w:rPr>
          <w:rFonts w:ascii="맑은 고딕" w:hAnsi="맑은 고딕" w:eastAsia="맑은 고딕"/>
          <w:b/>
          <w:color w:val="2272EB"/>
          <w:sz w:val="24"/>
        </w:rPr>
        <w:t xml:space="preserve">4. </w:t>
      </w:r>
      <w:r>
        <w:rPr>
          <w:rFonts w:ascii="맑은 고딕" w:hAnsi="맑은 고딕" w:eastAsia="맑은 고딕"/>
          <w:b/>
          <w:color w:val="191F28"/>
          <w:sz w:val="23"/>
        </w:rPr>
        <w:t>선생님이 '속이 안 좋다'며 김밥을 동숙이에게 준 진짜 까닭은?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① 김밥이 상해서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② 동숙이가 먼저 다가와 직접 달라고 졸랐기 때문에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③ 다이어트를 하려고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④ 동숙이가 자존심 상하지 않게 배려하려고</w:t>
      </w:r>
    </w:p>
    <w:p>
      <w:pPr>
        <w:spacing w:before="240"/>
      </w:pPr>
      <w:r>
        <w:rPr>
          <w:rFonts w:ascii="맑은 고딕" w:hAnsi="맑은 고딕" w:eastAsia="맑은 고딕"/>
          <w:b/>
          <w:color w:val="8B95A1"/>
          <w:sz w:val="17"/>
        </w:rPr>
        <w:t xml:space="preserve">  순서 맞추기  </w:t>
      </w:r>
    </w:p>
    <w:p>
      <w:r>
        <w:rPr>
          <w:rFonts w:ascii="맑은 고딕" w:hAnsi="맑은 고딕" w:eastAsia="맑은 고딕"/>
          <w:b/>
          <w:color w:val="2272EB"/>
          <w:sz w:val="24"/>
        </w:rPr>
        <w:t xml:space="preserve">5. </w:t>
      </w:r>
      <w:r>
        <w:rPr>
          <w:rFonts w:ascii="맑은 고딕" w:hAnsi="맑은 고딕" w:eastAsia="맑은 고딕"/>
          <w:b/>
          <w:color w:val="191F28"/>
          <w:sz w:val="23"/>
        </w:rPr>
        <w:t>이야기가 일어난 순서대로 기호를 써 보세요.</w:t>
      </w:r>
    </w:p>
    <w:p>
      <w:pPr>
        <w:ind w:left="320"/>
      </w:pPr>
      <w:r>
        <w:rPr>
          <w:rFonts w:ascii="맑은 고딕" w:hAnsi="맑은 고딕" w:eastAsia="맑은 고딕"/>
          <w:b w:val="0"/>
          <w:color w:val="333D4B"/>
          <w:sz w:val="22"/>
        </w:rPr>
        <w:t>ㄱ. 엄마가 달걀을 사 오지만 동숙이가 깨뜨린다.</w:t>
      </w:r>
    </w:p>
    <w:p>
      <w:pPr>
        <w:ind w:left="320"/>
      </w:pPr>
      <w:r>
        <w:rPr>
          <w:rFonts w:ascii="맑은 고딕" w:hAnsi="맑은 고딕" w:eastAsia="맑은 고딕"/>
          <w:b w:val="0"/>
          <w:color w:val="333D4B"/>
          <w:sz w:val="22"/>
        </w:rPr>
        <w:t>ㄴ. 가난 때문에 개떡을 싸야 하는 처지에 속상해한다.</w:t>
      </w:r>
    </w:p>
    <w:p>
      <w:pPr>
        <w:ind w:left="320"/>
      </w:pPr>
      <w:r>
        <w:rPr>
          <w:rFonts w:ascii="맑은 고딕" w:hAnsi="맑은 고딕" w:eastAsia="맑은 고딕"/>
          <w:b w:val="0"/>
          <w:color w:val="333D4B"/>
          <w:sz w:val="22"/>
        </w:rPr>
        <w:t>ㄷ. 선생님이 자기 김밥을 동숙이에게 건넨다.</w:t>
      </w:r>
    </w:p>
    <w:p>
      <w:pPr>
        <w:ind w:left="320"/>
      </w:pPr>
      <w:r>
        <w:rPr>
          <w:rFonts w:ascii="맑은 고딕" w:hAnsi="맑은 고딕" w:eastAsia="맑은 고딕"/>
          <w:b w:val="0"/>
          <w:color w:val="333D4B"/>
          <w:sz w:val="22"/>
        </w:rPr>
        <w:t>ㄹ. 동숙이가 쑥을 캐 장에 내다 판다.</w:t>
      </w:r>
    </w:p>
    <w:p>
      <w:pPr>
        <w:ind w:left="320"/>
      </w:pPr>
      <w:r>
        <w:rPr>
          <w:rFonts w:ascii="맑은 고딕" w:hAnsi="맑은 고딕" w:eastAsia="맑은 고딕"/>
          <w:b/>
          <w:color w:val="191F28"/>
          <w:sz w:val="22"/>
        </w:rPr>
        <w:t>(    ) → (    ) → (    ) → (    )</w:t>
      </w:r>
    </w:p>
    <w:p>
      <w:pPr>
        <w:spacing w:before="240"/>
      </w:pPr>
      <w:r>
        <w:rPr>
          <w:rFonts w:ascii="맑은 고딕" w:hAnsi="맑은 고딕" w:eastAsia="맑은 고딕"/>
          <w:b/>
          <w:color w:val="8B95A1"/>
          <w:sz w:val="17"/>
        </w:rPr>
        <w:t xml:space="preserve">  해석 · 까닭 찾기  </w:t>
      </w:r>
    </w:p>
    <w:p>
      <w:r>
        <w:rPr>
          <w:rFonts w:ascii="맑은 고딕" w:hAnsi="맑은 고딕" w:eastAsia="맑은 고딕"/>
          <w:b/>
          <w:color w:val="2272EB"/>
          <w:sz w:val="24"/>
        </w:rPr>
        <w:t xml:space="preserve">6. </w:t>
      </w:r>
      <w:r>
        <w:rPr>
          <w:rFonts w:ascii="맑은 고딕" w:hAnsi="맑은 고딕" w:eastAsia="맑은 고딕"/>
          <w:b/>
          <w:color w:val="191F28"/>
          <w:sz w:val="23"/>
        </w:rPr>
        <w:t>선생님이 동숙이의 '개떡 도시락'도 기꺼이 받겠다고 한 까닭으로 알맞은 것은?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① 쫄깃한 쑥개떡을 아주 많이 좋아해서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② 동숙이의 마음을 귀하게 여겨서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③ 김밥이 질려서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④ 벌을 주려고</w:t>
      </w:r>
    </w:p>
    <w:p>
      <w:pPr>
        <w:spacing w:before="240"/>
      </w:pPr>
      <w:r>
        <w:rPr>
          <w:rFonts w:ascii="맑은 고딕" w:hAnsi="맑은 고딕" w:eastAsia="맑은 고딕"/>
          <w:b/>
          <w:color w:val="8B95A1"/>
          <w:sz w:val="17"/>
        </w:rPr>
        <w:t xml:space="preserve">  해석 · 상징 파악  </w:t>
      </w:r>
    </w:p>
    <w:p>
      <w:r>
        <w:rPr>
          <w:rFonts w:ascii="맑은 고딕" w:hAnsi="맑은 고딕" w:eastAsia="맑은 고딕"/>
          <w:b/>
          <w:color w:val="2272EB"/>
          <w:sz w:val="24"/>
        </w:rPr>
        <w:t xml:space="preserve">7. </w:t>
      </w:r>
      <w:r>
        <w:rPr>
          <w:rFonts w:ascii="맑은 고딕" w:hAnsi="맑은 고딕" w:eastAsia="맑은 고딕"/>
          <w:b/>
          <w:color w:val="191F28"/>
          <w:sz w:val="23"/>
        </w:rPr>
        <w:t>제목이자 소재인 '김밥'이 상징하는 것으로 알맞은 것은?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① 사람을 향한 따뜻한 정과 배려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② 값비싼 음식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③ 소풍의 즐거움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④ 잘사는 부자와 가난한 사람의 차이</w:t>
      </w:r>
    </w:p>
    <w:p>
      <w:pPr>
        <w:spacing w:before="240"/>
      </w:pPr>
      <w:r>
        <w:rPr>
          <w:rFonts w:ascii="맑은 고딕" w:hAnsi="맑은 고딕" w:eastAsia="맑은 고딕"/>
          <w:b/>
          <w:color w:val="8B95A1"/>
          <w:sz w:val="17"/>
        </w:rPr>
        <w:t xml:space="preserve">  종합 · 주제 파악  </w:t>
      </w:r>
    </w:p>
    <w:p>
      <w:r>
        <w:rPr>
          <w:rFonts w:ascii="맑은 고딕" w:hAnsi="맑은 고딕" w:eastAsia="맑은 고딕"/>
          <w:b/>
          <w:color w:val="2272EB"/>
          <w:sz w:val="24"/>
        </w:rPr>
        <w:t xml:space="preserve">8. </w:t>
      </w:r>
      <w:r>
        <w:rPr>
          <w:rFonts w:ascii="맑은 고딕" w:hAnsi="맑은 고딕" w:eastAsia="맑은 고딕"/>
          <w:b/>
          <w:color w:val="191F28"/>
          <w:sz w:val="23"/>
        </w:rPr>
        <w:t>이 작품이 오늘 우리에게 주는 의미로 가장 알맞은 것은?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① 반찬이 좋아야 인정받는다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② 가난은 숨겨야 한다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③ 서로를 존중하고 배려하는 마음이 중요하다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④ 도움은 늘 누구나 알 수 있게 크게 티 내야 한다</w:t>
      </w:r>
    </w:p>
    <w:p>
      <w:pPr>
        <w:spacing w:before="240"/>
      </w:pPr>
      <w:r>
        <w:rPr>
          <w:rFonts w:ascii="맑은 고딕" w:hAnsi="맑은 고딕" w:eastAsia="맑은 고딕"/>
          <w:b/>
          <w:color w:val="8B95A1"/>
          <w:sz w:val="17"/>
        </w:rPr>
        <w:t xml:space="preserve">  공감 · 서술형  </w:t>
      </w:r>
    </w:p>
    <w:p>
      <w:r>
        <w:rPr>
          <w:rFonts w:ascii="맑은 고딕" w:hAnsi="맑은 고딕" w:eastAsia="맑은 고딕"/>
          <w:b/>
          <w:color w:val="2272EB"/>
          <w:sz w:val="24"/>
        </w:rPr>
        <w:t xml:space="preserve">9. </w:t>
      </w:r>
      <w:r>
        <w:rPr>
          <w:rFonts w:ascii="맑은 고딕" w:hAnsi="맑은 고딕" w:eastAsia="맑은 고딕"/>
          <w:b/>
          <w:color w:val="191F28"/>
          <w:sz w:val="23"/>
        </w:rPr>
        <w:t>가난 때문에 서러워한 동숙이, 또는 동숙이를 배려한 선생님 중 한 사람에게 하고 싶은 말을 써 보세요.</w:t>
      </w:r>
    </w:p>
    <w:p>
      <w:pPr>
        <w:pBdr>
          <w:bottom w:val="single" w:sz="6" w:space="1" w:color="C8CDD2"/>
        </w:pBdr>
        <w:spacing w:before="360" w:after="0"/>
        <w:ind w:left="320"/>
      </w:pPr>
    </w:p>
    <w:p>
      <w:pPr>
        <w:pBdr>
          <w:bottom w:val="single" w:sz="6" w:space="1" w:color="C8CDD2"/>
        </w:pBdr>
        <w:spacing w:before="360" w:after="0"/>
        <w:ind w:left="320"/>
      </w:pPr>
    </w:p>
    <w:p>
      <w:pPr>
        <w:pBdr>
          <w:bottom w:val="single" w:sz="6" w:space="1" w:color="C8CDD2"/>
        </w:pBdr>
        <w:spacing w:before="360" w:after="0"/>
        <w:ind w:left="320"/>
      </w:pPr>
    </w:p>
    <w:p>
      <w:pPr>
        <w:spacing w:before="240"/>
      </w:pPr>
      <w:r>
        <w:rPr>
          <w:rFonts w:ascii="맑은 고딕" w:hAnsi="맑은 고딕" w:eastAsia="맑은 고딕"/>
          <w:b/>
          <w:color w:val="8B95A1"/>
          <w:sz w:val="17"/>
        </w:rPr>
        <w:t xml:space="preserve">  가치 판단 · 서술형  </w:t>
      </w:r>
    </w:p>
    <w:p>
      <w:r>
        <w:rPr>
          <w:rFonts w:ascii="맑은 고딕" w:hAnsi="맑은 고딕" w:eastAsia="맑은 고딕"/>
          <w:b/>
          <w:color w:val="2272EB"/>
          <w:sz w:val="24"/>
        </w:rPr>
        <w:t xml:space="preserve">10. </w:t>
      </w:r>
      <w:r>
        <w:rPr>
          <w:rFonts w:ascii="맑은 고딕" w:hAnsi="맑은 고딕" w:eastAsia="맑은 고딕"/>
          <w:b/>
          <w:color w:val="191F28"/>
          <w:sz w:val="23"/>
        </w:rPr>
        <w:t>선생님처럼 '상대가 부끄럽지 않게 돕는 배려'가 왜 더 따뜻한 도움이 되는지 자신의 생각을 써 보세요.</w:t>
      </w:r>
    </w:p>
    <w:p>
      <w:pPr>
        <w:pBdr>
          <w:bottom w:val="single" w:sz="6" w:space="1" w:color="C8CDD2"/>
        </w:pBdr>
        <w:spacing w:before="360" w:after="0"/>
        <w:ind w:left="320"/>
      </w:pPr>
    </w:p>
    <w:p>
      <w:pPr>
        <w:pBdr>
          <w:bottom w:val="single" w:sz="6" w:space="1" w:color="C8CDD2"/>
        </w:pBdr>
        <w:spacing w:before="360" w:after="0"/>
        <w:ind w:left="320"/>
      </w:pPr>
    </w:p>
    <w:p>
      <w:pPr>
        <w:pBdr>
          <w:bottom w:val="single" w:sz="6" w:space="1" w:color="C8CDD2"/>
        </w:pBdr>
        <w:spacing w:before="360" w:after="0"/>
        <w:ind w:left="320"/>
      </w:pPr>
    </w:p>
    <w:p>
      <w:r>
        <w:br w:type="page"/>
      </w:r>
    </w:p>
    <w:p>
      <w:r>
        <w:rPr>
          <w:rFonts w:ascii="맑은 고딕" w:hAnsi="맑은 고딕" w:eastAsia="맑은 고딕"/>
          <w:b/>
          <w:color w:val="191F28"/>
          <w:sz w:val="32"/>
        </w:rPr>
        <w:t>정답 및 해설 · 교사용</w:t>
      </w:r>
    </w:p>
    <w:p>
      <w:pPr>
        <w:spacing w:before="160"/>
      </w:pPr>
      <w:r>
        <w:rPr>
          <w:rFonts w:ascii="맑은 고딕" w:hAnsi="맑은 고딕" w:eastAsia="맑은 고딕"/>
          <w:b/>
          <w:color w:val="2272EB"/>
          <w:sz w:val="26"/>
        </w:rPr>
        <w:t>[중학년] 동숙이의 소풍 도시락</w:t>
      </w:r>
    </w:p>
    <w:p>
      <w:pPr>
        <w:spacing w:before="80"/>
      </w:pPr>
      <w:r>
        <w:rPr>
          <w:rFonts w:ascii="맑은 고딕" w:hAnsi="맑은 고딕" w:eastAsia="맑은 고딕"/>
          <w:b/>
          <w:color w:val="03B26C"/>
          <w:sz w:val="22"/>
        </w:rPr>
        <w:t xml:space="preserve">1.  </w:t>
      </w:r>
      <w:r>
        <w:rPr>
          <w:rFonts w:ascii="맑은 고딕" w:hAnsi="맑은 고딕" w:eastAsia="맑은 고딕"/>
          <w:b/>
          <w:color w:val="191F28"/>
          <w:sz w:val="22"/>
        </w:rPr>
        <w:t>① 쑥개떡</w:t>
      </w:r>
    </w:p>
    <w:p>
      <w:pPr>
        <w:spacing w:before="80"/>
      </w:pPr>
      <w:r>
        <w:rPr>
          <w:rFonts w:ascii="맑은 고딕" w:hAnsi="맑은 고딕" w:eastAsia="맑은 고딕"/>
          <w:b/>
          <w:color w:val="03B26C"/>
          <w:sz w:val="22"/>
        </w:rPr>
        <w:t xml:space="preserve">2.  </w:t>
      </w:r>
      <w:r>
        <w:rPr>
          <w:rFonts w:ascii="맑은 고딕" w:hAnsi="맑은 고딕" w:eastAsia="맑은 고딕"/>
          <w:b/>
          <w:color w:val="191F28"/>
          <w:sz w:val="22"/>
        </w:rPr>
        <w:t>② 가난하고 형편이 어려워서</w:t>
      </w:r>
    </w:p>
    <w:p>
      <w:pPr>
        <w:spacing w:before="80"/>
      </w:pPr>
      <w:r>
        <w:rPr>
          <w:rFonts w:ascii="맑은 고딕" w:hAnsi="맑은 고딕" w:eastAsia="맑은 고딕"/>
          <w:b/>
          <w:color w:val="03B26C"/>
          <w:sz w:val="22"/>
        </w:rPr>
        <w:t xml:space="preserve">3.  </w:t>
      </w:r>
      <w:r>
        <w:rPr>
          <w:rFonts w:ascii="맑은 고딕" w:hAnsi="맑은 고딕" w:eastAsia="맑은 고딕"/>
          <w:b/>
          <w:color w:val="191F28"/>
          <w:sz w:val="22"/>
        </w:rPr>
        <w:t>③ 쑥을 캐서 장에 내다 팔려 했다</w:t>
      </w:r>
    </w:p>
    <w:p>
      <w:pPr>
        <w:spacing w:before="80"/>
      </w:pPr>
      <w:r>
        <w:rPr>
          <w:rFonts w:ascii="맑은 고딕" w:hAnsi="맑은 고딕" w:eastAsia="맑은 고딕"/>
          <w:b/>
          <w:color w:val="03B26C"/>
          <w:sz w:val="22"/>
        </w:rPr>
        <w:t xml:space="preserve">4.  </w:t>
      </w:r>
      <w:r>
        <w:rPr>
          <w:rFonts w:ascii="맑은 고딕" w:hAnsi="맑은 고딕" w:eastAsia="맑은 고딕"/>
          <w:b/>
          <w:color w:val="191F28"/>
          <w:sz w:val="22"/>
        </w:rPr>
        <w:t>④ 딸에게 김밥을 싸 주고 싶어서</w:t>
      </w:r>
    </w:p>
    <w:p>
      <w:pPr>
        <w:spacing w:before="80"/>
      </w:pPr>
      <w:r>
        <w:rPr>
          <w:rFonts w:ascii="맑은 고딕" w:hAnsi="맑은 고딕" w:eastAsia="맑은 고딕"/>
          <w:b/>
          <w:color w:val="03B26C"/>
          <w:sz w:val="22"/>
        </w:rPr>
        <w:t xml:space="preserve">5.  </w:t>
      </w:r>
      <w:r>
        <w:rPr>
          <w:rFonts w:ascii="맑은 고딕" w:hAnsi="맑은 고딕" w:eastAsia="맑은 고딕"/>
          <w:b/>
          <w:color w:val="191F28"/>
          <w:sz w:val="22"/>
        </w:rPr>
        <w:t>ㄴ → ㄱ → ㄹ → ㄷ</w:t>
      </w:r>
    </w:p>
    <w:p>
      <w:pPr>
        <w:spacing w:before="80"/>
      </w:pPr>
      <w:r>
        <w:rPr>
          <w:rFonts w:ascii="맑은 고딕" w:hAnsi="맑은 고딕" w:eastAsia="맑은 고딕"/>
          <w:b/>
          <w:color w:val="03B26C"/>
          <w:sz w:val="22"/>
        </w:rPr>
        <w:t xml:space="preserve">6.  </w:t>
      </w:r>
      <w:r>
        <w:rPr>
          <w:rFonts w:ascii="맑은 고딕" w:hAnsi="맑은 고딕" w:eastAsia="맑은 고딕"/>
          <w:b/>
          <w:color w:val="191F28"/>
          <w:sz w:val="22"/>
        </w:rPr>
        <w:t>② 동숙이가 마음 상하지 않게 배려하려고</w:t>
      </w:r>
    </w:p>
    <w:p>
      <w:pPr>
        <w:spacing w:before="80"/>
      </w:pPr>
      <w:r>
        <w:rPr>
          <w:rFonts w:ascii="맑은 고딕" w:hAnsi="맑은 고딕" w:eastAsia="맑은 고딕"/>
          <w:b/>
          <w:color w:val="03B26C"/>
          <w:sz w:val="22"/>
        </w:rPr>
        <w:t xml:space="preserve">7.  </w:t>
      </w:r>
      <w:r>
        <w:rPr>
          <w:rFonts w:ascii="맑은 고딕" w:hAnsi="맑은 고딕" w:eastAsia="맑은 고딕"/>
          <w:b/>
          <w:color w:val="191F28"/>
          <w:sz w:val="22"/>
        </w:rPr>
        <w:t>① 어려운 친구를 향한 따뜻한 배려</w:t>
      </w:r>
    </w:p>
    <w:p>
      <w:pPr>
        <w:spacing w:before="80"/>
      </w:pPr>
      <w:r>
        <w:rPr>
          <w:rFonts w:ascii="맑은 고딕" w:hAnsi="맑은 고딕" w:eastAsia="맑은 고딕"/>
          <w:b/>
          <w:color w:val="03B26C"/>
          <w:sz w:val="22"/>
        </w:rPr>
        <w:t xml:space="preserve">8.  </w:t>
      </w:r>
      <w:r>
        <w:rPr>
          <w:rFonts w:ascii="맑은 고딕" w:hAnsi="맑은 고딕" w:eastAsia="맑은 고딕"/>
          <w:b/>
          <w:color w:val="191F28"/>
          <w:sz w:val="22"/>
        </w:rPr>
        <w:t>③ 서로를 아끼고 위로하는 진심이 중요하다</w:t>
      </w:r>
    </w:p>
    <w:p>
      <w:pPr>
        <w:spacing w:before="80"/>
      </w:pPr>
      <w:r>
        <w:rPr>
          <w:rFonts w:ascii="맑은 고딕" w:hAnsi="맑은 고딕" w:eastAsia="맑은 고딕"/>
          <w:b/>
          <w:color w:val="03B26C"/>
          <w:sz w:val="22"/>
        </w:rPr>
        <w:t xml:space="preserve">9.  </w:t>
      </w:r>
      <w:r>
        <w:rPr>
          <w:rFonts w:ascii="맑은 고딕" w:hAnsi="맑은 고딕" w:eastAsia="맑은 고딕"/>
          <w:b/>
          <w:color w:val="191F28"/>
          <w:sz w:val="22"/>
        </w:rPr>
        <w:t>[예시] 도시락이 달라도 너는 충분히 소중해. 너를 아끼는 엄마와 선생님의 마음이 가장 귀한 거야. · (평가) 동숙이의 마음을 헤아려 따뜻하게 위로했는지 봐 주세요.</w:t>
      </w:r>
    </w:p>
    <w:p>
      <w:pPr>
        <w:spacing w:before="80"/>
      </w:pPr>
      <w:r>
        <w:rPr>
          <w:rFonts w:ascii="맑은 고딕" w:hAnsi="맑은 고딕" w:eastAsia="맑은 고딕"/>
          <w:b/>
          <w:color w:val="03B26C"/>
          <w:sz w:val="22"/>
        </w:rPr>
        <w:t xml:space="preserve">10.  </w:t>
      </w:r>
      <w:r>
        <w:rPr>
          <w:rFonts w:ascii="맑은 고딕" w:hAnsi="맑은 고딕" w:eastAsia="맑은 고딕"/>
          <w:b/>
          <w:color w:val="191F28"/>
          <w:sz w:val="22"/>
        </w:rPr>
        <w:t>[예시] 티 나지 않게 슬쩍 도와주고, 다른 친구들 앞에서 부끄럽지 않도록 배려하며, 따뜻한 말로 마음을 살핀다. · (평가) 상대를 배려하는 도움 방법을 구체적으로 적었는지 봐 주세요.</w:t>
      </w:r>
    </w:p>
    <w:p>
      <w:r>
        <w:br w:type="page"/>
      </w:r>
    </w:p>
    <w:p>
      <w:pPr>
        <w:spacing w:before="160"/>
      </w:pPr>
      <w:r>
        <w:rPr>
          <w:rFonts w:ascii="맑은 고딕" w:hAnsi="맑은 고딕" w:eastAsia="맑은 고딕"/>
          <w:b/>
          <w:color w:val="2272EB"/>
          <w:sz w:val="26"/>
        </w:rPr>
        <w:t>[고학년] 반찬이 아니라 마음</w:t>
      </w:r>
    </w:p>
    <w:p>
      <w:pPr>
        <w:spacing w:before="80"/>
      </w:pPr>
      <w:r>
        <w:rPr>
          <w:rFonts w:ascii="맑은 고딕" w:hAnsi="맑은 고딕" w:eastAsia="맑은 고딕"/>
          <w:b/>
          <w:color w:val="03B26C"/>
          <w:sz w:val="22"/>
        </w:rPr>
        <w:t xml:space="preserve">1.  </w:t>
      </w:r>
      <w:r>
        <w:rPr>
          <w:rFonts w:ascii="맑은 고딕" w:hAnsi="맑은 고딕" w:eastAsia="맑은 고딕"/>
          <w:b/>
          <w:color w:val="191F28"/>
          <w:sz w:val="22"/>
        </w:rPr>
        <w:t>① 쑥개떡</w:t>
      </w:r>
    </w:p>
    <w:p>
      <w:pPr>
        <w:spacing w:before="80"/>
      </w:pPr>
      <w:r>
        <w:rPr>
          <w:rFonts w:ascii="맑은 고딕" w:hAnsi="맑은 고딕" w:eastAsia="맑은 고딕"/>
          <w:b/>
          <w:color w:val="03B26C"/>
          <w:sz w:val="22"/>
        </w:rPr>
        <w:t xml:space="preserve">2.  </w:t>
      </w:r>
      <w:r>
        <w:rPr>
          <w:rFonts w:ascii="맑은 고딕" w:hAnsi="맑은 고딕" w:eastAsia="맑은 고딕"/>
          <w:b/>
          <w:color w:val="191F28"/>
          <w:sz w:val="22"/>
        </w:rPr>
        <w:t>② 친구들처럼 어울리고 부끄럽지 않으려고</w:t>
      </w:r>
    </w:p>
    <w:p>
      <w:pPr>
        <w:spacing w:before="80"/>
      </w:pPr>
      <w:r>
        <w:rPr>
          <w:rFonts w:ascii="맑은 고딕" w:hAnsi="맑은 고딕" w:eastAsia="맑은 고딕"/>
          <w:b/>
          <w:color w:val="03B26C"/>
          <w:sz w:val="22"/>
        </w:rPr>
        <w:t xml:space="preserve">3.  </w:t>
      </w:r>
      <w:r>
        <w:rPr>
          <w:rFonts w:ascii="맑은 고딕" w:hAnsi="맑은 고딕" w:eastAsia="맑은 고딕"/>
          <w:b/>
          <w:color w:val="191F28"/>
          <w:sz w:val="22"/>
        </w:rPr>
        <w:t>③ 딸의 마음을 먼저 헤아린 부모의 사랑</w:t>
      </w:r>
    </w:p>
    <w:p>
      <w:pPr>
        <w:spacing w:before="80"/>
      </w:pPr>
      <w:r>
        <w:rPr>
          <w:rFonts w:ascii="맑은 고딕" w:hAnsi="맑은 고딕" w:eastAsia="맑은 고딕"/>
          <w:b/>
          <w:color w:val="03B26C"/>
          <w:sz w:val="22"/>
        </w:rPr>
        <w:t xml:space="preserve">4.  </w:t>
      </w:r>
      <w:r>
        <w:rPr>
          <w:rFonts w:ascii="맑은 고딕" w:hAnsi="맑은 고딕" w:eastAsia="맑은 고딕"/>
          <w:b/>
          <w:color w:val="191F28"/>
          <w:sz w:val="22"/>
        </w:rPr>
        <w:t>④ 동숙이가 자존심 상하지 않게 배려하려고</w:t>
      </w:r>
    </w:p>
    <w:p>
      <w:pPr>
        <w:spacing w:before="80"/>
      </w:pPr>
      <w:r>
        <w:rPr>
          <w:rFonts w:ascii="맑은 고딕" w:hAnsi="맑은 고딕" w:eastAsia="맑은 고딕"/>
          <w:b/>
          <w:color w:val="03B26C"/>
          <w:sz w:val="22"/>
        </w:rPr>
        <w:t xml:space="preserve">5.  </w:t>
      </w:r>
      <w:r>
        <w:rPr>
          <w:rFonts w:ascii="맑은 고딕" w:hAnsi="맑은 고딕" w:eastAsia="맑은 고딕"/>
          <w:b/>
          <w:color w:val="191F28"/>
          <w:sz w:val="22"/>
        </w:rPr>
        <w:t>ㄴ → ㄹ → ㄱ → ㄷ</w:t>
      </w:r>
    </w:p>
    <w:p>
      <w:pPr>
        <w:spacing w:before="80"/>
      </w:pPr>
      <w:r>
        <w:rPr>
          <w:rFonts w:ascii="맑은 고딕" w:hAnsi="맑은 고딕" w:eastAsia="맑은 고딕"/>
          <w:b/>
          <w:color w:val="03B26C"/>
          <w:sz w:val="22"/>
        </w:rPr>
        <w:t xml:space="preserve">6.  </w:t>
      </w:r>
      <w:r>
        <w:rPr>
          <w:rFonts w:ascii="맑은 고딕" w:hAnsi="맑은 고딕" w:eastAsia="맑은 고딕"/>
          <w:b/>
          <w:color w:val="191F28"/>
          <w:sz w:val="22"/>
        </w:rPr>
        <w:t>② 동숙이의 마음을 귀하게 여겨서</w:t>
      </w:r>
    </w:p>
    <w:p>
      <w:pPr>
        <w:spacing w:before="80"/>
      </w:pPr>
      <w:r>
        <w:rPr>
          <w:rFonts w:ascii="맑은 고딕" w:hAnsi="맑은 고딕" w:eastAsia="맑은 고딕"/>
          <w:b/>
          <w:color w:val="03B26C"/>
          <w:sz w:val="22"/>
        </w:rPr>
        <w:t xml:space="preserve">7.  </w:t>
      </w:r>
      <w:r>
        <w:rPr>
          <w:rFonts w:ascii="맑은 고딕" w:hAnsi="맑은 고딕" w:eastAsia="맑은 고딕"/>
          <w:b/>
          <w:color w:val="191F28"/>
          <w:sz w:val="22"/>
        </w:rPr>
        <w:t>① 사람을 향한 따뜻한 정과 배려</w:t>
      </w:r>
    </w:p>
    <w:p>
      <w:pPr>
        <w:spacing w:before="80"/>
      </w:pPr>
      <w:r>
        <w:rPr>
          <w:rFonts w:ascii="맑은 고딕" w:hAnsi="맑은 고딕" w:eastAsia="맑은 고딕"/>
          <w:b/>
          <w:color w:val="03B26C"/>
          <w:sz w:val="22"/>
        </w:rPr>
        <w:t xml:space="preserve">8.  </w:t>
      </w:r>
      <w:r>
        <w:rPr>
          <w:rFonts w:ascii="맑은 고딕" w:hAnsi="맑은 고딕" w:eastAsia="맑은 고딕"/>
          <w:b/>
          <w:color w:val="191F28"/>
          <w:sz w:val="22"/>
        </w:rPr>
        <w:t>③ 서로를 존중하고 배려하는 마음이 중요하다</w:t>
      </w:r>
    </w:p>
    <w:p>
      <w:pPr>
        <w:spacing w:before="80"/>
      </w:pPr>
      <w:r>
        <w:rPr>
          <w:rFonts w:ascii="맑은 고딕" w:hAnsi="맑은 고딕" w:eastAsia="맑은 고딕"/>
          <w:b/>
          <w:color w:val="03B26C"/>
          <w:sz w:val="22"/>
        </w:rPr>
        <w:t xml:space="preserve">9.  </w:t>
      </w:r>
      <w:r>
        <w:rPr>
          <w:rFonts w:ascii="맑은 고딕" w:hAnsi="맑은 고딕" w:eastAsia="맑은 고딕"/>
          <w:b/>
          <w:color w:val="191F28"/>
          <w:sz w:val="22"/>
        </w:rPr>
        <w:t>[예시] 동숙아, 형편은 네 잘못이 아니야. / 선생님, 동숙이가 부끄럽지 않게 마음까지 살펴 주셔서 감동했어요. · (평가) 대상의 마음에 공감해 진심을 담았는지 봐 주세요.</w:t>
      </w:r>
    </w:p>
    <w:p>
      <w:pPr>
        <w:spacing w:before="80"/>
      </w:pPr>
      <w:r>
        <w:rPr>
          <w:rFonts w:ascii="맑은 고딕" w:hAnsi="맑은 고딕" w:eastAsia="맑은 고딕"/>
          <w:b/>
          <w:color w:val="03B26C"/>
          <w:sz w:val="22"/>
        </w:rPr>
        <w:t xml:space="preserve">10.  </w:t>
      </w:r>
      <w:r>
        <w:rPr>
          <w:rFonts w:ascii="맑은 고딕" w:hAnsi="맑은 고딕" w:eastAsia="맑은 고딕"/>
          <w:b/>
          <w:color w:val="191F28"/>
          <w:sz w:val="22"/>
        </w:rPr>
        <w:t>[예시] 도움을 받는 사람도 자존심이 있기에, 티 내지 않고 마음까지 헤아려 주면 상처 없이 고마움만 남아 진짜 위로가 되기 때문이다. · (평가) 배려하는 도움의 가치를 까닭과 함께 적었는지 봐 주세요.</w:t>
      </w:r>
    </w:p>
    <w:sectPr w:rsidR="00FC693F" w:rsidRPr="0006063C" w:rsidSect="00034616">
      <w:pgSz w:w="11906" w:h="16838"/>
      <w:pgMar w:top="850" w:right="907" w:bottom="850" w:left="90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맑은 고딕" w:hAnsi="맑은 고딕" w:eastAsia="맑은 고딕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