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안경을 찾아 읍내로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동생 산이가 형 영이의 안경을 밟아 부러뜨리자, 두 형제는 엄마 몰래 버스를 타고 읍내로 새 안경을 사러 간다. 멀미와 길 헤맴, 풀빵을 둘러싼 다툼 끝에 산이가 사라지고, 영이는 애타게 동생을 찾는다. 다시 만난 형제는 서로 자기 잘못이라며 눈물로 사과하고 풀빵을 나눠 먹으며 화해한다. 티격태격하면서도 서로를 깊이 아끼는 끈끈한 형제애를 담은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형제가 읍내에 간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부러진 안경을 사오려고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엄마 선물을 사려고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친구를 만나려고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맛있는 풀빵을 사 먹으려고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영이의 안경이 부러진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비에 젖어서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산이가 밟아서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잃어버려서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버스에서 떨어뜨려서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영이는 안경이 없으면 어떻게 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잠이 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머리가 커진다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사물이 두 개로 보인다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불편함도 느끼지 못한다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영이가 풀빵을 사 먹자는 산이를 말린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풀빵이 너무 맛없게 생겨 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배가 불러서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시간이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안경 살 돈이 모자랄까 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둘이 읍내로 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영이의 안경이 부러진다.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다시 만나 화해한다.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산이가 사라져 헤맨다.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산이가 사라지자 영이가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안경만 사 들고 집에 가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애타게 찾아다니며 사과했다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알렸다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기다렸다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다시 만난 형제가 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또 싸웠다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모른 척했다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사과하고 화해했다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각자 집으로 따로 돌아갔다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서로 아끼는 형제애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안경은 비싸다는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읍내는 위험하다는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다니는 게 더 편하다는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서로를 잃어버렸다가 다시 만나 사과하던 형제의 마음이 어떠했을지 헤아려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형제나 친구와 다툰 뒤 화해했던 경험이나, 화해하는 좋은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티격태격, 그래도 형제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동생 산이가 형 영이의 안경을 밟아 부러뜨리자, 두 형제는 엄마 몰래 버스를 타고 읍내로 새 안경을 사러 간다. 멀미와 길 헤맴, 풀빵을 둘러싼 다툼 끝에 산이가 사라지고, 영이는 애타게 동생을 찾는다. 다시 만난 형제는 서로 자기 잘못이라며 눈물로 사과하고 풀빵을 나눠 먹으며 화해한다. 티격태격하면서도 서로를 깊이 아끼는 끈끈한 형제애를 담은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형제가 엄마 몰래 읍내에 간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몰래 안경을 사다 놓으려고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용돈을 받으려고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친척 집에 가려고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둘이 읍내 구경을 하고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영이가 동생에게 자꾸 화를 낸 진짜 마음으로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동생이 그저 미워서 그런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걱정되고 마음이 급해서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심심해서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벌을 주고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산이가 사라진 뒤 '내가 잘못했어'라던 영이의 말이 보여 주는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귀찮아하는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화가 난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동생을 걱정하고 후회하는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빨리 혼자 집에 가고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형제가 화해한 방식으로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지나가던 어른에게 크게 혼이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안경을 새로 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시간이 지나서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사과하고 풀빵을 나눠 먹어서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둘이 읍내로 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영이의 안경이 부러진다.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다시 만나 화해한다.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산이가 사라져 헤맨다.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상징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이 이야기에서 형제가 나눠 먹은 '풀빵'이 상징하는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값이 아주 비싼 귀한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함께 나누는 따뜻한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읍내의 명물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엄마의 선물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형제가 티격태격하면서도 끝까지 함께한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돈이 한 사람에게만 있었기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길을 몰라서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서로를 깊이 아끼기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버스를 같이 타야 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다퉈도 서로 아끼는 가족애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안경은 소중하다는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읍내는 멀다는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형제는 함께 다니면 위험하다는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형제가 티격태격하면서도 서로를 아끼는 마음을 느낄 수 있는 장면을 하나 골라, 그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미안한 마음을 말로 표현하기 어려울 때, 어떻게 사과하면 좋을지 자신의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안경을 찾아 읍내로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부러진 안경을 사오려고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산이가 밟아서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사물이 두 개로 보인다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안경 살 돈이 모자랄까 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애타게 찾아다니며 사과했다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서로 사과하고 화해했다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서로 아끼는 형제애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동생이 사라졌을 때 너무 무섭고 미안했을 것이고, 다시 만났을 땐 안도와 고마움에 눈물이 났을 것이다. · (평가) 형제의 마음을 헤아려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동생과 다툰 뒤 먼저 '미안해'라고 말하고 좋아하는 간식을 나눠 먹으며 풀었다. 먼저 사과하면 마음이 편해진다. · (평가) 화해 경험이나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티격태격, 그래도 형제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몰래 안경을 사다 놓으려고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걱정되고 마음이 급해서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동생을 걱정하고 후회하는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사과하고 풀빵을 나눠 먹어서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함께 나누는 따뜻한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서로를 깊이 아끼기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다퉈도 서로 아끼는 가족애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산이가 사라지자 영이가 울며 찾아다닌 장면이 인상 깊다. 평소엔 다투지만 위기에선 동생을 가장 먼저 걱정하는 깊은 사랑이 드러났기 때문이다. · (평가) 장면과 까닭을 형제애와 연결해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짧은 쪽지에 미안한 마음을 적어 건네거나, 상대가 좋아하는 것을 함께 나누며 행동으로 마음을 보인다. · (평가) 사과를 전하는 구체적 방법을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