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진실을 밝히는 용기</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반에서 힘이 센 미희가 '양파'라는 모임을 만들어, '우정 주문'과 '신비의 물'로 친구들을 겁주어 통제하고 거짓 누명으로 정선이를 부당하게 따돌린다. 화장실에 가두고 지갑 도둑으로 몰지만, 수빈이가 용기 내어 진실을 밝히면서 거짓이 드러나고 결국 미희는 혼자가 된다. 부모가 외국에 있어 외로웠던 미희의 사정도 비치며, 권력을 이용한 따돌림의 심각성과 진정한 우정·약자를 지키는 용기를 생각하게 하는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미희가 만든, 친구들을 끼리끼리 묶은 모임의 이름은 무엇인가요?</w:t>
      </w:r>
    </w:p>
    <w:p>
      <w:pPr>
        <w:ind w:left="320"/>
      </w:pPr>
      <w:r>
        <w:rPr>
          <w:rFonts w:ascii="맑은 고딕" w:hAnsi="맑은 고딕" w:eastAsia="맑은 고딕"/>
          <w:b w:val="0"/>
          <w:color w:val="4E5968"/>
          <w:sz w:val="22"/>
        </w:rPr>
        <w:t>① 양파</w:t>
      </w:r>
    </w:p>
    <w:p>
      <w:pPr>
        <w:ind w:left="320"/>
      </w:pPr>
      <w:r>
        <w:rPr>
          <w:rFonts w:ascii="맑은 고딕" w:hAnsi="맑은 고딕" w:eastAsia="맑은 고딕"/>
          <w:b w:val="0"/>
          <w:color w:val="4E5968"/>
          <w:sz w:val="22"/>
        </w:rPr>
        <w:t>② 마늘</w:t>
      </w:r>
    </w:p>
    <w:p>
      <w:pPr>
        <w:ind w:left="320"/>
      </w:pPr>
      <w:r>
        <w:rPr>
          <w:rFonts w:ascii="맑은 고딕" w:hAnsi="맑은 고딕" w:eastAsia="맑은 고딕"/>
          <w:b w:val="0"/>
          <w:color w:val="4E5968"/>
          <w:sz w:val="22"/>
        </w:rPr>
        <w:t>③ 당근</w:t>
      </w:r>
    </w:p>
    <w:p>
      <w:pPr>
        <w:ind w:left="320"/>
      </w:pPr>
      <w:r>
        <w:rPr>
          <w:rFonts w:ascii="맑은 고딕" w:hAnsi="맑은 고딕" w:eastAsia="맑은 고딕"/>
          <w:b w:val="0"/>
          <w:color w:val="4E5968"/>
          <w:sz w:val="22"/>
        </w:rPr>
        <w:t>④ 감자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미희가 정선이를 괴롭힌 방법으로 알맞은 것은?</w:t>
      </w:r>
    </w:p>
    <w:p>
      <w:pPr>
        <w:ind w:left="320"/>
      </w:pPr>
      <w:r>
        <w:rPr>
          <w:rFonts w:ascii="맑은 고딕" w:hAnsi="맑은 고딕" w:eastAsia="맑은 고딕"/>
          <w:b w:val="0"/>
          <w:color w:val="4E5968"/>
          <w:sz w:val="22"/>
        </w:rPr>
        <w:t>① 선물을 주었다</w:t>
      </w:r>
    </w:p>
    <w:p>
      <w:pPr>
        <w:ind w:left="320"/>
      </w:pPr>
      <w:r>
        <w:rPr>
          <w:rFonts w:ascii="맑은 고딕" w:hAnsi="맑은 고딕" w:eastAsia="맑은 고딕"/>
          <w:b w:val="0"/>
          <w:color w:val="4E5968"/>
          <w:sz w:val="22"/>
        </w:rPr>
        <w:t>② 화장실에 가두고 누명을 씌웠다</w:t>
      </w:r>
    </w:p>
    <w:p>
      <w:pPr>
        <w:ind w:left="320"/>
      </w:pPr>
      <w:r>
        <w:rPr>
          <w:rFonts w:ascii="맑은 고딕" w:hAnsi="맑은 고딕" w:eastAsia="맑은 고딕"/>
          <w:b w:val="0"/>
          <w:color w:val="4E5968"/>
          <w:sz w:val="22"/>
        </w:rPr>
        <w:t>③ 공부를 가르쳤다</w:t>
      </w:r>
    </w:p>
    <w:p>
      <w:pPr>
        <w:ind w:left="320"/>
      </w:pPr>
      <w:r>
        <w:rPr>
          <w:rFonts w:ascii="맑은 고딕" w:hAnsi="맑은 고딕" w:eastAsia="맑은 고딕"/>
          <w:b w:val="0"/>
          <w:color w:val="4E5968"/>
          <w:sz w:val="22"/>
        </w:rPr>
        <w:t>④ 날마다 함께 재미있게 놀아 주었다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정선이가 왕따가 된 진짜 까닭은 무엇인가요?</w:t>
      </w:r>
    </w:p>
    <w:p>
      <w:pPr>
        <w:ind w:left="320"/>
      </w:pPr>
      <w:r>
        <w:rPr>
          <w:rFonts w:ascii="맑은 고딕" w:hAnsi="맑은 고딕" w:eastAsia="맑은 고딕"/>
          <w:b w:val="0"/>
          <w:color w:val="4E5968"/>
          <w:sz w:val="22"/>
        </w:rPr>
        <w:t>① 정선이가 정말 큰 잘못을 저질러서</w:t>
      </w:r>
    </w:p>
    <w:p>
      <w:pPr>
        <w:ind w:left="320"/>
      </w:pPr>
      <w:r>
        <w:rPr>
          <w:rFonts w:ascii="맑은 고딕" w:hAnsi="맑은 고딕" w:eastAsia="맑은 고딕"/>
          <w:b w:val="0"/>
          <w:color w:val="4E5968"/>
          <w:sz w:val="22"/>
        </w:rPr>
        <w:t>② 공부를 못해서</w:t>
      </w:r>
    </w:p>
    <w:p>
      <w:pPr>
        <w:ind w:left="320"/>
      </w:pPr>
      <w:r>
        <w:rPr>
          <w:rFonts w:ascii="맑은 고딕" w:hAnsi="맑은 고딕" w:eastAsia="맑은 고딕"/>
          <w:b w:val="0"/>
          <w:color w:val="4E5968"/>
          <w:sz w:val="22"/>
        </w:rPr>
        <w:t>③ 미희가 거짓말로 누명을 씌워서</w:t>
      </w:r>
    </w:p>
    <w:p>
      <w:pPr>
        <w:ind w:left="320"/>
      </w:pPr>
      <w:r>
        <w:rPr>
          <w:rFonts w:ascii="맑은 고딕" w:hAnsi="맑은 고딕" w:eastAsia="맑은 고딕"/>
          <w:b w:val="0"/>
          <w:color w:val="4E5968"/>
          <w:sz w:val="22"/>
        </w:rPr>
        <w:t>④ 전학을 와서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'지갑 도둑' 누명에서 정선이의 결백을 밝혀 준 친구는 누구인가요?</w:t>
      </w:r>
    </w:p>
    <w:p>
      <w:pPr>
        <w:ind w:left="320"/>
      </w:pPr>
      <w:r>
        <w:rPr>
          <w:rFonts w:ascii="맑은 고딕" w:hAnsi="맑은 고딕" w:eastAsia="맑은 고딕"/>
          <w:b w:val="0"/>
          <w:color w:val="4E5968"/>
          <w:sz w:val="22"/>
        </w:rPr>
        <w:t>① 미희</w:t>
      </w:r>
    </w:p>
    <w:p>
      <w:pPr>
        <w:ind w:left="320"/>
      </w:pPr>
      <w:r>
        <w:rPr>
          <w:rFonts w:ascii="맑은 고딕" w:hAnsi="맑은 고딕" w:eastAsia="맑은 고딕"/>
          <w:b w:val="0"/>
          <w:color w:val="4E5968"/>
          <w:sz w:val="22"/>
        </w:rPr>
        <w:t>② 임정아</w:t>
      </w:r>
    </w:p>
    <w:p>
      <w:pPr>
        <w:ind w:left="320"/>
      </w:pPr>
      <w:r>
        <w:rPr>
          <w:rFonts w:ascii="맑은 고딕" w:hAnsi="맑은 고딕" w:eastAsia="맑은 고딕"/>
          <w:b w:val="0"/>
          <w:color w:val="4E5968"/>
          <w:sz w:val="22"/>
        </w:rPr>
        <w:t>③ 선생님</w:t>
      </w:r>
    </w:p>
    <w:p>
      <w:pPr>
        <w:ind w:left="320"/>
      </w:pPr>
      <w:r>
        <w:rPr>
          <w:rFonts w:ascii="맑은 고딕" w:hAnsi="맑은 고딕" w:eastAsia="맑은 고딕"/>
          <w:b w:val="0"/>
          <w:color w:val="4E5968"/>
          <w:sz w:val="22"/>
        </w:rPr>
        <w:t>④ 수빈이</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미희가 정선이에게 누명을 씌워 따돌린다.</w:t>
      </w:r>
    </w:p>
    <w:p>
      <w:pPr>
        <w:ind w:left="320"/>
      </w:pPr>
      <w:r>
        <w:rPr>
          <w:rFonts w:ascii="맑은 고딕" w:hAnsi="맑은 고딕" w:eastAsia="맑은 고딕"/>
          <w:b w:val="0"/>
          <w:color w:val="333D4B"/>
          <w:sz w:val="22"/>
        </w:rPr>
        <w:t>ㄴ. 미희가 '양파' 모임을 만들어 친구들을 통제한다.</w:t>
      </w:r>
    </w:p>
    <w:p>
      <w:pPr>
        <w:ind w:left="320"/>
      </w:pPr>
      <w:r>
        <w:rPr>
          <w:rFonts w:ascii="맑은 고딕" w:hAnsi="맑은 고딕" w:eastAsia="맑은 고딕"/>
          <w:b w:val="0"/>
          <w:color w:val="333D4B"/>
          <w:sz w:val="22"/>
        </w:rPr>
        <w:t>ㄷ. 친구들이 등을 돌려 미희가 외톨이가 된다.</w:t>
      </w:r>
    </w:p>
    <w:p>
      <w:pPr>
        <w:ind w:left="320"/>
      </w:pPr>
      <w:r>
        <w:rPr>
          <w:rFonts w:ascii="맑은 고딕" w:hAnsi="맑은 고딕" w:eastAsia="맑은 고딕"/>
          <w:b w:val="0"/>
          <w:color w:val="333D4B"/>
          <w:sz w:val="22"/>
        </w:rPr>
        <w:t>ㄹ. 수빈이가 용기 내어 진실을 밝힌다.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미희가 '우정 주문'과 '신비의 물'로 한 일은 무엇인가요?</w:t>
      </w:r>
    </w:p>
    <w:p>
      <w:pPr>
        <w:ind w:left="320"/>
      </w:pPr>
      <w:r>
        <w:rPr>
          <w:rFonts w:ascii="맑은 고딕" w:hAnsi="맑은 고딕" w:eastAsia="맑은 고딕"/>
          <w:b w:val="0"/>
          <w:color w:val="4E5968"/>
          <w:sz w:val="22"/>
        </w:rPr>
        <w:t>① 어려운 친구들을 누구보다 다정하게 도와줬다</w:t>
      </w:r>
    </w:p>
    <w:p>
      <w:pPr>
        <w:ind w:left="320"/>
      </w:pPr>
      <w:r>
        <w:rPr>
          <w:rFonts w:ascii="맑은 고딕" w:hAnsi="맑은 고딕" w:eastAsia="맑은 고딕"/>
          <w:b w:val="0"/>
          <w:color w:val="4E5968"/>
          <w:sz w:val="22"/>
        </w:rPr>
        <w:t>② 저주를 핑계로 친구들을 겁주고 통제했다</w:t>
      </w:r>
    </w:p>
    <w:p>
      <w:pPr>
        <w:ind w:left="320"/>
      </w:pPr>
      <w:r>
        <w:rPr>
          <w:rFonts w:ascii="맑은 고딕" w:hAnsi="맑은 고딕" w:eastAsia="맑은 고딕"/>
          <w:b w:val="0"/>
          <w:color w:val="4E5968"/>
          <w:sz w:val="22"/>
        </w:rPr>
        <w:t>③ 선물을 나눠 줬다</w:t>
      </w:r>
    </w:p>
    <w:p>
      <w:pPr>
        <w:ind w:left="320"/>
      </w:pPr>
      <w:r>
        <w:rPr>
          <w:rFonts w:ascii="맑은 고딕" w:hAnsi="맑은 고딕" w:eastAsia="맑은 고딕"/>
          <w:b w:val="0"/>
          <w:color w:val="4E5968"/>
          <w:sz w:val="22"/>
        </w:rPr>
        <w:t>④ 공부를 시켰다</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친구를 괴롭히거나 부당한 일을 볼 때 우리가 할 바른 행동은?</w:t>
      </w:r>
    </w:p>
    <w:p>
      <w:pPr>
        <w:ind w:left="320"/>
      </w:pPr>
      <w:r>
        <w:rPr>
          <w:rFonts w:ascii="맑은 고딕" w:hAnsi="맑은 고딕" w:eastAsia="맑은 고딕"/>
          <w:b w:val="0"/>
          <w:color w:val="4E5968"/>
          <w:sz w:val="22"/>
        </w:rPr>
        <w:t>① 함께 "멈춰!"라고 말하며 약자를 보호한다</w:t>
      </w:r>
    </w:p>
    <w:p>
      <w:pPr>
        <w:ind w:left="320"/>
      </w:pPr>
      <w:r>
        <w:rPr>
          <w:rFonts w:ascii="맑은 고딕" w:hAnsi="맑은 고딕" w:eastAsia="맑은 고딕"/>
          <w:b w:val="0"/>
          <w:color w:val="4E5968"/>
          <w:sz w:val="22"/>
        </w:rPr>
        <w:t>② 그냥 아무 일도 없는 듯 슬그머니 못 본 척한다</w:t>
      </w:r>
    </w:p>
    <w:p>
      <w:pPr>
        <w:ind w:left="320"/>
      </w:pPr>
      <w:r>
        <w:rPr>
          <w:rFonts w:ascii="맑은 고딕" w:hAnsi="맑은 고딕" w:eastAsia="맑은 고딕"/>
          <w:b w:val="0"/>
          <w:color w:val="4E5968"/>
          <w:sz w:val="22"/>
        </w:rPr>
        <w:t>③ 같이 괴롭힌다</w:t>
      </w:r>
    </w:p>
    <w:p>
      <w:pPr>
        <w:ind w:left="320"/>
      </w:pPr>
      <w:r>
        <w:rPr>
          <w:rFonts w:ascii="맑은 고딕" w:hAnsi="맑은 고딕" w:eastAsia="맑은 고딕"/>
          <w:b w:val="0"/>
          <w:color w:val="4E5968"/>
          <w:sz w:val="22"/>
        </w:rPr>
        <w:t>④ 도망간다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힘센 친구를 따라야 한다</w:t>
      </w:r>
    </w:p>
    <w:p>
      <w:pPr>
        <w:ind w:left="320"/>
      </w:pPr>
      <w:r>
        <w:rPr>
          <w:rFonts w:ascii="맑은 고딕" w:hAnsi="맑은 고딕" w:eastAsia="맑은 고딕"/>
          <w:b w:val="0"/>
          <w:color w:val="4E5968"/>
          <w:sz w:val="22"/>
        </w:rPr>
        <w:t>② 재미있는 소문일수록 빨리빨리 퍼뜨려야 한다</w:t>
      </w:r>
    </w:p>
    <w:p>
      <w:pPr>
        <w:ind w:left="320"/>
      </w:pPr>
      <w:r>
        <w:rPr>
          <w:rFonts w:ascii="맑은 고딕" w:hAnsi="맑은 고딕" w:eastAsia="맑은 고딕"/>
          <w:b w:val="0"/>
          <w:color w:val="4E5968"/>
          <w:sz w:val="22"/>
        </w:rPr>
        <w:t>③ 용기 내어 진실을 밝혀 우정을 지키자</w:t>
      </w:r>
    </w:p>
    <w:p>
      <w:pPr>
        <w:ind w:left="320"/>
      </w:pPr>
      <w:r>
        <w:rPr>
          <w:rFonts w:ascii="맑은 고딕" w:hAnsi="맑은 고딕" w:eastAsia="맑은 고딕"/>
          <w:b w:val="0"/>
          <w:color w:val="4E5968"/>
          <w:sz w:val="22"/>
        </w:rPr>
        <w:t>④ 친구는 필요 없다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억울하게 따돌림을 당한 정선이에게 "네 잘못이 아니야"라고 위로하는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우리 반에서 따돌림이 생기지 않게 하려면 어떻게 해야 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권력과 따돌림, 그리고 우정</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반에서 힘이 센 미희가 '양파'라는 모임을 만들어, '우정 주문'과 '신비의 물'로 친구들을 겁주어 통제하고 거짓 누명으로 정선이를 부당하게 따돌린다. 화장실에 가두고 지갑 도둑으로 몰지만, 수빈이가 용기 내어 진실을 밝히면서 거짓이 드러나고 결국 미희는 혼자가 된다. 부모가 외국에 있어 외로웠던 미희의 사정도 비치며, 권력을 이용한 따돌림의 심각성과 진정한 우정·약자를 지키는 용기를 생각하게 하는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미희가 '양파' 모임과 '신비의 물'로 친구들을 통제한 방법은?</w:t>
      </w:r>
    </w:p>
    <w:p>
      <w:pPr>
        <w:ind w:left="320"/>
      </w:pPr>
      <w:r>
        <w:rPr>
          <w:rFonts w:ascii="맑은 고딕" w:hAnsi="맑은 고딕" w:eastAsia="맑은 고딕"/>
          <w:b w:val="0"/>
          <w:color w:val="4E5968"/>
          <w:sz w:val="22"/>
        </w:rPr>
        <w:t>① 저주받는다며 겁을 주어 따르게 했다</w:t>
      </w:r>
    </w:p>
    <w:p>
      <w:pPr>
        <w:ind w:left="320"/>
      </w:pPr>
      <w:r>
        <w:rPr>
          <w:rFonts w:ascii="맑은 고딕" w:hAnsi="맑은 고딕" w:eastAsia="맑은 고딕"/>
          <w:b w:val="0"/>
          <w:color w:val="4E5968"/>
          <w:sz w:val="22"/>
        </w:rPr>
        <w:t>② 날마다 비싸고 맛있는 음식을 자주 사 줬다</w:t>
      </w:r>
    </w:p>
    <w:p>
      <w:pPr>
        <w:ind w:left="320"/>
      </w:pPr>
      <w:r>
        <w:rPr>
          <w:rFonts w:ascii="맑은 고딕" w:hAnsi="맑은 고딕" w:eastAsia="맑은 고딕"/>
          <w:b w:val="0"/>
          <w:color w:val="4E5968"/>
          <w:sz w:val="22"/>
        </w:rPr>
        <w:t>③ 공부를 도와줬다</w:t>
      </w:r>
    </w:p>
    <w:p>
      <w:pPr>
        <w:ind w:left="320"/>
      </w:pPr>
      <w:r>
        <w:rPr>
          <w:rFonts w:ascii="맑은 고딕" w:hAnsi="맑은 고딕" w:eastAsia="맑은 고딕"/>
          <w:b w:val="0"/>
          <w:color w:val="4E5968"/>
          <w:sz w:val="22"/>
        </w:rPr>
        <w:t>④ 상을 줬다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정선이가 억울하게 왕따가 된 까닭은 무엇인가요?</w:t>
      </w:r>
    </w:p>
    <w:p>
      <w:pPr>
        <w:ind w:left="320"/>
      </w:pPr>
      <w:r>
        <w:rPr>
          <w:rFonts w:ascii="맑은 고딕" w:hAnsi="맑은 고딕" w:eastAsia="맑은 고딕"/>
          <w:b w:val="0"/>
          <w:color w:val="4E5968"/>
          <w:sz w:val="22"/>
        </w:rPr>
        <w:t>① 갑자기 학교 성적이 크게 나빠져서</w:t>
      </w:r>
    </w:p>
    <w:p>
      <w:pPr>
        <w:ind w:left="320"/>
      </w:pPr>
      <w:r>
        <w:rPr>
          <w:rFonts w:ascii="맑은 고딕" w:hAnsi="맑은 고딕" w:eastAsia="맑은 고딕"/>
          <w:b w:val="0"/>
          <w:color w:val="4E5968"/>
          <w:sz w:val="22"/>
        </w:rPr>
        <w:t>② 미희가 거짓 누명을 씌워서</w:t>
      </w:r>
    </w:p>
    <w:p>
      <w:pPr>
        <w:ind w:left="320"/>
      </w:pPr>
      <w:r>
        <w:rPr>
          <w:rFonts w:ascii="맑은 고딕" w:hAnsi="맑은 고딕" w:eastAsia="맑은 고딕"/>
          <w:b w:val="0"/>
          <w:color w:val="4E5968"/>
          <w:sz w:val="22"/>
        </w:rPr>
        <w:t>③ 친구가 없어서</w:t>
      </w:r>
    </w:p>
    <w:p>
      <w:pPr>
        <w:ind w:left="320"/>
      </w:pPr>
      <w:r>
        <w:rPr>
          <w:rFonts w:ascii="맑은 고딕" w:hAnsi="맑은 고딕" w:eastAsia="맑은 고딕"/>
          <w:b w:val="0"/>
          <w:color w:val="4E5968"/>
          <w:sz w:val="22"/>
        </w:rPr>
        <w:t>④ 전학을 가서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미희가 임정아에게 정선이 가방에 지갑을 넣게 시킨 것은 무엇을 노린 것인가요?</w:t>
      </w:r>
    </w:p>
    <w:p>
      <w:pPr>
        <w:ind w:left="320"/>
      </w:pPr>
      <w:r>
        <w:rPr>
          <w:rFonts w:ascii="맑은 고딕" w:hAnsi="맑은 고딕" w:eastAsia="맑은 고딕"/>
          <w:b w:val="0"/>
          <w:color w:val="4E5968"/>
          <w:sz w:val="22"/>
        </w:rPr>
        <w:t>① 선물을 주려고</w:t>
      </w:r>
    </w:p>
    <w:p>
      <w:pPr>
        <w:ind w:left="320"/>
      </w:pPr>
      <w:r>
        <w:rPr>
          <w:rFonts w:ascii="맑은 고딕" w:hAnsi="맑은 고딕" w:eastAsia="맑은 고딕"/>
          <w:b w:val="0"/>
          <w:color w:val="4E5968"/>
          <w:sz w:val="22"/>
        </w:rPr>
        <w:t>② 장난을 치려고</w:t>
      </w:r>
    </w:p>
    <w:p>
      <w:pPr>
        <w:ind w:left="320"/>
      </w:pPr>
      <w:r>
        <w:rPr>
          <w:rFonts w:ascii="맑은 고딕" w:hAnsi="맑은 고딕" w:eastAsia="맑은 고딕"/>
          <w:b w:val="0"/>
          <w:color w:val="4E5968"/>
          <w:sz w:val="22"/>
        </w:rPr>
        <w:t>③ 정선이를 도둑으로 몰아 누명을 씌우려고</w:t>
      </w:r>
    </w:p>
    <w:p>
      <w:pPr>
        <w:ind w:left="320"/>
      </w:pPr>
      <w:r>
        <w:rPr>
          <w:rFonts w:ascii="맑은 고딕" w:hAnsi="맑은 고딕" w:eastAsia="맑은 고딕"/>
          <w:b w:val="0"/>
          <w:color w:val="4E5968"/>
          <w:sz w:val="22"/>
        </w:rPr>
        <w:t>④ 훔친 지갑을 다른 곳에 아무도 모르게 숨기려고</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미희가 그토록 친구들을 붙잡아 두려 한 까닭(외로움의 원인)은?</w:t>
      </w:r>
    </w:p>
    <w:p>
      <w:pPr>
        <w:ind w:left="320"/>
      </w:pPr>
      <w:r>
        <w:rPr>
          <w:rFonts w:ascii="맑은 고딕" w:hAnsi="맑은 고딕" w:eastAsia="맑은 고딕"/>
          <w:b w:val="0"/>
          <w:color w:val="4E5968"/>
          <w:sz w:val="22"/>
        </w:rPr>
        <w:t>① 반 친구들 사이에서 인기가 아주 많아서</w:t>
      </w:r>
    </w:p>
    <w:p>
      <w:pPr>
        <w:ind w:left="320"/>
      </w:pPr>
      <w:r>
        <w:rPr>
          <w:rFonts w:ascii="맑은 고딕" w:hAnsi="맑은 고딕" w:eastAsia="맑은 고딕"/>
          <w:b w:val="0"/>
          <w:color w:val="4E5968"/>
          <w:sz w:val="22"/>
        </w:rPr>
        <w:t>② 공부를 잘해서</w:t>
      </w:r>
    </w:p>
    <w:p>
      <w:pPr>
        <w:ind w:left="320"/>
      </w:pPr>
      <w:r>
        <w:rPr>
          <w:rFonts w:ascii="맑은 고딕" w:hAnsi="맑은 고딕" w:eastAsia="맑은 고딕"/>
          <w:b w:val="0"/>
          <w:color w:val="4E5968"/>
          <w:sz w:val="22"/>
        </w:rPr>
        <w:t>③ 선물이 많아서</w:t>
      </w:r>
    </w:p>
    <w:p>
      <w:pPr>
        <w:ind w:left="320"/>
      </w:pPr>
      <w:r>
        <w:rPr>
          <w:rFonts w:ascii="맑은 고딕" w:hAnsi="맑은 고딕" w:eastAsia="맑은 고딕"/>
          <w:b w:val="0"/>
          <w:color w:val="4E5968"/>
          <w:sz w:val="22"/>
        </w:rPr>
        <w:t>④ 부모가 외국에 있어 외로웠기 때문에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미희가 정선이에게 누명을 씌워 따돌린다.</w:t>
      </w:r>
    </w:p>
    <w:p>
      <w:pPr>
        <w:ind w:left="320"/>
      </w:pPr>
      <w:r>
        <w:rPr>
          <w:rFonts w:ascii="맑은 고딕" w:hAnsi="맑은 고딕" w:eastAsia="맑은 고딕"/>
          <w:b w:val="0"/>
          <w:color w:val="333D4B"/>
          <w:sz w:val="22"/>
        </w:rPr>
        <w:t>ㄴ. 미희가 '양파' 모임을 만들어 친구들을 통제한다.</w:t>
      </w:r>
    </w:p>
    <w:p>
      <w:pPr>
        <w:ind w:left="320"/>
      </w:pPr>
      <w:r>
        <w:rPr>
          <w:rFonts w:ascii="맑은 고딕" w:hAnsi="맑은 고딕" w:eastAsia="맑은 고딕"/>
          <w:b w:val="0"/>
          <w:color w:val="333D4B"/>
          <w:sz w:val="22"/>
        </w:rPr>
        <w:t>ㄷ. 친구들이 등을 돌려 미희가 외톨이가 된다.</w:t>
      </w:r>
    </w:p>
    <w:p>
      <w:pPr>
        <w:ind w:left="320"/>
      </w:pPr>
      <w:r>
        <w:rPr>
          <w:rFonts w:ascii="맑은 고딕" w:hAnsi="맑은 고딕" w:eastAsia="맑은 고딕"/>
          <w:b w:val="0"/>
          <w:color w:val="333D4B"/>
          <w:sz w:val="22"/>
        </w:rPr>
        <w:t>ㄹ. 수빈이가 용기 내어 진실을 밝힌다.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수빈이가 용기 내어 진실을 밝힌 행동이 보여 주는 것은?</w:t>
      </w:r>
    </w:p>
    <w:p>
      <w:pPr>
        <w:ind w:left="320"/>
      </w:pPr>
      <w:r>
        <w:rPr>
          <w:rFonts w:ascii="맑은 고딕" w:hAnsi="맑은 고딕" w:eastAsia="맑은 고딕"/>
          <w:b w:val="0"/>
          <w:color w:val="4E5968"/>
          <w:sz w:val="22"/>
        </w:rPr>
        <w:t>① 눈치만 보는 태도</w:t>
      </w:r>
    </w:p>
    <w:p>
      <w:pPr>
        <w:ind w:left="320"/>
      </w:pPr>
      <w:r>
        <w:rPr>
          <w:rFonts w:ascii="맑은 고딕" w:hAnsi="맑은 고딕" w:eastAsia="맑은 고딕"/>
          <w:b w:val="0"/>
          <w:color w:val="4E5968"/>
          <w:sz w:val="22"/>
        </w:rPr>
        <w:t>② 부당함에 맞서 약자를 지키는 용기</w:t>
      </w:r>
    </w:p>
    <w:p>
      <w:pPr>
        <w:ind w:left="320"/>
      </w:pPr>
      <w:r>
        <w:rPr>
          <w:rFonts w:ascii="맑은 고딕" w:hAnsi="맑은 고딕" w:eastAsia="맑은 고딕"/>
          <w:b w:val="0"/>
          <w:color w:val="4E5968"/>
          <w:sz w:val="22"/>
        </w:rPr>
        <w:t>③ 힘에 굴복하는 모습</w:t>
      </w:r>
    </w:p>
    <w:p>
      <w:pPr>
        <w:ind w:left="320"/>
      </w:pPr>
      <w:r>
        <w:rPr>
          <w:rFonts w:ascii="맑은 고딕" w:hAnsi="맑은 고딕" w:eastAsia="맑은 고딕"/>
          <w:b w:val="0"/>
          <w:color w:val="4E5968"/>
          <w:sz w:val="22"/>
        </w:rPr>
        <w:t>④ 그저 남들의 관심을 끌어 보려는 행동</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미희의 따돌림을 '권력(독재)'에 빗댄 까닭은 무엇인가요?</w:t>
      </w:r>
    </w:p>
    <w:p>
      <w:pPr>
        <w:ind w:left="320"/>
      </w:pPr>
      <w:r>
        <w:rPr>
          <w:rFonts w:ascii="맑은 고딕" w:hAnsi="맑은 고딕" w:eastAsia="맑은 고딕"/>
          <w:b w:val="0"/>
          <w:color w:val="4E5968"/>
          <w:sz w:val="22"/>
        </w:rPr>
        <w:t>① 힘으로 친구들을 마음대로 억눌렀기 때문에</w:t>
      </w:r>
    </w:p>
    <w:p>
      <w:pPr>
        <w:ind w:left="320"/>
      </w:pPr>
      <w:r>
        <w:rPr>
          <w:rFonts w:ascii="맑은 고딕" w:hAnsi="맑은 고딕" w:eastAsia="맑은 고딕"/>
          <w:b w:val="0"/>
          <w:color w:val="4E5968"/>
          <w:sz w:val="22"/>
        </w:rPr>
        <w:t>② 반에 따르는 친구가 아주 많고 인기도 많아서</w:t>
      </w:r>
    </w:p>
    <w:p>
      <w:pPr>
        <w:ind w:left="320"/>
      </w:pPr>
      <w:r>
        <w:rPr>
          <w:rFonts w:ascii="맑은 고딕" w:hAnsi="맑은 고딕" w:eastAsia="맑은 고딕"/>
          <w:b w:val="0"/>
          <w:color w:val="4E5968"/>
          <w:sz w:val="22"/>
        </w:rPr>
        <w:t>③ 공부를 잘해서</w:t>
      </w:r>
    </w:p>
    <w:p>
      <w:pPr>
        <w:ind w:left="320"/>
      </w:pPr>
      <w:r>
        <w:rPr>
          <w:rFonts w:ascii="맑은 고딕" w:hAnsi="맑은 고딕" w:eastAsia="맑은 고딕"/>
          <w:b w:val="0"/>
          <w:color w:val="4E5968"/>
          <w:sz w:val="22"/>
        </w:rPr>
        <w:t>④ 선생님을 도와서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우리에게 주는 교훈으로 가장 알맞은 것은?</w:t>
      </w:r>
    </w:p>
    <w:p>
      <w:pPr>
        <w:ind w:left="320"/>
      </w:pPr>
      <w:r>
        <w:rPr>
          <w:rFonts w:ascii="맑은 고딕" w:hAnsi="맑은 고딕" w:eastAsia="맑은 고딕"/>
          <w:b w:val="0"/>
          <w:color w:val="4E5968"/>
          <w:sz w:val="22"/>
        </w:rPr>
        <w:t>① 힘센 사람을 따라야 한다</w:t>
      </w:r>
    </w:p>
    <w:p>
      <w:pPr>
        <w:ind w:left="320"/>
      </w:pPr>
      <w:r>
        <w:rPr>
          <w:rFonts w:ascii="맑은 고딕" w:hAnsi="맑은 고딕" w:eastAsia="맑은 고딕"/>
          <w:b w:val="0"/>
          <w:color w:val="4E5968"/>
          <w:sz w:val="22"/>
        </w:rPr>
        <w:t>② 나쁜 거짓말도 끝까지 들키지만 않으면 괜찮다는 것</w:t>
      </w:r>
    </w:p>
    <w:p>
      <w:pPr>
        <w:ind w:left="320"/>
      </w:pPr>
      <w:r>
        <w:rPr>
          <w:rFonts w:ascii="맑은 고딕" w:hAnsi="맑은 고딕" w:eastAsia="맑은 고딕"/>
          <w:b w:val="0"/>
          <w:color w:val="4E5968"/>
          <w:sz w:val="22"/>
        </w:rPr>
        <w:t>③ 진실을 밝히는 용기와 진정한 우정이 소중하다</w:t>
      </w:r>
    </w:p>
    <w:p>
      <w:pPr>
        <w:ind w:left="320"/>
      </w:pPr>
      <w:r>
        <w:rPr>
          <w:rFonts w:ascii="맑은 고딕" w:hAnsi="맑은 고딕" w:eastAsia="맑은 고딕"/>
          <w:b w:val="0"/>
          <w:color w:val="4E5968"/>
          <w:sz w:val="22"/>
        </w:rPr>
        <w:t>④ 친구는 이용하는 것이다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미희의 따돌림은 분명한 잘못이지만, 그가 외로웠다는 사정은 어떻게 보아야 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부당한 따돌림을 보았을 때 '방관'하지 않고 행동하는 것이 왜 중요한지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진실을 밝히는 용기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양파</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화장실에 가두고 누명을 씌웠다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미희가 거짓말로 누명을 씌워서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수빈이</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저주를 핑계로 친구들을 겁주고 통제했다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함께 "멈춰!"라고 말하며 약자를 보호한다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용기 내어 진실을 밝혀 우정을 지키자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정선아, 그건 네 잘못이 아니야. 너를 믿고 응원하는 친구들이 있으니 힘내. · (평가) 따뜻한 위로와 응원의 마음을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친구를 힘으로 누르거나 끼리끼리 따돌리지 않고, 누가 괴롭힘당하면 모른 척하지 말고 함께 막아 주며 선생님께 알린다. · (평가) 따돌림 예방을 위한 실천을 구체적으로 적었는지 봐 주세요.</w:t>
      </w:r>
    </w:p>
    <w:p>
      <w:r>
        <w:br w:type="page"/>
      </w:r>
    </w:p>
    <w:p>
      <w:pPr>
        <w:spacing w:before="160"/>
      </w:pPr>
      <w:r>
        <w:rPr>
          <w:rFonts w:ascii="맑은 고딕" w:hAnsi="맑은 고딕" w:eastAsia="맑은 고딕"/>
          <w:b/>
          <w:color w:val="2272EB"/>
          <w:sz w:val="26"/>
        </w:rPr>
        <w:t>[고학년] 권력과 따돌림, 그리고 우정</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저주받는다며 겁을 주어 따르게 했다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미희가 거짓 누명을 씌워서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정선이를 도둑으로 몰아 누명을 씌우려고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부모가 외국에 있어 외로웠기 때문에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부당함에 맞서 약자를 지키는 용기</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힘으로 친구들을 마음대로 억눌렀기 때문에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진실을 밝히는 용기와 진정한 우정이 소중하다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외로움이 잘못된 행동의 변명이 될 수는 없다. 다만 미희도 도움이 필요했으므로, 잘못은 분명히 하되 마음의 어려움은 어른과 함께 도와야 한다. · (평가) 잘못과 사정을 구분해 균형 있게 판단했는지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모두가 모른 척하면 괴롭힘은 더 심해진다. 한 사람이라도 용기 내 막으면 피해자를 지키고 잘못을 멈출 수 있기 때문이다. · (평가) 방관하지 않는 행동의 중요성을 까닭과 함께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