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맑은 고딕" w:hAnsi="맑은 고딕" w:eastAsia="맑은 고딕"/>
          <w:b/>
          <w:color w:val="2272EB"/>
          <w:sz w:val="19"/>
        </w:rPr>
        <w:t xml:space="preserve">[초등 중학년용] </w:t>
      </w:r>
    </w:p>
    <w:p>
      <w:r>
        <w:rPr>
          <w:rFonts w:ascii="맑은 고딕" w:hAnsi="맑은 고딕" w:eastAsia="맑은 고딕"/>
          <w:b/>
          <w:color w:val="191F28"/>
          <w:sz w:val="36"/>
        </w:rPr>
        <w:t>오총사 협회의 농성</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용돈이 부족하고 간섭이 불만인 아이들이 어른들의 임금 인상 시위를 보고 '오총사 협회'를 만들어, 놀이터에 텐트를 치고 가출 농성을 벌인다. 용돈 인상과 자유시간을 요구하지만, 부모님은 단호히 모른 척하며 스스로 깨닫기를 기다린다. 라면을 태우는 등 고생 끝에 부모님 없이 지내는 일의 어려움과 사랑을 느끼며, 무작정 떼쓰기보다 대화로 갈등을 푸는 법을 배우는 이야기.</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1. </w:t>
      </w:r>
      <w:r>
        <w:rPr>
          <w:rFonts w:ascii="맑은 고딕" w:hAnsi="맑은 고딕" w:eastAsia="맑은 고딕"/>
          <w:b/>
          <w:color w:val="191F28"/>
          <w:sz w:val="23"/>
        </w:rPr>
        <w:t>아이들이 '오총사 협회'를 만든 까닭은?</w:t>
      </w:r>
    </w:p>
    <w:p>
      <w:pPr>
        <w:ind w:left="320"/>
      </w:pPr>
      <w:r>
        <w:rPr>
          <w:rFonts w:ascii="맑은 고딕" w:hAnsi="맑은 고딕" w:eastAsia="맑은 고딕"/>
          <w:b w:val="0"/>
          <w:color w:val="4E5968"/>
          <w:sz w:val="22"/>
        </w:rPr>
        <w:t>① 용돈이 부족하고 불만이라</w:t>
      </w:r>
    </w:p>
    <w:p>
      <w:pPr>
        <w:ind w:left="320"/>
      </w:pPr>
      <w:r>
        <w:rPr>
          <w:rFonts w:ascii="맑은 고딕" w:hAnsi="맑은 고딕" w:eastAsia="맑은 고딕"/>
          <w:b w:val="0"/>
          <w:color w:val="4E5968"/>
          <w:sz w:val="22"/>
        </w:rPr>
        <w:t>② 공부를 하려고</w:t>
      </w:r>
    </w:p>
    <w:p>
      <w:pPr>
        <w:ind w:left="320"/>
      </w:pPr>
      <w:r>
        <w:rPr>
          <w:rFonts w:ascii="맑은 고딕" w:hAnsi="맑은 고딕" w:eastAsia="맑은 고딕"/>
          <w:b w:val="0"/>
          <w:color w:val="4E5968"/>
          <w:sz w:val="22"/>
        </w:rPr>
        <w:t>③ 봉사를 하려고</w:t>
      </w:r>
    </w:p>
    <w:p>
      <w:pPr>
        <w:ind w:left="320"/>
      </w:pPr>
      <w:r>
        <w:rPr>
          <w:rFonts w:ascii="맑은 고딕" w:hAnsi="맑은 고딕" w:eastAsia="맑은 고딕"/>
          <w:b w:val="0"/>
          <w:color w:val="4E5968"/>
          <w:sz w:val="22"/>
        </w:rPr>
        <w:t>④ 그냥 재미있는 놀이를 하려고</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아이들이 시위를 떠올린 계기는 무엇인가요?</w:t>
      </w:r>
    </w:p>
    <w:p>
      <w:pPr>
        <w:ind w:left="320"/>
      </w:pPr>
      <w:r>
        <w:rPr>
          <w:rFonts w:ascii="맑은 고딕" w:hAnsi="맑은 고딕" w:eastAsia="맑은 고딕"/>
          <w:b w:val="0"/>
          <w:color w:val="4E5968"/>
          <w:sz w:val="22"/>
        </w:rPr>
        <w:t>① 텔레비전에서 만화 영화를 재미있게 보고</w:t>
      </w:r>
    </w:p>
    <w:p>
      <w:pPr>
        <w:ind w:left="320"/>
      </w:pPr>
      <w:r>
        <w:rPr>
          <w:rFonts w:ascii="맑은 고딕" w:hAnsi="맑은 고딕" w:eastAsia="맑은 고딕"/>
          <w:b w:val="0"/>
          <w:color w:val="4E5968"/>
          <w:sz w:val="22"/>
        </w:rPr>
        <w:t>② 어른들의 임금 인상 시위를 보고</w:t>
      </w:r>
    </w:p>
    <w:p>
      <w:pPr>
        <w:ind w:left="320"/>
      </w:pPr>
      <w:r>
        <w:rPr>
          <w:rFonts w:ascii="맑은 고딕" w:hAnsi="맑은 고딕" w:eastAsia="맑은 고딕"/>
          <w:b w:val="0"/>
          <w:color w:val="4E5968"/>
          <w:sz w:val="22"/>
        </w:rPr>
        <w:t>③ 친구의 권유로</w:t>
      </w:r>
    </w:p>
    <w:p>
      <w:pPr>
        <w:ind w:left="320"/>
      </w:pPr>
      <w:r>
        <w:rPr>
          <w:rFonts w:ascii="맑은 고딕" w:hAnsi="맑은 고딕" w:eastAsia="맑은 고딕"/>
          <w:b w:val="0"/>
          <w:color w:val="4E5968"/>
          <w:sz w:val="22"/>
        </w:rPr>
        <w:t>④ 선생님 말씀으로</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3. </w:t>
      </w:r>
      <w:r>
        <w:rPr>
          <w:rFonts w:ascii="맑은 고딕" w:hAnsi="맑은 고딕" w:eastAsia="맑은 고딕"/>
          <w:b/>
          <w:color w:val="191F28"/>
          <w:sz w:val="23"/>
        </w:rPr>
        <w:t>아이들이 농성한 방법으로 알맞은 것은?</w:t>
      </w:r>
    </w:p>
    <w:p>
      <w:pPr>
        <w:ind w:left="320"/>
      </w:pPr>
      <w:r>
        <w:rPr>
          <w:rFonts w:ascii="맑은 고딕" w:hAnsi="맑은 고딕" w:eastAsia="맑은 고딕"/>
          <w:b w:val="0"/>
          <w:color w:val="4E5968"/>
          <w:sz w:val="22"/>
        </w:rPr>
        <w:t>① 학교에서 떠들기</w:t>
      </w:r>
    </w:p>
    <w:p>
      <w:pPr>
        <w:ind w:left="320"/>
      </w:pPr>
      <w:r>
        <w:rPr>
          <w:rFonts w:ascii="맑은 고딕" w:hAnsi="맑은 고딕" w:eastAsia="맑은 고딕"/>
          <w:b w:val="0"/>
          <w:color w:val="4E5968"/>
          <w:sz w:val="22"/>
        </w:rPr>
        <w:t>② 방 안에서 울기</w:t>
      </w:r>
    </w:p>
    <w:p>
      <w:pPr>
        <w:ind w:left="320"/>
      </w:pPr>
      <w:r>
        <w:rPr>
          <w:rFonts w:ascii="맑은 고딕" w:hAnsi="맑은 고딕" w:eastAsia="맑은 고딕"/>
          <w:b w:val="0"/>
          <w:color w:val="4E5968"/>
          <w:sz w:val="22"/>
        </w:rPr>
        <w:t>③ 놀이터에 텐트를 치고 가출</w:t>
      </w:r>
    </w:p>
    <w:p>
      <w:pPr>
        <w:ind w:left="320"/>
      </w:pPr>
      <w:r>
        <w:rPr>
          <w:rFonts w:ascii="맑은 고딕" w:hAnsi="맑은 고딕" w:eastAsia="맑은 고딕"/>
          <w:b w:val="0"/>
          <w:color w:val="4E5968"/>
          <w:sz w:val="22"/>
        </w:rPr>
        <w:t>④ 부모님께 날마다 큰 소리로 떼쓰기</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4. </w:t>
      </w:r>
      <w:r>
        <w:rPr>
          <w:rFonts w:ascii="맑은 고딕" w:hAnsi="맑은 고딕" w:eastAsia="맑은 고딕"/>
          <w:b/>
          <w:color w:val="191F28"/>
          <w:sz w:val="23"/>
        </w:rPr>
        <w:t>부모님들이 택한 방법으로 알맞은 것은?</w:t>
      </w:r>
    </w:p>
    <w:p>
      <w:pPr>
        <w:ind w:left="320"/>
      </w:pPr>
      <w:r>
        <w:rPr>
          <w:rFonts w:ascii="맑은 고딕" w:hAnsi="맑은 고딕" w:eastAsia="맑은 고딕"/>
          <w:b w:val="0"/>
          <w:color w:val="4E5968"/>
          <w:sz w:val="22"/>
        </w:rPr>
        <w:t>① 아이들 요구대로 곧바로 용돈을 올려 줌</w:t>
      </w:r>
    </w:p>
    <w:p>
      <w:pPr>
        <w:ind w:left="320"/>
      </w:pPr>
      <w:r>
        <w:rPr>
          <w:rFonts w:ascii="맑은 고딕" w:hAnsi="맑은 고딕" w:eastAsia="맑은 고딕"/>
          <w:b w:val="0"/>
          <w:color w:val="4E5968"/>
          <w:sz w:val="22"/>
        </w:rPr>
        <w:t>② 경찰에 바로 신고함</w:t>
      </w:r>
    </w:p>
    <w:p>
      <w:pPr>
        <w:ind w:left="320"/>
      </w:pPr>
      <w:r>
        <w:rPr>
          <w:rFonts w:ascii="맑은 고딕" w:hAnsi="맑은 고딕" w:eastAsia="맑은 고딕"/>
          <w:b w:val="0"/>
          <w:color w:val="4E5968"/>
          <w:sz w:val="22"/>
        </w:rPr>
        <w:t>③ 함께 텐트에서 지냄</w:t>
      </w:r>
    </w:p>
    <w:p>
      <w:pPr>
        <w:ind w:left="320"/>
      </w:pPr>
      <w:r>
        <w:rPr>
          <w:rFonts w:ascii="맑은 고딕" w:hAnsi="맑은 고딕" w:eastAsia="맑은 고딕"/>
          <w:b w:val="0"/>
          <w:color w:val="4E5968"/>
          <w:sz w:val="22"/>
        </w:rPr>
        <w:t>④ 모른 척하며 들어오길 기다림</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이야기가 일어난 순서대로 기호를 써 보세요.</w:t>
      </w:r>
    </w:p>
    <w:p>
      <w:pPr>
        <w:ind w:left="320"/>
      </w:pPr>
      <w:r>
        <w:rPr>
          <w:rFonts w:ascii="맑은 고딕" w:hAnsi="맑은 고딕" w:eastAsia="맑은 고딕"/>
          <w:b w:val="0"/>
          <w:color w:val="333D4B"/>
          <w:sz w:val="22"/>
        </w:rPr>
        <w:t>ㄱ. 오총사 협회를 만든다.</w:t>
      </w:r>
    </w:p>
    <w:p>
      <w:pPr>
        <w:ind w:left="320"/>
      </w:pPr>
      <w:r>
        <w:rPr>
          <w:rFonts w:ascii="맑은 고딕" w:hAnsi="맑은 고딕" w:eastAsia="맑은 고딕"/>
          <w:b w:val="0"/>
          <w:color w:val="333D4B"/>
          <w:sz w:val="22"/>
        </w:rPr>
        <w:t>ㄴ. 어른들의 시위를 보고 떠올린다.</w:t>
      </w:r>
    </w:p>
    <w:p>
      <w:pPr>
        <w:ind w:left="320"/>
      </w:pPr>
      <w:r>
        <w:rPr>
          <w:rFonts w:ascii="맑은 고딕" w:hAnsi="맑은 고딕" w:eastAsia="맑은 고딕"/>
          <w:b w:val="0"/>
          <w:color w:val="333D4B"/>
          <w:sz w:val="22"/>
        </w:rPr>
        <w:t>ㄷ. 부모의 사랑을 깨닫는다.</w:t>
      </w:r>
    </w:p>
    <w:p>
      <w:pPr>
        <w:ind w:left="320"/>
      </w:pPr>
      <w:r>
        <w:rPr>
          <w:rFonts w:ascii="맑은 고딕" w:hAnsi="맑은 고딕" w:eastAsia="맑은 고딕"/>
          <w:b w:val="0"/>
          <w:color w:val="333D4B"/>
          <w:sz w:val="22"/>
        </w:rPr>
        <w:t>ㄹ. 텐트에서 라면을 태우며 고생한다.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6. </w:t>
      </w:r>
      <w:r>
        <w:rPr>
          <w:rFonts w:ascii="맑은 고딕" w:hAnsi="맑은 고딕" w:eastAsia="맑은 고딕"/>
          <w:b/>
          <w:color w:val="191F28"/>
          <w:sz w:val="23"/>
        </w:rPr>
        <w:t>라면을 끓이며 아이들이 겪은 일로 알맞은 것은?</w:t>
      </w:r>
    </w:p>
    <w:p>
      <w:pPr>
        <w:ind w:left="320"/>
      </w:pPr>
      <w:r>
        <w:rPr>
          <w:rFonts w:ascii="맑은 고딕" w:hAnsi="맑은 고딕" w:eastAsia="맑은 고딕"/>
          <w:b w:val="0"/>
          <w:color w:val="4E5968"/>
          <w:sz w:val="22"/>
        </w:rPr>
        <w:t>① 맛있는 진수성찬을 마음껏 즐김</w:t>
      </w:r>
    </w:p>
    <w:p>
      <w:pPr>
        <w:ind w:left="320"/>
      </w:pPr>
      <w:r>
        <w:rPr>
          <w:rFonts w:ascii="맑은 고딕" w:hAnsi="맑은 고딕" w:eastAsia="맑은 고딕"/>
          <w:b w:val="0"/>
          <w:color w:val="4E5968"/>
          <w:sz w:val="22"/>
        </w:rPr>
        <w:t>② 노느라 라면을 태우며 고생함</w:t>
      </w:r>
    </w:p>
    <w:p>
      <w:pPr>
        <w:ind w:left="320"/>
      </w:pPr>
      <w:r>
        <w:rPr>
          <w:rFonts w:ascii="맑은 고딕" w:hAnsi="맑은 고딕" w:eastAsia="맑은 고딕"/>
          <w:b w:val="0"/>
          <w:color w:val="4E5968"/>
          <w:sz w:val="22"/>
        </w:rPr>
        <w:t>③ 요리사가 와서 도와줌</w:t>
      </w:r>
    </w:p>
    <w:p>
      <w:pPr>
        <w:ind w:left="320"/>
      </w:pPr>
      <w:r>
        <w:rPr>
          <w:rFonts w:ascii="맑은 고딕" w:hAnsi="맑은 고딕" w:eastAsia="맑은 고딕"/>
          <w:b w:val="0"/>
          <w:color w:val="4E5968"/>
          <w:sz w:val="22"/>
        </w:rPr>
        <w:t>④ 라면을 안 먹기로 함</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7. </w:t>
      </w:r>
      <w:r>
        <w:rPr>
          <w:rFonts w:ascii="맑은 고딕" w:hAnsi="맑은 고딕" w:eastAsia="맑은 고딕"/>
          <w:b/>
          <w:color w:val="191F28"/>
          <w:sz w:val="23"/>
        </w:rPr>
        <w:t>부모님이 단호하게 버틴 진짜 까닭은?</w:t>
      </w:r>
    </w:p>
    <w:p>
      <w:pPr>
        <w:ind w:left="320"/>
      </w:pPr>
      <w:r>
        <w:rPr>
          <w:rFonts w:ascii="맑은 고딕" w:hAnsi="맑은 고딕" w:eastAsia="맑은 고딕"/>
          <w:b w:val="0"/>
          <w:color w:val="4E5968"/>
          <w:sz w:val="22"/>
        </w:rPr>
        <w:t>① 아이들이 미워서</w:t>
      </w:r>
    </w:p>
    <w:p>
      <w:pPr>
        <w:ind w:left="320"/>
      </w:pPr>
      <w:r>
        <w:rPr>
          <w:rFonts w:ascii="맑은 고딕" w:hAnsi="맑은 고딕" w:eastAsia="맑은 고딕"/>
          <w:b w:val="0"/>
          <w:color w:val="4E5968"/>
          <w:sz w:val="22"/>
        </w:rPr>
        <w:t>② 돈이 아까워서</w:t>
      </w:r>
    </w:p>
    <w:p>
      <w:pPr>
        <w:ind w:left="320"/>
      </w:pPr>
      <w:r>
        <w:rPr>
          <w:rFonts w:ascii="맑은 고딕" w:hAnsi="맑은 고딕" w:eastAsia="맑은 고딕"/>
          <w:b w:val="0"/>
          <w:color w:val="4E5968"/>
          <w:sz w:val="22"/>
        </w:rPr>
        <w:t>③ 아이들을 위해서</w:t>
      </w:r>
    </w:p>
    <w:p>
      <w:pPr>
        <w:ind w:left="320"/>
      </w:pPr>
      <w:r>
        <w:rPr>
          <w:rFonts w:ascii="맑은 고딕" w:hAnsi="맑은 고딕" w:eastAsia="맑은 고딕"/>
          <w:b w:val="0"/>
          <w:color w:val="4E5968"/>
          <w:sz w:val="22"/>
        </w:rPr>
        <w:t>④ 그저 귀찮고 바빴기 때문에</w:t>
      </w:r>
    </w:p>
    <w:p>
      <w:pPr>
        <w:spacing w:before="240"/>
      </w:pPr>
      <w:r>
        <w:rPr>
          <w:rFonts w:ascii="맑은 고딕" w:hAnsi="맑은 고딕" w:eastAsia="맑은 고딕"/>
          <w:b/>
          <w:color w:val="8B95A1"/>
          <w:sz w:val="17"/>
        </w:rPr>
        <w:t xml:space="preserve">  종합 · 주제 파악  </w:t>
      </w:r>
    </w:p>
    <w:p>
      <w:r>
        <w:rPr>
          <w:rFonts w:ascii="맑은 고딕" w:hAnsi="맑은 고딕" w:eastAsia="맑은 고딕"/>
          <w:b/>
          <w:color w:val="2272EB"/>
          <w:sz w:val="24"/>
        </w:rPr>
        <w:t xml:space="preserve">8. </w:t>
      </w:r>
      <w:r>
        <w:rPr>
          <w:rFonts w:ascii="맑은 고딕" w:hAnsi="맑은 고딕" w:eastAsia="맑은 고딕"/>
          <w:b/>
          <w:color w:val="191F28"/>
          <w:sz w:val="23"/>
        </w:rPr>
        <w:t>이 이야기가 알려 주는 것으로 가장 알맞은 것은?</w:t>
      </w:r>
    </w:p>
    <w:p>
      <w:pPr>
        <w:ind w:left="320"/>
      </w:pPr>
      <w:r>
        <w:rPr>
          <w:rFonts w:ascii="맑은 고딕" w:hAnsi="맑은 고딕" w:eastAsia="맑은 고딕"/>
          <w:b w:val="0"/>
          <w:color w:val="4E5968"/>
          <w:sz w:val="22"/>
        </w:rPr>
        <w:t>① 대화로 풀고 부모님을 이해하자</w:t>
      </w:r>
    </w:p>
    <w:p>
      <w:pPr>
        <w:ind w:left="320"/>
      </w:pPr>
      <w:r>
        <w:rPr>
          <w:rFonts w:ascii="맑은 고딕" w:hAnsi="맑은 고딕" w:eastAsia="맑은 고딕"/>
          <w:b w:val="0"/>
          <w:color w:val="4E5968"/>
          <w:sz w:val="22"/>
        </w:rPr>
        <w:t>② 가출은 즐겁다는 것</w:t>
      </w:r>
    </w:p>
    <w:p>
      <w:pPr>
        <w:ind w:left="320"/>
      </w:pPr>
      <w:r>
        <w:rPr>
          <w:rFonts w:ascii="맑은 고딕" w:hAnsi="맑은 고딕" w:eastAsia="맑은 고딕"/>
          <w:b w:val="0"/>
          <w:color w:val="4E5968"/>
          <w:sz w:val="22"/>
        </w:rPr>
        <w:t>③ 용돈은 많을수록 좋다는 것</w:t>
      </w:r>
    </w:p>
    <w:p>
      <w:pPr>
        <w:ind w:left="320"/>
      </w:pPr>
      <w:r>
        <w:rPr>
          <w:rFonts w:ascii="맑은 고딕" w:hAnsi="맑은 고딕" w:eastAsia="맑은 고딕"/>
          <w:b w:val="0"/>
          <w:color w:val="4E5968"/>
          <w:sz w:val="22"/>
        </w:rPr>
        <w:t>④ 원하는 것은 떼써서 받아내야 한다</w:t>
      </w:r>
    </w:p>
    <w:p>
      <w:pPr>
        <w:spacing w:before="240"/>
      </w:pPr>
      <w:r>
        <w:rPr>
          <w:rFonts w:ascii="맑은 고딕" w:hAnsi="맑은 고딕" w:eastAsia="맑은 고딕"/>
          <w:b/>
          <w:color w:val="8B95A1"/>
          <w:sz w:val="17"/>
        </w:rPr>
        <w:t xml:space="preserve">  공감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단호하게 버티면서도 아이들을 걱정한 부모님의 마음을 헤아려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적용하기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용돈을 올리고 싶을 때, 떼쓰지 않고 부모님과 대화로 풀 수 있는 방법을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2272EB"/>
          <w:sz w:val="19"/>
        </w:rPr>
        <w:t xml:space="preserve">[초등 고학년용] </w:t>
      </w:r>
    </w:p>
    <w:p>
      <w:r>
        <w:rPr>
          <w:rFonts w:ascii="맑은 고딕" w:hAnsi="맑은 고딕" w:eastAsia="맑은 고딕"/>
          <w:b/>
          <w:color w:val="191F28"/>
          <w:sz w:val="36"/>
        </w:rPr>
        <w:t>요구와 책임 사이</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용돈이 부족하고 간섭이 불만인 아이들이 어른들의 임금 인상 시위를 보고 '오총사 협회'를 만들어, 놀이터에 텐트를 치고 가출 농성을 벌인다. 용돈 인상과 자유시간을 요구하지만, 부모님은 단호히 모른 척하며 스스로 깨닫기를 기다린다. 라면을 태우는 등 고생 끝에 부모님 없이 지내는 일의 어려움과 사랑을 느끼며, 무작정 떼쓰기보다 대화로 갈등을 푸는 법을 배우는 이야기.</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1. </w:t>
      </w:r>
      <w:r>
        <w:rPr>
          <w:rFonts w:ascii="맑은 고딕" w:hAnsi="맑은 고딕" w:eastAsia="맑은 고딕"/>
          <w:b/>
          <w:color w:val="191F28"/>
          <w:sz w:val="23"/>
        </w:rPr>
        <w:t>아이들이 시위를 결심한 계기로 알맞은 것은?</w:t>
      </w:r>
    </w:p>
    <w:p>
      <w:pPr>
        <w:ind w:left="320"/>
      </w:pPr>
      <w:r>
        <w:rPr>
          <w:rFonts w:ascii="맑은 고딕" w:hAnsi="맑은 고딕" w:eastAsia="맑은 고딕"/>
          <w:b w:val="0"/>
          <w:color w:val="4E5968"/>
          <w:sz w:val="22"/>
        </w:rPr>
        <w:t>① 어른들의 파업을 보고 따라 함</w:t>
      </w:r>
    </w:p>
    <w:p>
      <w:pPr>
        <w:ind w:left="320"/>
      </w:pPr>
      <w:r>
        <w:rPr>
          <w:rFonts w:ascii="맑은 고딕" w:hAnsi="맑은 고딕" w:eastAsia="맑은 고딕"/>
          <w:b w:val="0"/>
          <w:color w:val="4E5968"/>
          <w:sz w:val="22"/>
        </w:rPr>
        <w:t>② 선생님이 시켜서</w:t>
      </w:r>
    </w:p>
    <w:p>
      <w:pPr>
        <w:ind w:left="320"/>
      </w:pPr>
      <w:r>
        <w:rPr>
          <w:rFonts w:ascii="맑은 고딕" w:hAnsi="맑은 고딕" w:eastAsia="맑은 고딕"/>
          <w:b w:val="0"/>
          <w:color w:val="4E5968"/>
          <w:sz w:val="22"/>
        </w:rPr>
        <w:t>③ 숙제를 하려고</w:t>
      </w:r>
    </w:p>
    <w:p>
      <w:pPr>
        <w:ind w:left="320"/>
      </w:pPr>
      <w:r>
        <w:rPr>
          <w:rFonts w:ascii="맑은 고딕" w:hAnsi="맑은 고딕" w:eastAsia="맑은 고딕"/>
          <w:b w:val="0"/>
          <w:color w:val="4E5968"/>
          <w:sz w:val="22"/>
        </w:rPr>
        <w:t>④ 그냥 신나게 캠핑을 해 보고 싶어서</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아이들이 내건 요구로 알맞은 것은?</w:t>
      </w:r>
    </w:p>
    <w:p>
      <w:pPr>
        <w:ind w:left="320"/>
      </w:pPr>
      <w:r>
        <w:rPr>
          <w:rFonts w:ascii="맑은 고딕" w:hAnsi="맑은 고딕" w:eastAsia="맑은 고딕"/>
          <w:b w:val="0"/>
          <w:color w:val="4E5968"/>
          <w:sz w:val="22"/>
        </w:rPr>
        <w:t>① 날마다 더 많은 숙제와 공부</w:t>
      </w:r>
    </w:p>
    <w:p>
      <w:pPr>
        <w:ind w:left="320"/>
      </w:pPr>
      <w:r>
        <w:rPr>
          <w:rFonts w:ascii="맑은 고딕" w:hAnsi="맑은 고딕" w:eastAsia="맑은 고딕"/>
          <w:b w:val="0"/>
          <w:color w:val="4E5968"/>
          <w:sz w:val="22"/>
        </w:rPr>
        <w:t>② 용돈 인상과 자유시간</w:t>
      </w:r>
    </w:p>
    <w:p>
      <w:pPr>
        <w:ind w:left="320"/>
      </w:pPr>
      <w:r>
        <w:rPr>
          <w:rFonts w:ascii="맑은 고딕" w:hAnsi="맑은 고딕" w:eastAsia="맑은 고딕"/>
          <w:b w:val="0"/>
          <w:color w:val="4E5968"/>
          <w:sz w:val="22"/>
        </w:rPr>
        <w:t>③ 이른 잠자리</w:t>
      </w:r>
    </w:p>
    <w:p>
      <w:pPr>
        <w:ind w:left="320"/>
      </w:pPr>
      <w:r>
        <w:rPr>
          <w:rFonts w:ascii="맑은 고딕" w:hAnsi="맑은 고딕" w:eastAsia="맑은 고딕"/>
          <w:b w:val="0"/>
          <w:color w:val="4E5968"/>
          <w:sz w:val="22"/>
        </w:rPr>
        <w:t>④ 텔레비전 금지</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3. </w:t>
      </w:r>
      <w:r>
        <w:rPr>
          <w:rFonts w:ascii="맑은 고딕" w:hAnsi="맑은 고딕" w:eastAsia="맑은 고딕"/>
          <w:b/>
          <w:color w:val="191F28"/>
          <w:sz w:val="23"/>
        </w:rPr>
        <w:t>부모들이 '모른 척 버티기'를 택한 까닭은?</w:t>
      </w:r>
    </w:p>
    <w:p>
      <w:pPr>
        <w:ind w:left="320"/>
      </w:pPr>
      <w:r>
        <w:rPr>
          <w:rFonts w:ascii="맑은 고딕" w:hAnsi="맑은 고딕" w:eastAsia="맑은 고딕"/>
          <w:b w:val="0"/>
          <w:color w:val="4E5968"/>
          <w:sz w:val="22"/>
        </w:rPr>
        <w:t>① 아이들이 그저 미워졌기 때문에</w:t>
      </w:r>
    </w:p>
    <w:p>
      <w:pPr>
        <w:ind w:left="320"/>
      </w:pPr>
      <w:r>
        <w:rPr>
          <w:rFonts w:ascii="맑은 고딕" w:hAnsi="맑은 고딕" w:eastAsia="맑은 고딕"/>
          <w:b w:val="0"/>
          <w:color w:val="4E5968"/>
          <w:sz w:val="22"/>
        </w:rPr>
        <w:t>② 줄 용돈이 정말 한 푼도 없었기 때문에</w:t>
      </w:r>
    </w:p>
    <w:p>
      <w:pPr>
        <w:ind w:left="320"/>
      </w:pPr>
      <w:r>
        <w:rPr>
          <w:rFonts w:ascii="맑은 고딕" w:hAnsi="맑은 고딕" w:eastAsia="맑은 고딕"/>
          <w:b w:val="0"/>
          <w:color w:val="4E5968"/>
          <w:sz w:val="22"/>
        </w:rPr>
        <w:t>③ 고생을 겪어야 깨닫는다고 여겨서</w:t>
      </w:r>
    </w:p>
    <w:p>
      <w:pPr>
        <w:ind w:left="320"/>
      </w:pPr>
      <w:r>
        <w:rPr>
          <w:rFonts w:ascii="맑은 고딕" w:hAnsi="맑은 고딕" w:eastAsia="맑은 고딕"/>
          <w:b w:val="0"/>
          <w:color w:val="4E5968"/>
          <w:sz w:val="22"/>
        </w:rPr>
        <w:t>④ 이웃이 그렇게 하라고 해서</w:t>
      </w:r>
    </w:p>
    <w:p>
      <w:pPr>
        <w:spacing w:before="240"/>
      </w:pPr>
      <w:r>
        <w:rPr>
          <w:rFonts w:ascii="맑은 고딕" w:hAnsi="맑은 고딕" w:eastAsia="맑은 고딕"/>
          <w:b/>
          <w:color w:val="8B95A1"/>
          <w:sz w:val="17"/>
        </w:rPr>
        <w:t xml:space="preserve">  해석 · 의미 파악  </w:t>
      </w:r>
    </w:p>
    <w:p>
      <w:r>
        <w:rPr>
          <w:rFonts w:ascii="맑은 고딕" w:hAnsi="맑은 고딕" w:eastAsia="맑은 고딕"/>
          <w:b/>
          <w:color w:val="2272EB"/>
          <w:sz w:val="24"/>
        </w:rPr>
        <w:t xml:space="preserve">4. </w:t>
      </w:r>
      <w:r>
        <w:rPr>
          <w:rFonts w:ascii="맑은 고딕" w:hAnsi="맑은 고딕" w:eastAsia="맑은 고딕"/>
          <w:b/>
          <w:color w:val="191F28"/>
          <w:sz w:val="23"/>
        </w:rPr>
        <w:t>라면 사건이 보여 주는 것으로 알맞은 것은?</w:t>
      </w:r>
    </w:p>
    <w:p>
      <w:pPr>
        <w:ind w:left="320"/>
      </w:pPr>
      <w:r>
        <w:rPr>
          <w:rFonts w:ascii="맑은 고딕" w:hAnsi="맑은 고딕" w:eastAsia="맑은 고딕"/>
          <w:b w:val="0"/>
          <w:color w:val="4E5968"/>
          <w:sz w:val="22"/>
        </w:rPr>
        <w:t>① 직접 끓여 먹는 라면은 늘 맛없다는 것</w:t>
      </w:r>
    </w:p>
    <w:p>
      <w:pPr>
        <w:ind w:left="320"/>
      </w:pPr>
      <w:r>
        <w:rPr>
          <w:rFonts w:ascii="맑은 고딕" w:hAnsi="맑은 고딕" w:eastAsia="맑은 고딕"/>
          <w:b w:val="0"/>
          <w:color w:val="4E5968"/>
          <w:sz w:val="22"/>
        </w:rPr>
        <w:t>② 요리는 누구나 쉽다는 것</w:t>
      </w:r>
    </w:p>
    <w:p>
      <w:pPr>
        <w:ind w:left="320"/>
      </w:pPr>
      <w:r>
        <w:rPr>
          <w:rFonts w:ascii="맑은 고딕" w:hAnsi="맑은 고딕" w:eastAsia="맑은 고딕"/>
          <w:b w:val="0"/>
          <w:color w:val="4E5968"/>
          <w:sz w:val="22"/>
        </w:rPr>
        <w:t>③ 노는 게 최고라는 것</w:t>
      </w:r>
    </w:p>
    <w:p>
      <w:pPr>
        <w:ind w:left="320"/>
      </w:pPr>
      <w:r>
        <w:rPr>
          <w:rFonts w:ascii="맑은 고딕" w:hAnsi="맑은 고딕" w:eastAsia="맑은 고딕"/>
          <w:b w:val="0"/>
          <w:color w:val="4E5968"/>
          <w:sz w:val="22"/>
        </w:rPr>
        <w:t>④ 부모님 없이 지내기가 어렵다는 것</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이야기가 일어난 순서대로 기호를 써 보세요.</w:t>
      </w:r>
    </w:p>
    <w:p>
      <w:pPr>
        <w:ind w:left="320"/>
      </w:pPr>
      <w:r>
        <w:rPr>
          <w:rFonts w:ascii="맑은 고딕" w:hAnsi="맑은 고딕" w:eastAsia="맑은 고딕"/>
          <w:b w:val="0"/>
          <w:color w:val="333D4B"/>
          <w:sz w:val="22"/>
        </w:rPr>
        <w:t>ㄱ. 오총사 협회를 만든다.</w:t>
      </w:r>
    </w:p>
    <w:p>
      <w:pPr>
        <w:ind w:left="320"/>
      </w:pPr>
      <w:r>
        <w:rPr>
          <w:rFonts w:ascii="맑은 고딕" w:hAnsi="맑은 고딕" w:eastAsia="맑은 고딕"/>
          <w:b w:val="0"/>
          <w:color w:val="333D4B"/>
          <w:sz w:val="22"/>
        </w:rPr>
        <w:t>ㄴ. 어른들의 시위를 보고 떠올린다.</w:t>
      </w:r>
    </w:p>
    <w:p>
      <w:pPr>
        <w:ind w:left="320"/>
      </w:pPr>
      <w:r>
        <w:rPr>
          <w:rFonts w:ascii="맑은 고딕" w:hAnsi="맑은 고딕" w:eastAsia="맑은 고딕"/>
          <w:b w:val="0"/>
          <w:color w:val="333D4B"/>
          <w:sz w:val="22"/>
        </w:rPr>
        <w:t>ㄷ. 부모의 사랑을 깨닫는다.</w:t>
      </w:r>
    </w:p>
    <w:p>
      <w:pPr>
        <w:ind w:left="320"/>
      </w:pPr>
      <w:r>
        <w:rPr>
          <w:rFonts w:ascii="맑은 고딕" w:hAnsi="맑은 고딕" w:eastAsia="맑은 고딕"/>
          <w:b w:val="0"/>
          <w:color w:val="333D4B"/>
          <w:sz w:val="22"/>
        </w:rPr>
        <w:t>ㄹ. 텐트에서 라면을 태우며 고생한다.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추론 · 마음 읽기  </w:t>
      </w:r>
    </w:p>
    <w:p>
      <w:r>
        <w:rPr>
          <w:rFonts w:ascii="맑은 고딕" w:hAnsi="맑은 고딕" w:eastAsia="맑은 고딕"/>
          <w:b/>
          <w:color w:val="2272EB"/>
          <w:sz w:val="24"/>
        </w:rPr>
        <w:t xml:space="preserve">6. </w:t>
      </w:r>
      <w:r>
        <w:rPr>
          <w:rFonts w:ascii="맑은 고딕" w:hAnsi="맑은 고딕" w:eastAsia="맑은 고딕"/>
          <w:b/>
          <w:color w:val="191F28"/>
          <w:sz w:val="23"/>
        </w:rPr>
        <w:t>단호했지만 부모님이 마음속으로 한 것은?</w:t>
      </w:r>
    </w:p>
    <w:p>
      <w:pPr>
        <w:ind w:left="320"/>
      </w:pPr>
      <w:r>
        <w:rPr>
          <w:rFonts w:ascii="맑은 고딕" w:hAnsi="맑은 고딕" w:eastAsia="맑은 고딕"/>
          <w:b w:val="0"/>
          <w:color w:val="4E5968"/>
          <w:sz w:val="22"/>
        </w:rPr>
        <w:t>① 아이들을 아예 까맣게 잊어버림</w:t>
      </w:r>
    </w:p>
    <w:p>
      <w:pPr>
        <w:ind w:left="320"/>
      </w:pPr>
      <w:r>
        <w:rPr>
          <w:rFonts w:ascii="맑은 고딕" w:hAnsi="맑은 고딕" w:eastAsia="맑은 고딕"/>
          <w:b w:val="0"/>
          <w:color w:val="4E5968"/>
          <w:sz w:val="22"/>
        </w:rPr>
        <w:t>② 아이들을 걱정하고 사랑함</w:t>
      </w:r>
    </w:p>
    <w:p>
      <w:pPr>
        <w:ind w:left="320"/>
      </w:pPr>
      <w:r>
        <w:rPr>
          <w:rFonts w:ascii="맑은 고딕" w:hAnsi="맑은 고딕" w:eastAsia="맑은 고딕"/>
          <w:b w:val="0"/>
          <w:color w:val="4E5968"/>
          <w:sz w:val="22"/>
        </w:rPr>
        <w:t>③ 용돈을 더 줄이기로 함</w:t>
      </w:r>
    </w:p>
    <w:p>
      <w:pPr>
        <w:ind w:left="320"/>
      </w:pPr>
      <w:r>
        <w:rPr>
          <w:rFonts w:ascii="맑은 고딕" w:hAnsi="맑은 고딕" w:eastAsia="맑은 고딕"/>
          <w:b w:val="0"/>
          <w:color w:val="4E5968"/>
          <w:sz w:val="22"/>
        </w:rPr>
        <w:t>④ 다른 일에만 신경 씀</w:t>
      </w:r>
    </w:p>
    <w:p>
      <w:pPr>
        <w:spacing w:before="240"/>
      </w:pPr>
      <w:r>
        <w:rPr>
          <w:rFonts w:ascii="맑은 고딕" w:hAnsi="맑은 고딕" w:eastAsia="맑은 고딕"/>
          <w:b/>
          <w:color w:val="8B95A1"/>
          <w:sz w:val="17"/>
        </w:rPr>
        <w:t xml:space="preserve">  적용하기 · 객관식  </w:t>
      </w:r>
    </w:p>
    <w:p>
      <w:r>
        <w:rPr>
          <w:rFonts w:ascii="맑은 고딕" w:hAnsi="맑은 고딕" w:eastAsia="맑은 고딕"/>
          <w:b/>
          <w:color w:val="2272EB"/>
          <w:sz w:val="24"/>
        </w:rPr>
        <w:t xml:space="preserve">7. </w:t>
      </w:r>
      <w:r>
        <w:rPr>
          <w:rFonts w:ascii="맑은 고딕" w:hAnsi="맑은 고딕" w:eastAsia="맑은 고딕"/>
          <w:b/>
          <w:color w:val="191F28"/>
          <w:sz w:val="23"/>
        </w:rPr>
        <w:t>무작정 떼쓰기보다 나은 방법으로 알맞은 것은?</w:t>
      </w:r>
    </w:p>
    <w:p>
      <w:pPr>
        <w:ind w:left="320"/>
      </w:pPr>
      <w:r>
        <w:rPr>
          <w:rFonts w:ascii="맑은 고딕" w:hAnsi="맑은 고딕" w:eastAsia="맑은 고딕"/>
          <w:b w:val="0"/>
          <w:color w:val="4E5968"/>
          <w:sz w:val="22"/>
        </w:rPr>
        <w:t>① 부모님께 더 크게 떼쓰기</w:t>
      </w:r>
    </w:p>
    <w:p>
      <w:pPr>
        <w:ind w:left="320"/>
      </w:pPr>
      <w:r>
        <w:rPr>
          <w:rFonts w:ascii="맑은 고딕" w:hAnsi="맑은 고딕" w:eastAsia="맑은 고딕"/>
          <w:b w:val="0"/>
          <w:color w:val="4E5968"/>
          <w:sz w:val="22"/>
        </w:rPr>
        <w:t>② 몰래 돈을 가져가기</w:t>
      </w:r>
    </w:p>
    <w:p>
      <w:pPr>
        <w:ind w:left="320"/>
      </w:pPr>
      <w:r>
        <w:rPr>
          <w:rFonts w:ascii="맑은 고딕" w:hAnsi="맑은 고딕" w:eastAsia="맑은 고딕"/>
          <w:b w:val="0"/>
          <w:color w:val="4E5968"/>
          <w:sz w:val="22"/>
        </w:rPr>
        <w:t>③ 조건을 걸어 합리적으로 협상하기</w:t>
      </w:r>
    </w:p>
    <w:p>
      <w:pPr>
        <w:ind w:left="320"/>
      </w:pPr>
      <w:r>
        <w:rPr>
          <w:rFonts w:ascii="맑은 고딕" w:hAnsi="맑은 고딕" w:eastAsia="맑은 고딕"/>
          <w:b w:val="0"/>
          <w:color w:val="4E5968"/>
          <w:sz w:val="22"/>
        </w:rPr>
        <w:t>④ 친구들과 더 크고 시끄럽게 시위하기</w:t>
      </w:r>
    </w:p>
    <w:p>
      <w:pPr>
        <w:spacing w:before="240"/>
      </w:pPr>
      <w:r>
        <w:rPr>
          <w:rFonts w:ascii="맑은 고딕" w:hAnsi="맑은 고딕" w:eastAsia="맑은 고딕"/>
          <w:b/>
          <w:color w:val="8B95A1"/>
          <w:sz w:val="17"/>
        </w:rPr>
        <w:t xml:space="preserve">  종합 · 주제 파악  </w:t>
      </w:r>
    </w:p>
    <w:p>
      <w:r>
        <w:rPr>
          <w:rFonts w:ascii="맑은 고딕" w:hAnsi="맑은 고딕" w:eastAsia="맑은 고딕"/>
          <w:b/>
          <w:color w:val="2272EB"/>
          <w:sz w:val="24"/>
        </w:rPr>
        <w:t xml:space="preserve">8. </w:t>
      </w:r>
      <w:r>
        <w:rPr>
          <w:rFonts w:ascii="맑은 고딕" w:hAnsi="맑은 고딕" w:eastAsia="맑은 고딕"/>
          <w:b/>
          <w:color w:val="191F28"/>
          <w:sz w:val="23"/>
        </w:rPr>
        <w:t>이 이야기가 전하려는 것으로 가장 알맞은 것은?</w:t>
      </w:r>
    </w:p>
    <w:p>
      <w:pPr>
        <w:ind w:left="320"/>
      </w:pPr>
      <w:r>
        <w:rPr>
          <w:rFonts w:ascii="맑은 고딕" w:hAnsi="맑은 고딕" w:eastAsia="맑은 고딕"/>
          <w:b w:val="0"/>
          <w:color w:val="4E5968"/>
          <w:sz w:val="22"/>
        </w:rPr>
        <w:t>① 대화로 풀고 부모님의 사랑을 이해하자</w:t>
      </w:r>
    </w:p>
    <w:p>
      <w:pPr>
        <w:ind w:left="320"/>
      </w:pPr>
      <w:r>
        <w:rPr>
          <w:rFonts w:ascii="맑은 고딕" w:hAnsi="맑은 고딕" w:eastAsia="맑은 고딕"/>
          <w:b w:val="0"/>
          <w:color w:val="4E5968"/>
          <w:sz w:val="22"/>
        </w:rPr>
        <w:t>② 가출은 신나는 모험이라는 것</w:t>
      </w:r>
    </w:p>
    <w:p>
      <w:pPr>
        <w:ind w:left="320"/>
      </w:pPr>
      <w:r>
        <w:rPr>
          <w:rFonts w:ascii="맑은 고딕" w:hAnsi="맑은 고딕" w:eastAsia="맑은 고딕"/>
          <w:b w:val="0"/>
          <w:color w:val="4E5968"/>
          <w:sz w:val="22"/>
        </w:rPr>
        <w:t>③ 용돈은 무조건 많아야 한다는 것</w:t>
      </w:r>
    </w:p>
    <w:p>
      <w:pPr>
        <w:ind w:left="320"/>
      </w:pPr>
      <w:r>
        <w:rPr>
          <w:rFonts w:ascii="맑은 고딕" w:hAnsi="맑은 고딕" w:eastAsia="맑은 고딕"/>
          <w:b w:val="0"/>
          <w:color w:val="4E5968"/>
          <w:sz w:val="22"/>
        </w:rPr>
        <w:t>④ 원하는 건 떼써서 받아내야 한다는 것</w:t>
      </w:r>
    </w:p>
    <w:p>
      <w:pPr>
        <w:spacing w:before="240"/>
      </w:pPr>
      <w:r>
        <w:rPr>
          <w:rFonts w:ascii="맑은 고딕" w:hAnsi="맑은 고딕" w:eastAsia="맑은 고딕"/>
          <w:b/>
          <w:color w:val="8B95A1"/>
          <w:sz w:val="17"/>
        </w:rPr>
        <w:t xml:space="preserve">  비판적 사고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무작정 떼쓰는 것과 조건을 걸어 합리적으로 요구하는 것의 차이를 자신의 생각으로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가치 판단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'더 많은 자유'를 바랄 때 그에 따르는 '책임'은 무엇일지 자신의 생각을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191F28"/>
          <w:sz w:val="32"/>
        </w:rPr>
        <w:t>정답 및 해설 · 교사용</w:t>
      </w:r>
    </w:p>
    <w:p>
      <w:pPr>
        <w:spacing w:before="160"/>
      </w:pPr>
      <w:r>
        <w:rPr>
          <w:rFonts w:ascii="맑은 고딕" w:hAnsi="맑은 고딕" w:eastAsia="맑은 고딕"/>
          <w:b/>
          <w:color w:val="2272EB"/>
          <w:sz w:val="26"/>
        </w:rPr>
        <w:t>[중학년] 오총사 협회의 농성</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용돈이 부족하고 불만이라</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어른들의 임금 인상 시위를 보고</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놀이터에 텐트를 치고 가출</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모른 척하며 들어오길 기다림</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ㄱ → ㄹ → ㄷ</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노느라 라면을 태우며 고생함</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③ 아이들을 위해서</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① 대화로 풀고 부모님을 이해하자</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당장 데려오고 싶었지만, 고생을 겪고 스스로 깨닫게 하려고 마음 아프게 참으셨을 것이다. · (평가) 부모님의 사랑과 속마음을 헤아려 적었는지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집안일을 돕거나 절약하겠다는 약속을 담아, 왜 더 필요한지 차분히 설명하며 합리적으로 부탁드린다. · (평가) 떼쓰기 대신 대화·협상 방법을 구체적으로 적었는지 봐 주세요.</w:t>
      </w:r>
    </w:p>
    <w:p>
      <w:r>
        <w:br w:type="page"/>
      </w:r>
    </w:p>
    <w:p>
      <w:pPr>
        <w:spacing w:before="160"/>
      </w:pPr>
      <w:r>
        <w:rPr>
          <w:rFonts w:ascii="맑은 고딕" w:hAnsi="맑은 고딕" w:eastAsia="맑은 고딕"/>
          <w:b/>
          <w:color w:val="2272EB"/>
          <w:sz w:val="26"/>
        </w:rPr>
        <w:t>[고학년] 요구와 책임 사이</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어른들의 파업을 보고 따라 함</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용돈 인상과 자유시간</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고생을 겪어야 깨닫는다고 여겨서</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부모님 없이 지내기가 어렵다는 것</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ㄱ → ㄹ → ㄷ</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아이들을 걱정하고 사랑함</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③ 조건을 걸어 합리적으로 협상하기</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① 대화로 풀고 부모님의 사랑을 이해하자</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떼쓰기는 상대를 불편하게 하고 받아들여지기 어렵지만, 노력이나 약속을 담아 합리적으로 요구하면 상대도 납득하고 서로 좋은 결론을 찾을 수 있다. · (평가) 두 방식의 차이를 분명히 비교했는지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자유롭게 용돈을 쓰려면 계획적으로 관리하고, 자유시간을 가지려면 할 일을 스스로 끝내는 책임이 따라야 한다. · (평가) 자유와 책임을 연결해 적었는지 봐 주세요.</w:t>
      </w:r>
    </w:p>
    <w:sectPr w:rsidR="00FC693F" w:rsidRPr="0006063C" w:rsidSect="00034616">
      <w:pgSz w:w="11906" w:h="16838"/>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