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슬비와 엄마의 거짓말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약속한 인형을 안 사 준다며 엄마를 '거짓말쟁이'라 여기던 슬비. 한복을 안 가져온 걸 둘러대려 '엄마가 식중독으로 아프다'는 큰 거짓말까지 했다가 엄마가 멀쩡히 한복을 들고 오면서 들통난다. 아빠의 설명으로 서로를 편안하게 하는 '선의의 거짓말'과 남을 속여 곤란하게 하는 거짓말의 차이를 알게 되고, 자신을 위해 거짓말한 엄마의 사랑을 깨닫는 이야기.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슬비가 엄마를 '거짓말쟁이'라고 여긴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엄마가 자기에게만 자꾸 화를 내고 혼내서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약속한 인형을 안 사 준다고 오해해서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곧 태어날 동생만 예뻐한다고 느껴서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엄마가 일하느라 늘 바빠서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슬비가 한복을 안 가져온 걸 둘러대려고 선생님께 한 거짓말은?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버스를 놓쳐서 늦었다는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동생이 갑자기 아파 병원에 갔다는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엄마가 식중독으로 아프다는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한복을 어제 잃어버렸다는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의미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아빠가 말한 '꼭 필요할 때가 있는 거짓말'은 어떤 것인가요?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벌을 피하려고 일부러 둘러대는 거짓말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남의 물건을 빼앗으려는 거짓말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친구를 골탕 먹이려는 거짓말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서로를 편하게 해 주는 거짓말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슬비의 거짓말이 들통난 까닭은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엄마가 한복을 들고 학교에 와서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슬비가 스스로 솔직히 털어놓아서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친구가 선생님께 일러바쳐서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선생님이 슬비 집에 직접 전화해서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이야기가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한복을 안 가져와 '엄마가 아프다'고 거짓말한다.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슬비가 엄마를 거짓말쟁이라며 불평한다.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슬비가 엄마의 사랑을 깨닫는다.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엄마가 한복을 들고 와 거짓말이 들통난다.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선생님이 '부모는 자식의 ○○'이라고 한 말의 빈칸은?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선물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거울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친구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그림자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마음 읽기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슬비가 선생님께 '엄마를 야단치지 말라'고 한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엄마가 너무 무서워서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선생님이 미워서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자기 때문에 엄마가 거짓말한 것이라서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선생님이 자기를 더 예뻐하게 만들려고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주제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이야기가 알려 주는 것으로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배려하는 말과 가족의 사랑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거짓말은 많이 할수록 좋다는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약속은 굳이 안 지켜도 된다는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선생님께는 늘 거짓말해야 한다는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공감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슬비가 엄마를 오해했던 마음과, 엄마의 사랑을 깨달은 마음의 변화를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친구가 속상하지 않게, 솔직하면서도 따뜻하게 말하는 방법을 예를 들어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선의의 거짓말과 나쁜 거짓말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약속한 인형을 안 사 준다며 엄마를 '거짓말쟁이'라 여기던 슬비. 한복을 안 가져온 걸 둘러대려 '엄마가 식중독으로 아프다'는 큰 거짓말까지 했다가 엄마가 멀쩡히 한복을 들고 오면서 들통난다. 아빠의 설명으로 서로를 편안하게 하는 '선의의 거짓말'과 남을 속여 곤란하게 하는 거짓말의 차이를 알게 되고, 자신을 위해 거짓말한 엄마의 사랑을 깨닫는 이야기.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슬비가 엄마를 오해한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약속한 인형을 안 사 준다고 여겨서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엄마가 동생만 더 예뻐한다고 느껴서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엄마가 자주 외출해 함께 놀아 주지 못해서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엄마가 공부만 자꾸 시켜서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슬비의 '엄마가 식중독에 걸렸다'는 거짓말이 특히 문제가 된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거짓말이 너무 길고 복잡해서 외우기 힘들어서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남을 속여 곤란하게 하고 들통나서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선생님이 이미 다 알고 있어서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엄마가 그 일로 크게 화를 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의미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아빠가 말한 '필요한 거짓말(선의의 거짓말)'의 조건은?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남에게 들키지만 않으면 되는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나에게 이익이 되기만 하면 되는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서로 편하게 하고 문제 없는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어른만 할 수 있도록 정해진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동창회 날 아빠가 엄마에게 '예쁘다'고 한 것이 선의의 거짓말인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사실을 정확하게 말한 것이라서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남을 속여서 큰 이득을 보려는 것이라서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거짓말이 짧고 간단해서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엄마 기분을 좋게 해 줘서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이야기가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한복을 안 가져와 '엄마가 아프다'고 거짓말한다.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슬비가 엄마를 거짓말쟁이라며 불평한다.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슬비가 엄마를 감싸며 가족의 사랑을 느낀다.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엄마가 한복을 들고 와 거짓말이 들통난다.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의미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선생님이 말한 '부모는 자식의 거울'이라는 말의 뜻은?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부모가 자식보다 더 낫다는 뜻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아이는 부모를 보고 배운다는 뜻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거울을 자주 봐야 한다는 뜻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부모와 자식은 얼굴이 닮았다는 뜻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마음 읽기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야단맞는 엄마를 슬비가 감싼 모습이 보여 주는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엄마가 무서웠다는 마음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벌을 받기 싫다는 마음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엄마를 위하는 가족의 사랑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선생님을 끝내 이기고 싶은 마음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비판적 사고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이야기가 '거짓말'에 대해 생각하게 하는 것으로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착한 거짓말과 나쁜 거짓말은 다르다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거짓말은 모두 똑같이 나쁘다는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거짓말은 많이 할수록 좋다는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어른이 하는 거짓말은 모두 옳다는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'착한(선의의) 거짓말'이 필요하다고 생각하는지, 자신의 의견을 까닭과 함께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거짓말 대신, 상대가 속상하지 않게 배려하며 솔직하게 말하는 방법을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슬비와 엄마의 거짓말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② 약속한 인형을 안 사 준다고 오해해서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③ 엄마가 식중독으로 아프다는 것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④ 서로를 편하게 해 주는 거짓말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① 엄마가 한복을 들고 학교에 와서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거울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③ 자기 때문에 엄마가 거짓말한 것이라서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① 배려하는 말과 가족의 사랑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처음엔 약속을 안 지키는 거짓말쟁이라 미워했지만, 자신을 위해 거짓말까지 한 엄마의 마음을 알고 고맙고 미안해졌을 것이다. · (평가) 슬비의 마음 변화를 헤아려 적었는지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친구 그림이 마음에 안 들어도 '못 그렸다'가 아니라 '이 색깔이 참 예쁘다, 여기는 이렇게 하면 더 좋겠다'처럼 좋은 점을 먼저 말한다. · (평가) 배려하는 말하기 방법을 구체적으로 적었는지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선의의 거짓말과 나쁜 거짓말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약속한 인형을 안 사 준다고 여겨서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남을 속여 곤란하게 하고 들통나서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서로 편하게 하고 문제 없는 것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엄마 기분을 좋게 해 줘서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아이는 부모를 보고 배운다는 뜻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③ 엄마를 위하는 가족의 사랑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① 착한 거짓말과 나쁜 거짓말은 다르다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상대의 마음을 지켜 주는 선의의 거짓말은 때로 필요하다고 생각한다. 다만 남을 속여 이익을 보거나 곤란하게 하는 거짓말은 해서는 안 된다. · (평가) 자기 의견과 까닭을 분명히 밝혔는지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사실을 말하되 좋은 점을 함께 말하고, 상대의 기분을 헤아려 부드럽게 표현하면 솔직하면서도 상처를 주지 않을 수 있다. · (평가) 배려와 솔직함을 함께 살린 방법을 적었는지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