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6.25 전쟁 알아보기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6.25 전쟁이 일어난 해는 언제인가요?</w:t>
      </w:r>
    </w:p>
    <w:p>
      <w:pPr>
        <w:ind w:left="320"/>
      </w:pPr>
      <w:r>
        <w:rPr>
          <w:rFonts w:ascii="맑은 고딕" w:hAnsi="맑은 고딕" w:eastAsia="맑은 고딕"/>
          <w:b w:val="0"/>
          <w:color w:val="4E5968"/>
          <w:sz w:val="22"/>
        </w:rPr>
        <w:t>① 1945년</w:t>
      </w:r>
    </w:p>
    <w:p>
      <w:pPr>
        <w:ind w:left="320"/>
      </w:pPr>
      <w:r>
        <w:rPr>
          <w:rFonts w:ascii="맑은 고딕" w:hAnsi="맑은 고딕" w:eastAsia="맑은 고딕"/>
          <w:b w:val="0"/>
          <w:color w:val="4E5968"/>
          <w:sz w:val="22"/>
        </w:rPr>
        <w:t>② 1948년</w:t>
      </w:r>
    </w:p>
    <w:p>
      <w:pPr>
        <w:ind w:left="320"/>
      </w:pPr>
      <w:r>
        <w:rPr>
          <w:rFonts w:ascii="맑은 고딕" w:hAnsi="맑은 고딕" w:eastAsia="맑은 고딕"/>
          <w:b w:val="0"/>
          <w:color w:val="4E5968"/>
          <w:sz w:val="22"/>
        </w:rPr>
        <w:t>③ 1950년</w:t>
      </w:r>
    </w:p>
    <w:p>
      <w:pPr>
        <w:ind w:left="320"/>
      </w:pPr>
      <w:r>
        <w:rPr>
          <w:rFonts w:ascii="맑은 고딕" w:hAnsi="맑은 고딕" w:eastAsia="맑은 고딕"/>
          <w:b w:val="0"/>
          <w:color w:val="4E5968"/>
          <w:sz w:val="22"/>
        </w:rPr>
        <w:t>④ 1953년</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6.25 전쟁은 누가 먼저 쳐들어와 시작되었나요?</w:t>
      </w:r>
    </w:p>
    <w:p>
      <w:pPr>
        <w:ind w:left="320"/>
      </w:pPr>
      <w:r>
        <w:rPr>
          <w:rFonts w:ascii="맑은 고딕" w:hAnsi="맑은 고딕" w:eastAsia="맑은 고딕"/>
          <w:b w:val="0"/>
          <w:color w:val="4E5968"/>
          <w:sz w:val="22"/>
        </w:rPr>
        <w:t>① 북한이 남한을</w:t>
      </w:r>
    </w:p>
    <w:p>
      <w:pPr>
        <w:ind w:left="320"/>
      </w:pPr>
      <w:r>
        <w:rPr>
          <w:rFonts w:ascii="맑은 고딕" w:hAnsi="맑은 고딕" w:eastAsia="맑은 고딕"/>
          <w:b w:val="0"/>
          <w:color w:val="4E5968"/>
          <w:sz w:val="22"/>
        </w:rPr>
        <w:t>② 남한이 북한을</w:t>
      </w:r>
    </w:p>
    <w:p>
      <w:pPr>
        <w:ind w:left="320"/>
      </w:pPr>
      <w:r>
        <w:rPr>
          <w:rFonts w:ascii="맑은 고딕" w:hAnsi="맑은 고딕" w:eastAsia="맑은 고딕"/>
          <w:b w:val="0"/>
          <w:color w:val="4E5968"/>
          <w:sz w:val="22"/>
        </w:rPr>
        <w:t>③ 일본이 우리나라를</w:t>
      </w:r>
    </w:p>
    <w:p>
      <w:pPr>
        <w:ind w:left="320"/>
      </w:pPr>
      <w:r>
        <w:rPr>
          <w:rFonts w:ascii="맑은 고딕" w:hAnsi="맑은 고딕" w:eastAsia="맑은 고딕"/>
          <w:b w:val="0"/>
          <w:color w:val="4E5968"/>
          <w:sz w:val="22"/>
        </w:rPr>
        <w:t>④ 중국이 우리나라를</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전쟁이 일어난 날, 북한군이 넘어온 남북의 경계선은?</w:t>
      </w:r>
    </w:p>
    <w:p>
      <w:pPr>
        <w:ind w:left="320"/>
      </w:pPr>
      <w:r>
        <w:rPr>
          <w:rFonts w:ascii="맑은 고딕" w:hAnsi="맑은 고딕" w:eastAsia="맑은 고딕"/>
          <w:b w:val="0"/>
          <w:color w:val="4E5968"/>
          <w:sz w:val="22"/>
        </w:rPr>
        <w:t>① 한강</w:t>
      </w:r>
    </w:p>
    <w:p>
      <w:pPr>
        <w:ind w:left="320"/>
      </w:pPr>
      <w:r>
        <w:rPr>
          <w:rFonts w:ascii="맑은 고딕" w:hAnsi="맑은 고딕" w:eastAsia="맑은 고딕"/>
          <w:b w:val="0"/>
          <w:color w:val="4E5968"/>
          <w:sz w:val="22"/>
        </w:rPr>
        <w:t>② 38선</w:t>
      </w:r>
    </w:p>
    <w:p>
      <w:pPr>
        <w:ind w:left="320"/>
      </w:pPr>
      <w:r>
        <w:rPr>
          <w:rFonts w:ascii="맑은 고딕" w:hAnsi="맑은 고딕" w:eastAsia="맑은 고딕"/>
          <w:b w:val="0"/>
          <w:color w:val="4E5968"/>
          <w:sz w:val="22"/>
        </w:rPr>
        <w:t>③ 낙동강</w:t>
      </w:r>
    </w:p>
    <w:p>
      <w:pPr>
        <w:ind w:left="320"/>
      </w:pPr>
      <w:r>
        <w:rPr>
          <w:rFonts w:ascii="맑은 고딕" w:hAnsi="맑은 고딕" w:eastAsia="맑은 고딕"/>
          <w:b w:val="0"/>
          <w:color w:val="4E5968"/>
          <w:sz w:val="22"/>
        </w:rPr>
        <w:t>④ 압록강</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전쟁으로 가족과 헤어져 만나지 못하게 된 사람들을 무엇이라고 하나요?</w:t>
      </w:r>
    </w:p>
    <w:p>
      <w:pPr>
        <w:ind w:left="320"/>
      </w:pPr>
      <w:r>
        <w:rPr>
          <w:rFonts w:ascii="맑은 고딕" w:hAnsi="맑은 고딕" w:eastAsia="맑은 고딕"/>
          <w:b w:val="0"/>
          <w:color w:val="4E5968"/>
          <w:sz w:val="22"/>
        </w:rPr>
        <w:t>① 피난민</w:t>
      </w:r>
    </w:p>
    <w:p>
      <w:pPr>
        <w:ind w:left="320"/>
      </w:pPr>
      <w:r>
        <w:rPr>
          <w:rFonts w:ascii="맑은 고딕" w:hAnsi="맑은 고딕" w:eastAsia="맑은 고딕"/>
          <w:b w:val="0"/>
          <w:color w:val="4E5968"/>
          <w:sz w:val="22"/>
        </w:rPr>
        <w:t>② 학도병</w:t>
      </w:r>
    </w:p>
    <w:p>
      <w:pPr>
        <w:ind w:left="320"/>
      </w:pPr>
      <w:r>
        <w:rPr>
          <w:rFonts w:ascii="맑은 고딕" w:hAnsi="맑은 고딕" w:eastAsia="맑은 고딕"/>
          <w:b w:val="0"/>
          <w:color w:val="4E5968"/>
          <w:sz w:val="22"/>
        </w:rPr>
        <w:t>③ 참전용사</w:t>
      </w:r>
    </w:p>
    <w:p>
      <w:pPr>
        <w:ind w:left="320"/>
      </w:pPr>
      <w:r>
        <w:rPr>
          <w:rFonts w:ascii="맑은 고딕" w:hAnsi="맑은 고딕" w:eastAsia="맑은 고딕"/>
          <w:b w:val="0"/>
          <w:color w:val="4E5968"/>
          <w:sz w:val="22"/>
        </w:rPr>
        <w:t>④ 이산가족</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5. </w:t>
      </w:r>
      <w:r>
        <w:rPr>
          <w:rFonts w:ascii="맑은 고딕" w:hAnsi="맑은 고딕" w:eastAsia="맑은 고딕"/>
          <w:b/>
          <w:color w:val="191F28"/>
          <w:sz w:val="23"/>
        </w:rPr>
        <w:t>전쟁 때 14~17세의 어린 학생들도 나가 싸웠는데, 이들을 무엇이라 부르나요?</w:t>
      </w:r>
    </w:p>
    <w:p>
      <w:pPr>
        <w:ind w:left="320"/>
      </w:pPr>
      <w:r>
        <w:rPr>
          <w:rFonts w:ascii="맑은 고딕" w:hAnsi="맑은 고딕" w:eastAsia="맑은 고딕"/>
          <w:b w:val="0"/>
          <w:color w:val="4E5968"/>
          <w:sz w:val="22"/>
        </w:rPr>
        <w:t>① 의병</w:t>
      </w:r>
    </w:p>
    <w:p>
      <w:pPr>
        <w:ind w:left="320"/>
      </w:pPr>
      <w:r>
        <w:rPr>
          <w:rFonts w:ascii="맑은 고딕" w:hAnsi="맑은 고딕" w:eastAsia="맑은 고딕"/>
          <w:b w:val="0"/>
          <w:color w:val="4E5968"/>
          <w:sz w:val="22"/>
        </w:rPr>
        <w:t>② 학도병</w:t>
      </w:r>
    </w:p>
    <w:p>
      <w:pPr>
        <w:ind w:left="320"/>
      </w:pPr>
      <w:r>
        <w:rPr>
          <w:rFonts w:ascii="맑은 고딕" w:hAnsi="맑은 고딕" w:eastAsia="맑은 고딕"/>
          <w:b w:val="0"/>
          <w:color w:val="4E5968"/>
          <w:sz w:val="22"/>
        </w:rPr>
        <w:t>③ 의용군</w:t>
      </w:r>
    </w:p>
    <w:p>
      <w:pPr>
        <w:ind w:left="320"/>
      </w:pPr>
      <w:r>
        <w:rPr>
          <w:rFonts w:ascii="맑은 고딕" w:hAnsi="맑은 고딕" w:eastAsia="맑은 고딕"/>
          <w:b w:val="0"/>
          <w:color w:val="4E5968"/>
          <w:sz w:val="22"/>
        </w:rPr>
        <w:t>④ 소방관</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6.25 전쟁은 방어가 가장 허술한 무슨 요일 새벽에 일어났나요?</w:t>
      </w:r>
    </w:p>
    <w:p>
      <w:pPr>
        <w:ind w:left="320"/>
      </w:pPr>
      <w:r>
        <w:rPr>
          <w:rFonts w:ascii="맑은 고딕" w:hAnsi="맑은 고딕" w:eastAsia="맑은 고딕"/>
          <w:b w:val="0"/>
          <w:color w:val="4E5968"/>
          <w:sz w:val="22"/>
        </w:rPr>
        <w:t>① 일요일</w:t>
      </w:r>
    </w:p>
    <w:p>
      <w:pPr>
        <w:ind w:left="320"/>
      </w:pPr>
      <w:r>
        <w:rPr>
          <w:rFonts w:ascii="맑은 고딕" w:hAnsi="맑은 고딕" w:eastAsia="맑은 고딕"/>
          <w:b w:val="0"/>
          <w:color w:val="4E5968"/>
          <w:sz w:val="22"/>
        </w:rPr>
        <w:t>② 월요일</w:t>
      </w:r>
    </w:p>
    <w:p>
      <w:pPr>
        <w:ind w:left="320"/>
      </w:pPr>
      <w:r>
        <w:rPr>
          <w:rFonts w:ascii="맑은 고딕" w:hAnsi="맑은 고딕" w:eastAsia="맑은 고딕"/>
          <w:b w:val="0"/>
          <w:color w:val="4E5968"/>
          <w:sz w:val="22"/>
        </w:rPr>
        <w:t>③ 토요일</w:t>
      </w:r>
    </w:p>
    <w:p>
      <w:pPr>
        <w:ind w:left="320"/>
      </w:pPr>
      <w:r>
        <w:rPr>
          <w:rFonts w:ascii="맑은 고딕" w:hAnsi="맑은 고딕" w:eastAsia="맑은 고딕"/>
          <w:b w:val="0"/>
          <w:color w:val="4E5968"/>
          <w:sz w:val="22"/>
        </w:rPr>
        <w:t>④ 금요일</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1953년에 전쟁을 멈추기로 한 약속을 무엇이라고 하나요?</w:t>
      </w:r>
    </w:p>
    <w:p>
      <w:pPr>
        <w:ind w:left="320"/>
      </w:pPr>
      <w:r>
        <w:rPr>
          <w:rFonts w:ascii="맑은 고딕" w:hAnsi="맑은 고딕" w:eastAsia="맑은 고딕"/>
          <w:b w:val="0"/>
          <w:color w:val="4E5968"/>
          <w:sz w:val="22"/>
        </w:rPr>
        <w:t>① 이웃 나라의 항복 선언</w:t>
      </w:r>
    </w:p>
    <w:p>
      <w:pPr>
        <w:ind w:left="320"/>
      </w:pPr>
      <w:r>
        <w:rPr>
          <w:rFonts w:ascii="맑은 고딕" w:hAnsi="맑은 고딕" w:eastAsia="맑은 고딕"/>
          <w:b w:val="0"/>
          <w:color w:val="4E5968"/>
          <w:sz w:val="22"/>
        </w:rPr>
        <w:t>② 평화 통일</w:t>
      </w:r>
    </w:p>
    <w:p>
      <w:pPr>
        <w:ind w:left="320"/>
      </w:pPr>
      <w:r>
        <w:rPr>
          <w:rFonts w:ascii="맑은 고딕" w:hAnsi="맑은 고딕" w:eastAsia="맑은 고딕"/>
          <w:b w:val="0"/>
          <w:color w:val="4E5968"/>
          <w:sz w:val="22"/>
        </w:rPr>
        <w:t>③ 정전(휴전) 협정</w:t>
      </w:r>
    </w:p>
    <w:p>
      <w:pPr>
        <w:ind w:left="320"/>
      </w:pPr>
      <w:r>
        <w:rPr>
          <w:rFonts w:ascii="맑은 고딕" w:hAnsi="맑은 고딕" w:eastAsia="맑은 고딕"/>
          <w:b w:val="0"/>
          <w:color w:val="4E5968"/>
          <w:sz w:val="22"/>
        </w:rPr>
        <w:t>④ 독립 선언</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6.25 전쟁으로 우리나라는 어떻게 되었나요?</w:t>
      </w:r>
    </w:p>
    <w:p>
      <w:pPr>
        <w:ind w:left="320"/>
      </w:pPr>
      <w:r>
        <w:rPr>
          <w:rFonts w:ascii="맑은 고딕" w:hAnsi="맑은 고딕" w:eastAsia="맑은 고딕"/>
          <w:b w:val="0"/>
          <w:color w:val="4E5968"/>
          <w:sz w:val="22"/>
        </w:rPr>
        <w:t>① 더 부유해졌다</w:t>
      </w:r>
    </w:p>
    <w:p>
      <w:pPr>
        <w:ind w:left="320"/>
      </w:pPr>
      <w:r>
        <w:rPr>
          <w:rFonts w:ascii="맑은 고딕" w:hAnsi="맑은 고딕" w:eastAsia="맑은 고딕"/>
          <w:b w:val="0"/>
          <w:color w:val="4E5968"/>
          <w:sz w:val="22"/>
        </w:rPr>
        <w:t>② 온 나라가 평화롭게 하나로 통일되었다</w:t>
      </w:r>
    </w:p>
    <w:p>
      <w:pPr>
        <w:ind w:left="320"/>
      </w:pPr>
      <w:r>
        <w:rPr>
          <w:rFonts w:ascii="맑은 고딕" w:hAnsi="맑은 고딕" w:eastAsia="맑은 고딕"/>
          <w:b w:val="0"/>
          <w:color w:val="4E5968"/>
          <w:sz w:val="22"/>
        </w:rPr>
        <w:t>③ 일본이 물러갔다</w:t>
      </w:r>
    </w:p>
    <w:p>
      <w:pPr>
        <w:ind w:left="320"/>
      </w:pPr>
      <w:r>
        <w:rPr>
          <w:rFonts w:ascii="맑은 고딕" w:hAnsi="맑은 고딕" w:eastAsia="맑은 고딕"/>
          <w:b w:val="0"/>
          <w:color w:val="4E5968"/>
          <w:sz w:val="22"/>
        </w:rPr>
        <w:t>④ 큰 피해를 입고 남북으로 나뉘었다</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1950년  ·          ·  전쟁이 시작된 해</w:t>
      </w:r>
    </w:p>
    <w:p>
      <w:pPr>
        <w:ind w:left="320"/>
      </w:pPr>
      <w:r>
        <w:rPr>
          <w:rFonts w:ascii="맑은 고딕" w:hAnsi="맑은 고딕" w:eastAsia="맑은 고딕"/>
          <w:b w:val="0"/>
          <w:color w:val="333D4B"/>
          <w:sz w:val="22"/>
        </w:rPr>
        <w:t>1953년  ·          ·  전쟁을 멈춘 해(정전)</w:t>
      </w:r>
    </w:p>
    <w:p>
      <w:pPr>
        <w:ind w:left="320"/>
      </w:pPr>
      <w:r>
        <w:rPr>
          <w:rFonts w:ascii="맑은 고딕" w:hAnsi="맑은 고딕" w:eastAsia="맑은 고딕"/>
          <w:b w:val="0"/>
          <w:color w:val="333D4B"/>
          <w:sz w:val="22"/>
        </w:rPr>
        <w:t>38선  ·          ·  남과 북의 경계선</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전쟁이 일어나면 어떤 점이 슬프고 힘들지, 영상을 보고 느낀 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전쟁의 전개를 따라서</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광복 후 38선을 경계로 한 분단과 이념 대립, 애치슨 선언과 미군 철수를 배경으로 1950년 6월 25일 북한의 기습 남침으로 시작된 6.25 전쟁의 전개를 정리한 영상. 서울 함락과 낙동강 방어선, 인천상륙작전과 북진, 중공군 개입과 흥남 철수, 1953년 정전협정까지 — 수많은 희생과 이산가족, 분단이라는 상처를 남긴 전쟁의 과정을 차근차근 짚는다.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전쟁 전, 미국이 한반도를 방위선에서 제외한다고 발표한 선언은?</w:t>
      </w:r>
    </w:p>
    <w:p>
      <w:pPr>
        <w:ind w:left="320"/>
      </w:pPr>
      <w:r>
        <w:rPr>
          <w:rFonts w:ascii="맑은 고딕" w:hAnsi="맑은 고딕" w:eastAsia="맑은 고딕"/>
          <w:b w:val="0"/>
          <w:color w:val="4E5968"/>
          <w:sz w:val="22"/>
        </w:rPr>
        <w:t>① 애치슨 선언</w:t>
      </w:r>
    </w:p>
    <w:p>
      <w:pPr>
        <w:ind w:left="320"/>
      </w:pPr>
      <w:r>
        <w:rPr>
          <w:rFonts w:ascii="맑은 고딕" w:hAnsi="맑은 고딕" w:eastAsia="맑은 고딕"/>
          <w:b w:val="0"/>
          <w:color w:val="4E5968"/>
          <w:sz w:val="22"/>
        </w:rPr>
        <w:t>② 신탁통치</w:t>
      </w:r>
    </w:p>
    <w:p>
      <w:pPr>
        <w:ind w:left="320"/>
      </w:pPr>
      <w:r>
        <w:rPr>
          <w:rFonts w:ascii="맑은 고딕" w:hAnsi="맑은 고딕" w:eastAsia="맑은 고딕"/>
          <w:b w:val="0"/>
          <w:color w:val="4E5968"/>
          <w:sz w:val="22"/>
        </w:rPr>
        <w:t>③ 정전협정</w:t>
      </w:r>
    </w:p>
    <w:p>
      <w:pPr>
        <w:ind w:left="320"/>
      </w:pPr>
      <w:r>
        <w:rPr>
          <w:rFonts w:ascii="맑은 고딕" w:hAnsi="맑은 고딕" w:eastAsia="맑은 고딕"/>
          <w:b w:val="0"/>
          <w:color w:val="4E5968"/>
          <w:sz w:val="22"/>
        </w:rPr>
        <w:t>④ 카이로 선언</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전쟁 초기에 북한군이 빠르게 밀고 내려올 수 있었던 까닭은?</w:t>
      </w:r>
    </w:p>
    <w:p>
      <w:pPr>
        <w:ind w:left="320"/>
      </w:pPr>
      <w:r>
        <w:rPr>
          <w:rFonts w:ascii="맑은 고딕" w:hAnsi="맑은 고딕" w:eastAsia="맑은 고딕"/>
          <w:b w:val="0"/>
          <w:color w:val="4E5968"/>
          <w:sz w:val="22"/>
        </w:rPr>
        <w:t>① 국군이 일부러 천천히 물러나 주어서</w:t>
      </w:r>
    </w:p>
    <w:p>
      <w:pPr>
        <w:ind w:left="320"/>
      </w:pPr>
      <w:r>
        <w:rPr>
          <w:rFonts w:ascii="맑은 고딕" w:hAnsi="맑은 고딕" w:eastAsia="맑은 고딕"/>
          <w:b w:val="0"/>
          <w:color w:val="4E5968"/>
          <w:sz w:val="22"/>
        </w:rPr>
        <w:t>② 날씨가 나빠서</w:t>
      </w:r>
    </w:p>
    <w:p>
      <w:pPr>
        <w:ind w:left="320"/>
      </w:pPr>
      <w:r>
        <w:rPr>
          <w:rFonts w:ascii="맑은 고딕" w:hAnsi="맑은 고딕" w:eastAsia="맑은 고딕"/>
          <w:b w:val="0"/>
          <w:color w:val="4E5968"/>
          <w:sz w:val="22"/>
        </w:rPr>
        <w:t>③ 무기가 훨씬 많고 기습했기 때문</w:t>
      </w:r>
    </w:p>
    <w:p>
      <w:pPr>
        <w:ind w:left="320"/>
      </w:pPr>
      <w:r>
        <w:rPr>
          <w:rFonts w:ascii="맑은 고딕" w:hAnsi="맑은 고딕" w:eastAsia="맑은 고딕"/>
          <w:b w:val="0"/>
          <w:color w:val="4E5968"/>
          <w:sz w:val="22"/>
        </w:rPr>
        <w:t>④ 외국이 북한을 막아 줘서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전쟁 3일 만에 서울이 함락되자, 국군이 북한군의 남하를 막으려 한 일은?</w:t>
      </w:r>
    </w:p>
    <w:p>
      <w:pPr>
        <w:ind w:left="320"/>
      </w:pPr>
      <w:r>
        <w:rPr>
          <w:rFonts w:ascii="맑은 고딕" w:hAnsi="맑은 고딕" w:eastAsia="맑은 고딕"/>
          <w:b w:val="0"/>
          <w:color w:val="4E5968"/>
          <w:sz w:val="22"/>
        </w:rPr>
        <w:t>① 맥아더의 인천상륙작전</w:t>
      </w:r>
    </w:p>
    <w:p>
      <w:pPr>
        <w:ind w:left="320"/>
      </w:pPr>
      <w:r>
        <w:rPr>
          <w:rFonts w:ascii="맑은 고딕" w:hAnsi="맑은 고딕" w:eastAsia="맑은 고딕"/>
          <w:b w:val="0"/>
          <w:color w:val="4E5968"/>
          <w:sz w:val="22"/>
        </w:rPr>
        <w:t>② 한강대교 폭파</w:t>
      </w:r>
    </w:p>
    <w:p>
      <w:pPr>
        <w:ind w:left="320"/>
      </w:pPr>
      <w:r>
        <w:rPr>
          <w:rFonts w:ascii="맑은 고딕" w:hAnsi="맑은 고딕" w:eastAsia="맑은 고딕"/>
          <w:b w:val="0"/>
          <w:color w:val="4E5968"/>
          <w:sz w:val="22"/>
        </w:rPr>
        <w:t>③ 흥남 철수</w:t>
      </w:r>
    </w:p>
    <w:p>
      <w:pPr>
        <w:ind w:left="320"/>
      </w:pPr>
      <w:r>
        <w:rPr>
          <w:rFonts w:ascii="맑은 고딕" w:hAnsi="맑은 고딕" w:eastAsia="맑은 고딕"/>
          <w:b w:val="0"/>
          <w:color w:val="4E5968"/>
          <w:sz w:val="22"/>
        </w:rPr>
        <w:t>④ 평양 점령</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맥아더 장군이 9월 15일에 감행해 전세를 뒤집은 작전은?</w:t>
      </w:r>
    </w:p>
    <w:p>
      <w:pPr>
        <w:ind w:left="320"/>
      </w:pPr>
      <w:r>
        <w:rPr>
          <w:rFonts w:ascii="맑은 고딕" w:hAnsi="맑은 고딕" w:eastAsia="맑은 고딕"/>
          <w:b w:val="0"/>
          <w:color w:val="4E5968"/>
          <w:sz w:val="22"/>
        </w:rPr>
        <w:t>① 장진호 전투</w:t>
      </w:r>
    </w:p>
    <w:p>
      <w:pPr>
        <w:ind w:left="320"/>
      </w:pPr>
      <w:r>
        <w:rPr>
          <w:rFonts w:ascii="맑은 고딕" w:hAnsi="맑은 고딕" w:eastAsia="맑은 고딕"/>
          <w:b w:val="0"/>
          <w:color w:val="4E5968"/>
          <w:sz w:val="22"/>
        </w:rPr>
        <w:t>② 다부동 전투</w:t>
      </w:r>
    </w:p>
    <w:p>
      <w:pPr>
        <w:ind w:left="320"/>
      </w:pPr>
      <w:r>
        <w:rPr>
          <w:rFonts w:ascii="맑은 고딕" w:hAnsi="맑은 고딕" w:eastAsia="맑은 고딕"/>
          <w:b w:val="0"/>
          <w:color w:val="4E5968"/>
          <w:sz w:val="22"/>
        </w:rPr>
        <w:t>③ 한강대교 폭파</w:t>
      </w:r>
    </w:p>
    <w:p>
      <w:pPr>
        <w:ind w:left="320"/>
      </w:pPr>
      <w:r>
        <w:rPr>
          <w:rFonts w:ascii="맑은 고딕" w:hAnsi="맑은 고딕" w:eastAsia="맑은 고딕"/>
          <w:b w:val="0"/>
          <w:color w:val="4E5968"/>
          <w:sz w:val="22"/>
        </w:rPr>
        <w:t>④ 인천상륙작전</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전쟁의 흐름을 일이 일어난 순서대로 기호를 써 보세요.</w:t>
      </w:r>
    </w:p>
    <w:p>
      <w:pPr>
        <w:ind w:left="320"/>
      </w:pPr>
      <w:r>
        <w:rPr>
          <w:rFonts w:ascii="맑은 고딕" w:hAnsi="맑은 고딕" w:eastAsia="맑은 고딕"/>
          <w:b w:val="0"/>
          <w:color w:val="333D4B"/>
          <w:sz w:val="22"/>
        </w:rPr>
        <w:t>ㄱ. 인천상륙작전으로 서울을 되찾는다.</w:t>
      </w:r>
    </w:p>
    <w:p>
      <w:pPr>
        <w:ind w:left="320"/>
      </w:pPr>
      <w:r>
        <w:rPr>
          <w:rFonts w:ascii="맑은 고딕" w:hAnsi="맑은 고딕" w:eastAsia="맑은 고딕"/>
          <w:b w:val="0"/>
          <w:color w:val="333D4B"/>
          <w:sz w:val="22"/>
        </w:rPr>
        <w:t>ㄴ. 북한이 기습 남침해 서울이 함락된다.</w:t>
      </w:r>
    </w:p>
    <w:p>
      <w:pPr>
        <w:ind w:left="320"/>
      </w:pPr>
      <w:r>
        <w:rPr>
          <w:rFonts w:ascii="맑은 고딕" w:hAnsi="맑은 고딕" w:eastAsia="맑은 고딕"/>
          <w:b w:val="0"/>
          <w:color w:val="333D4B"/>
          <w:sz w:val="22"/>
        </w:rPr>
        <w:t>ㄷ. 중공군 개입으로 다시 후퇴한다.</w:t>
      </w:r>
    </w:p>
    <w:p>
      <w:pPr>
        <w:ind w:left="320"/>
      </w:pPr>
      <w:r>
        <w:rPr>
          <w:rFonts w:ascii="맑은 고딕" w:hAnsi="맑은 고딕" w:eastAsia="맑은 고딕"/>
          <w:b w:val="0"/>
          <w:color w:val="333D4B"/>
          <w:sz w:val="22"/>
        </w:rPr>
        <w:t>ㄹ. 1953년 정전협정을 맺는다.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국군과 유엔군이 압록강까지 북진하자, 북한을 도와 대규모로 끼어든 나라는?</w:t>
      </w:r>
    </w:p>
    <w:p>
      <w:pPr>
        <w:ind w:left="320"/>
      </w:pPr>
      <w:r>
        <w:rPr>
          <w:rFonts w:ascii="맑은 고딕" w:hAnsi="맑은 고딕" w:eastAsia="맑은 고딕"/>
          <w:b w:val="0"/>
          <w:color w:val="4E5968"/>
          <w:sz w:val="22"/>
        </w:rPr>
        <w:t>① 일본</w:t>
      </w:r>
    </w:p>
    <w:p>
      <w:pPr>
        <w:ind w:left="320"/>
      </w:pPr>
      <w:r>
        <w:rPr>
          <w:rFonts w:ascii="맑은 고딕" w:hAnsi="맑은 고딕" w:eastAsia="맑은 고딕"/>
          <w:b w:val="0"/>
          <w:color w:val="4E5968"/>
          <w:sz w:val="22"/>
        </w:rPr>
        <w:t>② 중국</w:t>
      </w:r>
    </w:p>
    <w:p>
      <w:pPr>
        <w:ind w:left="320"/>
      </w:pPr>
      <w:r>
        <w:rPr>
          <w:rFonts w:ascii="맑은 고딕" w:hAnsi="맑은 고딕" w:eastAsia="맑은 고딕"/>
          <w:b w:val="0"/>
          <w:color w:val="4E5968"/>
          <w:sz w:val="22"/>
        </w:rPr>
        <w:t>③ 미국</w:t>
      </w:r>
    </w:p>
    <w:p>
      <w:pPr>
        <w:ind w:left="320"/>
      </w:pPr>
      <w:r>
        <w:rPr>
          <w:rFonts w:ascii="맑은 고딕" w:hAnsi="맑은 고딕" w:eastAsia="맑은 고딕"/>
          <w:b w:val="0"/>
          <w:color w:val="4E5968"/>
          <w:sz w:val="22"/>
        </w:rPr>
        <w:t>④ 영국</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낙동강 방어선이 위급할 때 총 쏘는 법만 익히고 전선에 나간, 14~17세의 어린 학생 군인을 무엇이라 하나요?</w:t>
      </w:r>
    </w:p>
    <w:p>
      <w:pPr>
        <w:ind w:left="320"/>
      </w:pPr>
      <w:r>
        <w:rPr>
          <w:rFonts w:ascii="맑은 고딕" w:hAnsi="맑은 고딕" w:eastAsia="맑은 고딕"/>
          <w:b w:val="0"/>
          <w:color w:val="4E5968"/>
          <w:sz w:val="22"/>
        </w:rPr>
        <w:t>① 의병</w:t>
      </w:r>
    </w:p>
    <w:p>
      <w:pPr>
        <w:ind w:left="320"/>
      </w:pPr>
      <w:r>
        <w:rPr>
          <w:rFonts w:ascii="맑은 고딕" w:hAnsi="맑은 고딕" w:eastAsia="맑은 고딕"/>
          <w:b w:val="0"/>
          <w:color w:val="4E5968"/>
          <w:sz w:val="22"/>
        </w:rPr>
        <w:t>② 의용군</w:t>
      </w:r>
    </w:p>
    <w:p>
      <w:pPr>
        <w:ind w:left="320"/>
      </w:pPr>
      <w:r>
        <w:rPr>
          <w:rFonts w:ascii="맑은 고딕" w:hAnsi="맑은 고딕" w:eastAsia="맑은 고딕"/>
          <w:b w:val="0"/>
          <w:color w:val="4E5968"/>
          <w:sz w:val="22"/>
        </w:rPr>
        <w:t>③ 학도병</w:t>
      </w:r>
    </w:p>
    <w:p>
      <w:pPr>
        <w:ind w:left="320"/>
      </w:pPr>
      <w:r>
        <w:rPr>
          <w:rFonts w:ascii="맑은 고딕" w:hAnsi="맑은 고딕" w:eastAsia="맑은 고딕"/>
          <w:b w:val="0"/>
          <w:color w:val="4E5968"/>
          <w:sz w:val="22"/>
        </w:rPr>
        <w:t>④ 직업 군인</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8. </w:t>
      </w:r>
      <w:r>
        <w:rPr>
          <w:rFonts w:ascii="맑은 고딕" w:hAnsi="맑은 고딕" w:eastAsia="맑은 고딕"/>
          <w:b/>
          <w:color w:val="191F28"/>
          <w:sz w:val="23"/>
        </w:rPr>
        <w:t>흥남 철수 작전이 '크리스마스의 기적'이라 불린 까닭은?</w:t>
      </w:r>
    </w:p>
    <w:p>
      <w:pPr>
        <w:ind w:left="320"/>
      </w:pPr>
      <w:r>
        <w:rPr>
          <w:rFonts w:ascii="맑은 고딕" w:hAnsi="맑은 고딕" w:eastAsia="맑은 고딕"/>
          <w:b w:val="0"/>
          <w:color w:val="4E5968"/>
          <w:sz w:val="22"/>
        </w:rPr>
        <w:t>① 피난민 10만 명을 무사히 구출해서</w:t>
      </w:r>
    </w:p>
    <w:p>
      <w:pPr>
        <w:ind w:left="320"/>
      </w:pPr>
      <w:r>
        <w:rPr>
          <w:rFonts w:ascii="맑은 고딕" w:hAnsi="맑은 고딕" w:eastAsia="맑은 고딕"/>
          <w:b w:val="0"/>
          <w:color w:val="4E5968"/>
          <w:sz w:val="22"/>
        </w:rPr>
        <w:t>② 그날 마침 크리스마스에 전쟁이 끝나서</w:t>
      </w:r>
    </w:p>
    <w:p>
      <w:pPr>
        <w:ind w:left="320"/>
      </w:pPr>
      <w:r>
        <w:rPr>
          <w:rFonts w:ascii="맑은 고딕" w:hAnsi="맑은 고딕" w:eastAsia="맑은 고딕"/>
          <w:b w:val="0"/>
          <w:color w:val="4E5968"/>
          <w:sz w:val="22"/>
        </w:rPr>
        <w:t>③ 눈이 많이 와서</w:t>
      </w:r>
    </w:p>
    <w:p>
      <w:pPr>
        <w:ind w:left="320"/>
      </w:pPr>
      <w:r>
        <w:rPr>
          <w:rFonts w:ascii="맑은 고딕" w:hAnsi="맑은 고딕" w:eastAsia="맑은 고딕"/>
          <w:b w:val="0"/>
          <w:color w:val="4E5968"/>
          <w:sz w:val="22"/>
        </w:rPr>
        <w:t>④ 산타가 도와줘서</w:t>
      </w:r>
    </w:p>
    <w:p>
      <w:pPr>
        <w:spacing w:before="240"/>
      </w:pPr>
      <w:r>
        <w:rPr>
          <w:rFonts w:ascii="맑은 고딕" w:hAnsi="맑은 고딕" w:eastAsia="맑은 고딕"/>
          <w:b/>
          <w:color w:val="8B95A1"/>
          <w:sz w:val="17"/>
        </w:rPr>
        <w:t xml:space="preserve">  생각 쓰기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또래의 학도병들이 어린 나이에 전쟁터에 나가 싸운 것을 보고 느낀 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정리하기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6.25 전쟁이 우리에게 남긴 피해나 교훈을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원인과 결과로 보는 6.25</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광복 후 38선을 경계로 한 분단과 이념 대립, 애치슨 선언과 미군 철수를 배경으로 1950년 6월 25일 북한의 기습 남침으로 시작된 6.25 전쟁의 전개를 정리한 영상. 서울 함락과 낙동강 방어선, 인천상륙작전과 북진, 중공군 개입과 흥남 철수, 1953년 정전협정까지 — 수많은 희생과 이산가족, 분단이라는 상처를 남긴 전쟁의 과정을 차근차근 짚는다.</w:t>
      </w:r>
    </w:p>
    <w:p>
      <w:pPr>
        <w:spacing w:before="240"/>
      </w:pPr>
      <w:r>
        <w:rPr>
          <w:rFonts w:ascii="맑은 고딕" w:hAnsi="맑은 고딕" w:eastAsia="맑은 고딕"/>
          <w:b/>
          <w:color w:val="8B95A1"/>
          <w:sz w:val="17"/>
        </w:rPr>
        <w:t xml:space="preserve">  비판적 사고 · 인과  </w:t>
      </w:r>
    </w:p>
    <w:p>
      <w:r>
        <w:rPr>
          <w:rFonts w:ascii="맑은 고딕" w:hAnsi="맑은 고딕" w:eastAsia="맑은 고딕"/>
          <w:b/>
          <w:color w:val="2272EB"/>
          <w:sz w:val="24"/>
        </w:rPr>
        <w:t xml:space="preserve">1. </w:t>
      </w:r>
      <w:r>
        <w:rPr>
          <w:rFonts w:ascii="맑은 고딕" w:hAnsi="맑은 고딕" w:eastAsia="맑은 고딕"/>
          <w:b/>
          <w:color w:val="191F28"/>
          <w:sz w:val="23"/>
        </w:rPr>
        <w:t>애치슨 선언이 6.25 전쟁의 배경이 된 까닭으로 가장 알맞은 것은?</w:t>
      </w:r>
    </w:p>
    <w:p>
      <w:pPr>
        <w:ind w:left="320"/>
      </w:pPr>
      <w:r>
        <w:rPr>
          <w:rFonts w:ascii="맑은 고딕" w:hAnsi="맑은 고딕" w:eastAsia="맑은 고딕"/>
          <w:b w:val="0"/>
          <w:color w:val="4E5968"/>
          <w:sz w:val="22"/>
        </w:rPr>
        <w:t>① 북한이 미국과 가깝게 친해지려고 해서</w:t>
      </w:r>
    </w:p>
    <w:p>
      <w:pPr>
        <w:ind w:left="320"/>
      </w:pPr>
      <w:r>
        <w:rPr>
          <w:rFonts w:ascii="맑은 고딕" w:hAnsi="맑은 고딕" w:eastAsia="맑은 고딕"/>
          <w:b w:val="0"/>
          <w:color w:val="4E5968"/>
          <w:sz w:val="22"/>
        </w:rPr>
        <w:t>② 소련이 미국을 도와주어서</w:t>
      </w:r>
    </w:p>
    <w:p>
      <w:pPr>
        <w:ind w:left="320"/>
      </w:pPr>
      <w:r>
        <w:rPr>
          <w:rFonts w:ascii="맑은 고딕" w:hAnsi="맑은 고딕" w:eastAsia="맑은 고딕"/>
          <w:b w:val="0"/>
          <w:color w:val="4E5968"/>
          <w:sz w:val="22"/>
        </w:rPr>
        <w:t>③ 한반도가 미국 방위선에서 빠져서</w:t>
      </w:r>
    </w:p>
    <w:p>
      <w:pPr>
        <w:ind w:left="320"/>
      </w:pPr>
      <w:r>
        <w:rPr>
          <w:rFonts w:ascii="맑은 고딕" w:hAnsi="맑은 고딕" w:eastAsia="맑은 고딕"/>
          <w:b w:val="0"/>
          <w:color w:val="4E5968"/>
          <w:sz w:val="22"/>
        </w:rPr>
        <w:t>④ 중국이 전쟁을 원해서</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전쟁이 일요일 새벽에 시작된 것이 국군에게 특히 불리했던 까닭은?</w:t>
      </w:r>
    </w:p>
    <w:p>
      <w:pPr>
        <w:ind w:left="320"/>
      </w:pPr>
      <w:r>
        <w:rPr>
          <w:rFonts w:ascii="맑은 고딕" w:hAnsi="맑은 고딕" w:eastAsia="맑은 고딕"/>
          <w:b w:val="0"/>
          <w:color w:val="4E5968"/>
          <w:sz w:val="22"/>
        </w:rPr>
        <w:t>① 방어가 가장 허술한 때여서</w:t>
      </w:r>
    </w:p>
    <w:p>
      <w:pPr>
        <w:ind w:left="320"/>
      </w:pPr>
      <w:r>
        <w:rPr>
          <w:rFonts w:ascii="맑은 고딕" w:hAnsi="맑은 고딕" w:eastAsia="맑은 고딕"/>
          <w:b w:val="0"/>
          <w:color w:val="4E5968"/>
          <w:sz w:val="22"/>
        </w:rPr>
        <w:t>② 그날따라 날씨가 너무 추웠기 때문에</w:t>
      </w:r>
    </w:p>
    <w:p>
      <w:pPr>
        <w:ind w:left="320"/>
      </w:pPr>
      <w:r>
        <w:rPr>
          <w:rFonts w:ascii="맑은 고딕" w:hAnsi="맑은 고딕" w:eastAsia="맑은 고딕"/>
          <w:b w:val="0"/>
          <w:color w:val="4E5968"/>
          <w:sz w:val="22"/>
        </w:rPr>
        <w:t>③ 무기를 잃어버려서</w:t>
      </w:r>
    </w:p>
    <w:p>
      <w:pPr>
        <w:ind w:left="320"/>
      </w:pPr>
      <w:r>
        <w:rPr>
          <w:rFonts w:ascii="맑은 고딕" w:hAnsi="맑은 고딕" w:eastAsia="맑은 고딕"/>
          <w:b w:val="0"/>
          <w:color w:val="4E5968"/>
          <w:sz w:val="22"/>
        </w:rPr>
        <w:t>④ 잠을 못 자서</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성공 확률이 낮다는 반대에도 맥아더가 인천상륙작전을 고집한 까닭은?</w:t>
      </w:r>
    </w:p>
    <w:p>
      <w:pPr>
        <w:ind w:left="320"/>
      </w:pPr>
      <w:r>
        <w:rPr>
          <w:rFonts w:ascii="맑은 고딕" w:hAnsi="맑은 고딕" w:eastAsia="맑은 고딕"/>
          <w:b w:val="0"/>
          <w:color w:val="4E5968"/>
          <w:sz w:val="22"/>
        </w:rPr>
        <w:t>① 서울에서 인천이 가장 가까웠기 때문에</w:t>
      </w:r>
    </w:p>
    <w:p>
      <w:pPr>
        <w:ind w:left="320"/>
      </w:pPr>
      <w:r>
        <w:rPr>
          <w:rFonts w:ascii="맑은 고딕" w:hAnsi="맑은 고딕" w:eastAsia="맑은 고딕"/>
          <w:b w:val="0"/>
          <w:color w:val="4E5968"/>
          <w:sz w:val="22"/>
        </w:rPr>
        <w:t>② 작전이 쉬워서</w:t>
      </w:r>
    </w:p>
    <w:p>
      <w:pPr>
        <w:ind w:left="320"/>
      </w:pPr>
      <w:r>
        <w:rPr>
          <w:rFonts w:ascii="맑은 고딕" w:hAnsi="맑은 고딕" w:eastAsia="맑은 고딕"/>
          <w:b w:val="0"/>
          <w:color w:val="4E5968"/>
          <w:sz w:val="22"/>
        </w:rPr>
        <w:t>③ 날씨가 좋아서</w:t>
      </w:r>
    </w:p>
    <w:p>
      <w:pPr>
        <w:ind w:left="320"/>
      </w:pPr>
      <w:r>
        <w:rPr>
          <w:rFonts w:ascii="맑은 고딕" w:hAnsi="맑은 고딕" w:eastAsia="맑은 고딕"/>
          <w:b w:val="0"/>
          <w:color w:val="4E5968"/>
          <w:sz w:val="22"/>
        </w:rPr>
        <w:t>④ 적 보급선을 끊고 전세를 뒤집으려고</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한강대교 폭파 결정이 남긴 문제로 알맞은 것은?</w:t>
      </w:r>
    </w:p>
    <w:p>
      <w:pPr>
        <w:ind w:left="320"/>
      </w:pPr>
      <w:r>
        <w:rPr>
          <w:rFonts w:ascii="맑은 고딕" w:hAnsi="맑은 고딕" w:eastAsia="맑은 고딕"/>
          <w:b w:val="0"/>
          <w:color w:val="4E5968"/>
          <w:sz w:val="22"/>
        </w:rPr>
        <w:t>① 북한군이 강을 끝내 전혀 못 건너게 됐다</w:t>
      </w:r>
    </w:p>
    <w:p>
      <w:pPr>
        <w:ind w:left="320"/>
      </w:pPr>
      <w:r>
        <w:rPr>
          <w:rFonts w:ascii="맑은 고딕" w:hAnsi="맑은 고딕" w:eastAsia="맑은 고딕"/>
          <w:b w:val="0"/>
          <w:color w:val="4E5968"/>
          <w:sz w:val="22"/>
        </w:rPr>
        <w:t>② 못 건넌 사람들의 퇴로가 끊겨 희생됨</w:t>
      </w:r>
    </w:p>
    <w:p>
      <w:pPr>
        <w:ind w:left="320"/>
      </w:pPr>
      <w:r>
        <w:rPr>
          <w:rFonts w:ascii="맑은 고딕" w:hAnsi="맑은 고딕" w:eastAsia="맑은 고딕"/>
          <w:b w:val="0"/>
          <w:color w:val="4E5968"/>
          <w:sz w:val="22"/>
        </w:rPr>
        <w:t>③ 서울이 완전히 안전해졌다</w:t>
      </w:r>
    </w:p>
    <w:p>
      <w:pPr>
        <w:ind w:left="320"/>
      </w:pPr>
      <w:r>
        <w:rPr>
          <w:rFonts w:ascii="맑은 고딕" w:hAnsi="맑은 고딕" w:eastAsia="맑은 고딕"/>
          <w:b w:val="0"/>
          <w:color w:val="4E5968"/>
          <w:sz w:val="22"/>
        </w:rPr>
        <w:t>④ 전쟁이 곧바로 끝났다</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전쟁의 주요 사건을 일이 일어난 순서대로 기호를 써 보세요.</w:t>
      </w:r>
    </w:p>
    <w:p>
      <w:pPr>
        <w:ind w:left="320"/>
      </w:pPr>
      <w:r>
        <w:rPr>
          <w:rFonts w:ascii="맑은 고딕" w:hAnsi="맑은 고딕" w:eastAsia="맑은 고딕"/>
          <w:b w:val="0"/>
          <w:color w:val="333D4B"/>
          <w:sz w:val="22"/>
        </w:rPr>
        <w:t>ㄱ. 인천상륙작전으로 전세가 역전된다.</w:t>
      </w:r>
    </w:p>
    <w:p>
      <w:pPr>
        <w:ind w:left="320"/>
      </w:pPr>
      <w:r>
        <w:rPr>
          <w:rFonts w:ascii="맑은 고딕" w:hAnsi="맑은 고딕" w:eastAsia="맑은 고딕"/>
          <w:b w:val="0"/>
          <w:color w:val="333D4B"/>
          <w:sz w:val="22"/>
        </w:rPr>
        <w:t>ㄴ. 애치슨 선언으로 미군이 철수한다.</w:t>
      </w:r>
    </w:p>
    <w:p>
      <w:pPr>
        <w:ind w:left="320"/>
      </w:pPr>
      <w:r>
        <w:rPr>
          <w:rFonts w:ascii="맑은 고딕" w:hAnsi="맑은 고딕" w:eastAsia="맑은 고딕"/>
          <w:b w:val="0"/>
          <w:color w:val="333D4B"/>
          <w:sz w:val="22"/>
        </w:rPr>
        <w:t>ㄷ. 스탈린 사망 후 정전협정을 맺는다.</w:t>
      </w:r>
    </w:p>
    <w:p>
      <w:pPr>
        <w:ind w:left="320"/>
      </w:pPr>
      <w:r>
        <w:rPr>
          <w:rFonts w:ascii="맑은 고딕" w:hAnsi="맑은 고딕" w:eastAsia="맑은 고딕"/>
          <w:b w:val="0"/>
          <w:color w:val="333D4B"/>
          <w:sz w:val="22"/>
        </w:rPr>
        <w:t>ㄹ. 중공군 개입으로 1·4후퇴가 일어난다.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해석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흥남 철수 작전이 '비극과 기적이 함께한' 사건이라 불리는 까닭은?</w:t>
      </w:r>
    </w:p>
    <w:p>
      <w:pPr>
        <w:ind w:left="320"/>
      </w:pPr>
      <w:r>
        <w:rPr>
          <w:rFonts w:ascii="맑은 고딕" w:hAnsi="맑은 고딕" w:eastAsia="맑은 고딕"/>
          <w:b w:val="0"/>
          <w:color w:val="4E5968"/>
          <w:sz w:val="22"/>
        </w:rPr>
        <w:t>① 전투에서 크게 이겨서</w:t>
      </w:r>
    </w:p>
    <w:p>
      <w:pPr>
        <w:ind w:left="320"/>
      </w:pPr>
      <w:r>
        <w:rPr>
          <w:rFonts w:ascii="맑은 고딕" w:hAnsi="맑은 고딕" w:eastAsia="맑은 고딕"/>
          <w:b w:val="0"/>
          <w:color w:val="4E5968"/>
          <w:sz w:val="22"/>
        </w:rPr>
        <w:t>② 적이 스스로 슬그머니 물러나서</w:t>
      </w:r>
    </w:p>
    <w:p>
      <w:pPr>
        <w:ind w:left="320"/>
      </w:pPr>
      <w:r>
        <w:rPr>
          <w:rFonts w:ascii="맑은 고딕" w:hAnsi="맑은 고딕" w:eastAsia="맑은 고딕"/>
          <w:b w:val="0"/>
          <w:color w:val="4E5968"/>
          <w:sz w:val="22"/>
        </w:rPr>
        <w:t>③ 후퇴 속에서 10만 피난민을 구해서</w:t>
      </w:r>
    </w:p>
    <w:p>
      <w:pPr>
        <w:ind w:left="320"/>
      </w:pPr>
      <w:r>
        <w:rPr>
          <w:rFonts w:ascii="맑은 고딕" w:hAnsi="맑은 고딕" w:eastAsia="맑은 고딕"/>
          <w:b w:val="0"/>
          <w:color w:val="4E5968"/>
          <w:sz w:val="22"/>
        </w:rPr>
        <w:t>④ 마침 따뜻한 크리스마스 즈음이었기 때문에</w:t>
      </w:r>
    </w:p>
    <w:p>
      <w:pPr>
        <w:spacing w:before="240"/>
      </w:pPr>
      <w:r>
        <w:rPr>
          <w:rFonts w:ascii="맑은 고딕" w:hAnsi="맑은 고딕" w:eastAsia="맑은 고딕"/>
          <w:b/>
          <w:color w:val="8B95A1"/>
          <w:sz w:val="17"/>
        </w:rPr>
        <w:t xml:space="preserve">  종합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이승만이 휴전에 반대하며 반공포로를 석방한 까닭과 그 결과로 알맞은 것은?</w:t>
      </w:r>
    </w:p>
    <w:p>
      <w:pPr>
        <w:ind w:left="320"/>
      </w:pPr>
      <w:r>
        <w:rPr>
          <w:rFonts w:ascii="맑은 고딕" w:hAnsi="맑은 고딕" w:eastAsia="맑은 고딕"/>
          <w:b w:val="0"/>
          <w:color w:val="4E5968"/>
          <w:sz w:val="22"/>
        </w:rPr>
        <w:t>① 휴전에 반대해 한미상호방위조약을 얻어냄</w:t>
      </w:r>
    </w:p>
    <w:p>
      <w:pPr>
        <w:ind w:left="320"/>
      </w:pPr>
      <w:r>
        <w:rPr>
          <w:rFonts w:ascii="맑은 고딕" w:hAnsi="맑은 고딕" w:eastAsia="맑은 고딕"/>
          <w:b w:val="0"/>
          <w:color w:val="4E5968"/>
          <w:sz w:val="22"/>
        </w:rPr>
        <w:t>② 전쟁을 빨리 끝내려고 한 것이다</w:t>
      </w:r>
    </w:p>
    <w:p>
      <w:pPr>
        <w:ind w:left="320"/>
      </w:pPr>
      <w:r>
        <w:rPr>
          <w:rFonts w:ascii="맑은 고딕" w:hAnsi="맑은 고딕" w:eastAsia="맑은 고딕"/>
          <w:b w:val="0"/>
          <w:color w:val="4E5968"/>
          <w:sz w:val="22"/>
        </w:rPr>
        <w:t>③ 갇힌 포로가 너무 많아 어쩔 수 없이 한 것</w:t>
      </w:r>
    </w:p>
    <w:p>
      <w:pPr>
        <w:ind w:left="320"/>
      </w:pPr>
      <w:r>
        <w:rPr>
          <w:rFonts w:ascii="맑은 고딕" w:hAnsi="맑은 고딕" w:eastAsia="맑은 고딕"/>
          <w:b w:val="0"/>
          <w:color w:val="4E5968"/>
          <w:sz w:val="22"/>
        </w:rPr>
        <w:t>④ 미국이 시켜서 한 것이다</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6.25 전쟁이 오늘날 우리에게 남긴 것으로 가장 알맞은 것은?</w:t>
      </w:r>
    </w:p>
    <w:p>
      <w:pPr>
        <w:ind w:left="320"/>
      </w:pPr>
      <w:r>
        <w:rPr>
          <w:rFonts w:ascii="맑은 고딕" w:hAnsi="맑은 고딕" w:eastAsia="맑은 고딕"/>
          <w:b w:val="0"/>
          <w:color w:val="4E5968"/>
          <w:sz w:val="22"/>
        </w:rPr>
        <w:t>① 완전한 통일</w:t>
      </w:r>
    </w:p>
    <w:p>
      <w:pPr>
        <w:ind w:left="320"/>
      </w:pPr>
      <w:r>
        <w:rPr>
          <w:rFonts w:ascii="맑은 고딕" w:hAnsi="맑은 고딕" w:eastAsia="맑은 고딕"/>
          <w:b w:val="0"/>
          <w:color w:val="4E5968"/>
          <w:sz w:val="22"/>
        </w:rPr>
        <w:t>② 더욱 강해진 경제</w:t>
      </w:r>
    </w:p>
    <w:p>
      <w:pPr>
        <w:ind w:left="320"/>
      </w:pPr>
      <w:r>
        <w:rPr>
          <w:rFonts w:ascii="맑은 고딕" w:hAnsi="맑은 고딕" w:eastAsia="맑은 고딕"/>
          <w:b w:val="0"/>
          <w:color w:val="4E5968"/>
          <w:sz w:val="22"/>
        </w:rPr>
        <w:t>③ 이웃 일본의 진심 어린 사과와 보상</w:t>
      </w:r>
    </w:p>
    <w:p>
      <w:pPr>
        <w:ind w:left="320"/>
      </w:pPr>
      <w:r>
        <w:rPr>
          <w:rFonts w:ascii="맑은 고딕" w:hAnsi="맑은 고딕" w:eastAsia="맑은 고딕"/>
          <w:b w:val="0"/>
          <w:color w:val="4E5968"/>
          <w:sz w:val="22"/>
        </w:rPr>
        <w:t>④ 수많은 사상자와 분단의 상처</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전쟁 전 남북의 군사력 차이와 애치슨 선언 등을 떠올려, 전쟁을 막으려면 무엇이 필요했을지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아직 끝나지 않고 '정전(휴전)' 상태인 6.25 전쟁을 우리가 기억해야 하는 까닭을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6.25 전쟁 알아보기</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③ 1950년</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① 북한이 남한을</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② 38선</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이산가족</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② 학도병</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일요일</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정전(휴전) 협정</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큰 피해를 입고 남북으로 나뉘었다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1950년-전쟁 시작 / 1953년-전쟁 멈춤 / 38선-남북 경계선</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가족이 헤어지고 어린 학생들까지 다치고, 살던 곳이 부서져 많은 사람이 슬퍼한다. 그래서 평화가 소중하다. · (평가) 전쟁의 아픔을 자기 말로 표현했는지 봐 주세요.</w:t>
      </w:r>
    </w:p>
    <w:p>
      <w:r>
        <w:br w:type="page"/>
      </w:r>
    </w:p>
    <w:p>
      <w:pPr>
        <w:spacing w:before="160"/>
      </w:pPr>
      <w:r>
        <w:rPr>
          <w:rFonts w:ascii="맑은 고딕" w:hAnsi="맑은 고딕" w:eastAsia="맑은 고딕"/>
          <w:b/>
          <w:color w:val="2272EB"/>
          <w:sz w:val="26"/>
        </w:rPr>
        <w:t>[중학년] 전쟁의 전개를 따라서</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애치슨 선언</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③ 무기가 훨씬 많고 기습했기 때문</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② 한강대교 폭파</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인천상륙작전</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중국</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학도병</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피난민 10만 명을 무사히 구출해서</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나와 비슷한 나이의 학생들이 두려움 속에서도 나라를 지키려 나선 것이 대단하고 안타까웠다. 그 희생을 기억하고 싶다. · (평가) 학도병의 희생에 대한 느낌을 자기 말로 표현했는지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수많은 사람이 죽고 다치고 이산가족이 생겼으며 나라가 남북으로 나뉘었다. 다시는 이런 전쟁이 없도록 평화를 지켜야 한다. · (평가) 전쟁의 피해와 교훈을 함께 적었는지 봐 주세요.</w:t>
      </w:r>
    </w:p>
    <w:p>
      <w:r>
        <w:br w:type="page"/>
      </w:r>
    </w:p>
    <w:p>
      <w:pPr>
        <w:spacing w:before="160"/>
      </w:pPr>
      <w:r>
        <w:rPr>
          <w:rFonts w:ascii="맑은 고딕" w:hAnsi="맑은 고딕" w:eastAsia="맑은 고딕"/>
          <w:b/>
          <w:color w:val="2272EB"/>
          <w:sz w:val="26"/>
        </w:rPr>
        <w:t>[고학년] 원인과 결과로 보는 6.25</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③ 한반도가 미국 방위선에서 빠져서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① 방어가 가장 허술한 때여서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④ 적 보급선을 끊고 전세를 뒤집으려고</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② 못 건넌 사람들의 퇴로가 끊겨 희생됨</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③ 후퇴 속에서 10만 피난민을 구해서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휴전에 반대해 한미상호방위조약을 얻어냄</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수많은 사상자와 분단의 상처</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스스로를 지킬 힘(국방)을 갖추고, 빈틈을 보이지 않으며, 주변국과 굳건히 협력해 함부로 넘보지 못하게 해야 했다. · (평가) 영상 속 배경(군사력·애치슨 선언)과 연결해 서술했는지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전쟁은 끝난 것이 아니라 멈춘 것이며, 그 아픔과 희생을 기억해야 다시 전쟁이 일어나지 않도록 평화를 지킬 수 있기 때문이다. · (평가) 정전의 의미와 평화의 소중함을 연결했는지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