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국민이 함께 마련한 군함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우리가 아는 6.25 전쟁은 새벽 4시 탱크 남침. 하지만 그보다 앞선 새벽, 바다에서도 또 다른 싸움이 있었다. 해군과 국민이 한 푼 두 푼 모아 마련한 최초의 군함 '백두산함'이 부산으로 침투하던 적의 배와 맞선, 잘 알려지지 않은 영웅들의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대한민국 해군이 가지게 된 최초의 전투함의 이름은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백두산함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거북선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이순신함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한라산함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백두산함을 마련하기 위해 사람들이 한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장병과 국민이 돈을 모아 마련했다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나라가 세금을 거둬 새 군함을 지어 주었다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다른 나라가 공짜로 주었다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적의 배를 빼앗아 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광복 후 우리 해군을 세우는 데 앞장서, '해군의 아버지'라 불리는 제독은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이순신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손원일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강감찬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김좌진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일치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다음 중 백두산함에 대한 설명으로 옳지 않은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해군에 전투에 쓸 군함이 없었다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국민과 장병이 모은 돈으로 미국에서 사 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최신식이라 손볼 곳이 없었다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6.25 직전에 우리나라에 들어왔다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백두산함과 관련된 일을 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장병과 국민이 돈을 모아 미국에서 배를 사 온다.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광복 후 해군이 만들어졌지만 전투에 쓸 군함이 없었다.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6.25 전쟁이 일어나고, 백두산함이 적의 배와 싸운다.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대한해협 해전에서 승리해 부산을 지켜 낸다.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6.25 전쟁이 일어난 날 새벽, 북한이 탱크와 함께 또 어떤 방법으로 침투하려 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여러 대의 비행기로 서울 한복판에 내렸다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땅굴을 파고 들어왔다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기차를 타고 내려왔다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배로 부산 쪽 후방에 침투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대한해협 해전 승리의 의미로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 한 번의 승리로 전쟁이 곧바로 다 끝났다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부산을 지켜 지원 통로를 확보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이 승리로 서울을 되찾았다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북한이 항복하게 만들었다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잘 알려지지 않은 백두산함 이야기를 우리가 기억해야 하는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전투 장면이 무척 멋지고 통쾌해서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배 이름이 특이해서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숨은 희생도 소중하기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시험에 자주 나와서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월급과 정성을 모아 군함을 마련한 분들의 마음은 어떠했을지 생각해 보고, 그 마음을 자기 말로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교과서에는 잘 나오지 않지만 나라를 지켜 주신 숨은 영웅들께 감사 편지를 짧게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기억해야 할 숨은 영웅들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우리가 아는 6.25 전쟁은 새벽 4시 탱크 남침. 하지만 그보다 앞선 새벽, 바다에서도 또 다른 싸움이 있었다. 해군과 국민이 한 푼 두 푼 모아 마련한 최초의 군함 '백두산함'이 부산으로 침투하던 적의 배와 맞선, 잘 알려지지 않은 영웅들의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백두산함을 마련한 과정에서 가장 두드러진 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스스로 돈을 모아 마련했다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외국이 값비싼 최신 군함을 공짜로 보내 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적의 배를 빼앗아 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 부자가 혼자 사 주었다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1950년 6월 25일 새벽, 북한이 38선을 넘어 남쪽으로 쳐들어온 것을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북진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남침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후퇴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휴전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일치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다음 중 백두산함의 대한해협 해전에 대한 설명으로 옳지 않은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거의 실전 경험이 없는 상태로 전투에 나섰다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가진 포탄이 넉넉지 않았다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최신 레이더로 멀리서 조준했다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치열한 교전 끝에 적선을 격침했다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실전 경험도 없고 포탄도 부족하던 백두산함이 처한 가장 큰 어려움은?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배가 너무 무겁고 커서 좀처럼 빠르게 못 움직인 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탈 사람이 너무 많았던 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무기가 넘쳐 다루기 힘들었던 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정해진 포탄으로 반드시 이겨야 한 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사건을 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장병·국민이 모은 돈으로 미국에서 배를 사 와 손질하고 포를 장착한다.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광복 후 해군이 생겼지만 군함이 없었다.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6.25 새벽, 북한이 배로 부산 쪽 후방 침투를 시도한다.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백두산함이 적선을 격침해 대한해협 해전에서 승리한다.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대한해협 해전에서의 승리가 6.25 전쟁 전체에 중요했던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부산을 지켜 지원군 통로를 확보해서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이 한 번의 승리로 전쟁이 곧바로 끝나서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이 승리로 서울을 즉시 되찾아서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북한이 곧바로 항복해서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강사가 '역사를 기억하는 것이 산 자들의 예의'라고 말한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역사가 학교 시험에 아주 자주 나오기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오늘이 그 희생 위에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기억력을 좋게 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옛이야기가 재미있어서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우리가 미처 몰랐던 숨은 영웅들의 희생을 '기억하는 것'이 왜 중요한지,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백두산함을 마련한 사람들처럼, 한 사람 한 사람의 작은 정성이 모여 큰일을 이룬 예를 떠올려 보고 그 의미를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'역사를 안다는 것'이 지금의 나에게 어떤 의미가 있는지, 이 영상을 바탕으로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국민이 함께 마련한 군함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백두산함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① 장병과 국민이 돈을 모아 마련했다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② 손원일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③ 최신식이라 손볼 곳이 없었다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ㄷ → 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④ 배로 부산 쪽 후방에 침투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부산을 지켜 지원 통로를 확보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숨은 희생도 소중하기 때문에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광복 후 아무것도 없는 형편에도 '우리 손으로 나라를 지키자'는 간절함과, 우리 군함을 갖게 된 자부심이 컸을 것이다. · (평가) 나라를 지키려는 간절함·자부심 등을 헤아려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"이름도 잘 알려지지 않았지만, 부족한 무기로 목숨 걸고 바다를 지켜 주셔서 고맙습니다. 덕분에 지금 우리가 평화롭게 살고 있어요." · (평가) 감사·존경을 진심으로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기억해야 할 숨은 영웅들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스스로 돈을 모아 마련했다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남침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최신 레이더로 멀리서 조준했다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정해진 포탄으로 반드시 이겨야 한 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ㄷ → 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부산을 지켜 지원군 통로를 확보해서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오늘이 그 희생 위에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기억하지 않으면 그들의 희생이 잊히고 그 위에 선 오늘의 평화도 당연하게만 여기게 된다. 기억할 때 감사하고, 같은 비극을 되풀이하지 않으려 노력하게 된다. · (평가) 감사·계승·역사의식과 연결해 전개했는지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모금으로 어려운 이웃을 돕거나, 반 전체가 조금씩 힘을 모아 행사를 해낸 일처럼, 작은 정성이 모이면 혼자서는 못 할 큰일을 이룰 수 있다. · (평가) 협력·연대의 힘을 구체적 예와 함께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내가 지금 이 자리에 있게 된 까닭을 알게 해 주고, 앞선 이들에게 감사하며 더 나은 미래를 만들 책임을 느끼게 한다. · (평가) 정체성·미래를 만들 책임 등과 연결했는지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