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저학년용] </w:t>
      </w:r>
    </w:p>
    <w:p>
      <w:r>
        <w:rPr>
          <w:rFonts w:ascii="맑은 고딕" w:hAnsi="맑은 고딕" w:eastAsia="맑은 고딕"/>
          <w:b/>
          <w:color w:val="191F28"/>
          <w:sz w:val="36"/>
        </w:rPr>
        <w:t>고맙습니다, 참전용사 할아버지</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1. </w:t>
      </w:r>
      <w:r>
        <w:rPr>
          <w:rFonts w:ascii="맑은 고딕" w:hAnsi="맑은 고딕" w:eastAsia="맑은 고딕"/>
          <w:b/>
          <w:color w:val="191F28"/>
          <w:sz w:val="23"/>
        </w:rPr>
        <w:t>민우가 만나러 간 사람은 누구인가요?</w:t>
      </w:r>
    </w:p>
    <w:p>
      <w:pPr>
        <w:ind w:left="320"/>
      </w:pPr>
      <w:r>
        <w:rPr>
          <w:rFonts w:ascii="맑은 고딕" w:hAnsi="맑은 고딕" w:eastAsia="맑은 고딕"/>
          <w:b w:val="0"/>
          <w:color w:val="4E5968"/>
          <w:sz w:val="22"/>
        </w:rPr>
        <w:t>① 친구의 할아버지</w:t>
      </w:r>
    </w:p>
    <w:p>
      <w:pPr>
        <w:ind w:left="320"/>
      </w:pPr>
      <w:r>
        <w:rPr>
          <w:rFonts w:ascii="맑은 고딕" w:hAnsi="맑은 고딕" w:eastAsia="맑은 고딕"/>
          <w:b w:val="0"/>
          <w:color w:val="4E5968"/>
          <w:sz w:val="22"/>
        </w:rPr>
        <w:t>② 친구의 동생</w:t>
      </w:r>
    </w:p>
    <w:p>
      <w:pPr>
        <w:ind w:left="320"/>
      </w:pPr>
      <w:r>
        <w:rPr>
          <w:rFonts w:ascii="맑은 고딕" w:hAnsi="맑은 고딕" w:eastAsia="맑은 고딕"/>
          <w:b w:val="0"/>
          <w:color w:val="4E5968"/>
          <w:sz w:val="22"/>
        </w:rPr>
        <w:t>③ 선생님</w:t>
      </w:r>
    </w:p>
    <w:p>
      <w:pPr>
        <w:ind w:left="320"/>
      </w:pPr>
      <w:r>
        <w:rPr>
          <w:rFonts w:ascii="맑은 고딕" w:hAnsi="맑은 고딕" w:eastAsia="맑은 고딕"/>
          <w:b w:val="0"/>
          <w:color w:val="4E5968"/>
          <w:sz w:val="22"/>
        </w:rPr>
        <w:t>④ 옆집에 사는 아저씨</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할아버지는 어떤 분인가요?</w:t>
      </w:r>
    </w:p>
    <w:p>
      <w:pPr>
        <w:ind w:left="320"/>
      </w:pPr>
      <w:r>
        <w:rPr>
          <w:rFonts w:ascii="맑은 고딕" w:hAnsi="맑은 고딕" w:eastAsia="맑은 고딕"/>
          <w:b w:val="0"/>
          <w:color w:val="4E5968"/>
          <w:sz w:val="22"/>
        </w:rPr>
        <w:t>① 이름난 의사</w:t>
      </w:r>
    </w:p>
    <w:p>
      <w:pPr>
        <w:ind w:left="320"/>
      </w:pPr>
      <w:r>
        <w:rPr>
          <w:rFonts w:ascii="맑은 고딕" w:hAnsi="맑은 고딕" w:eastAsia="맑은 고딕"/>
          <w:b w:val="0"/>
          <w:color w:val="4E5968"/>
          <w:sz w:val="22"/>
        </w:rPr>
        <w:t>② 6.25 전쟁 참전용사</w:t>
      </w:r>
    </w:p>
    <w:p>
      <w:pPr>
        <w:ind w:left="320"/>
      </w:pPr>
      <w:r>
        <w:rPr>
          <w:rFonts w:ascii="맑은 고딕" w:hAnsi="맑은 고딕" w:eastAsia="맑은 고딕"/>
          <w:b w:val="0"/>
          <w:color w:val="4E5968"/>
          <w:sz w:val="22"/>
        </w:rPr>
        <w:t>③ 동네 통장</w:t>
      </w:r>
    </w:p>
    <w:p>
      <w:pPr>
        <w:ind w:left="320"/>
      </w:pPr>
      <w:r>
        <w:rPr>
          <w:rFonts w:ascii="맑은 고딕" w:hAnsi="맑은 고딕" w:eastAsia="맑은 고딕"/>
          <w:b w:val="0"/>
          <w:color w:val="4E5968"/>
          <w:sz w:val="22"/>
        </w:rPr>
        <w:t>④ 텔레비전에 자주 나온 배우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할아버지가 민우에게 들려준 이야기는 무엇인가요?</w:t>
      </w:r>
    </w:p>
    <w:p>
      <w:pPr>
        <w:ind w:left="320"/>
      </w:pPr>
      <w:r>
        <w:rPr>
          <w:rFonts w:ascii="맑은 고딕" w:hAnsi="맑은 고딕" w:eastAsia="맑은 고딕"/>
          <w:b w:val="0"/>
          <w:color w:val="4E5968"/>
          <w:sz w:val="22"/>
        </w:rPr>
        <w:t>① 옛날 노래</w:t>
      </w:r>
    </w:p>
    <w:p>
      <w:pPr>
        <w:ind w:left="320"/>
      </w:pPr>
      <w:r>
        <w:rPr>
          <w:rFonts w:ascii="맑은 고딕" w:hAnsi="맑은 고딕" w:eastAsia="맑은 고딕"/>
          <w:b w:val="0"/>
          <w:color w:val="4E5968"/>
          <w:sz w:val="22"/>
        </w:rPr>
        <w:t>② 재미있는 동화</w:t>
      </w:r>
    </w:p>
    <w:p>
      <w:pPr>
        <w:ind w:left="320"/>
      </w:pPr>
      <w:r>
        <w:rPr>
          <w:rFonts w:ascii="맑은 고딕" w:hAnsi="맑은 고딕" w:eastAsia="맑은 고딕"/>
          <w:b w:val="0"/>
          <w:color w:val="4E5968"/>
          <w:sz w:val="22"/>
        </w:rPr>
        <w:t>③ 전쟁 때의 기억</w:t>
      </w:r>
    </w:p>
    <w:p>
      <w:pPr>
        <w:ind w:left="320"/>
      </w:pPr>
      <w:r>
        <w:rPr>
          <w:rFonts w:ascii="맑은 고딕" w:hAnsi="맑은 고딕" w:eastAsia="맑은 고딕"/>
          <w:b w:val="0"/>
          <w:color w:val="4E5968"/>
          <w:sz w:val="22"/>
        </w:rPr>
        <w:t>④ 맛있는 음식 이야기</w:t>
      </w:r>
    </w:p>
    <w:p>
      <w:pPr>
        <w:spacing w:before="240"/>
      </w:pPr>
      <w:r>
        <w:rPr>
          <w:rFonts w:ascii="맑은 고딕" w:hAnsi="맑은 고딕" w:eastAsia="맑은 고딕"/>
          <w:b/>
          <w:color w:val="8B95A1"/>
          <w:sz w:val="17"/>
        </w:rPr>
        <w:t xml:space="preserve">  장면 기억하기  </w:t>
      </w:r>
    </w:p>
    <w:p>
      <w:r>
        <w:rPr>
          <w:rFonts w:ascii="맑은 고딕" w:hAnsi="맑은 고딕" w:eastAsia="맑은 고딕"/>
          <w:b/>
          <w:color w:val="2272EB"/>
          <w:sz w:val="24"/>
        </w:rPr>
        <w:t xml:space="preserve">4. </w:t>
      </w:r>
      <w:r>
        <w:rPr>
          <w:rFonts w:ascii="맑은 고딕" w:hAnsi="맑은 고딕" w:eastAsia="맑은 고딕"/>
          <w:b/>
          <w:color w:val="191F28"/>
          <w:sz w:val="23"/>
        </w:rPr>
        <w:t>민우가 할아버지께 한 인사로 알맞은 것은?</w:t>
      </w:r>
    </w:p>
    <w:p>
      <w:pPr>
        <w:ind w:left="320"/>
      </w:pPr>
      <w:r>
        <w:rPr>
          <w:rFonts w:ascii="맑은 고딕" w:hAnsi="맑은 고딕" w:eastAsia="맑은 고딕"/>
          <w:b w:val="0"/>
          <w:color w:val="4E5968"/>
          <w:sz w:val="22"/>
        </w:rPr>
        <w:t>① 공손한 큰절</w:t>
      </w:r>
    </w:p>
    <w:p>
      <w:pPr>
        <w:ind w:left="320"/>
      </w:pPr>
      <w:r>
        <w:rPr>
          <w:rFonts w:ascii="맑은 고딕" w:hAnsi="맑은 고딕" w:eastAsia="맑은 고딕"/>
          <w:b w:val="0"/>
          <w:color w:val="4E5968"/>
          <w:sz w:val="22"/>
        </w:rPr>
        <w:t>② 악수</w:t>
      </w:r>
    </w:p>
    <w:p>
      <w:pPr>
        <w:ind w:left="320"/>
      </w:pPr>
      <w:r>
        <w:rPr>
          <w:rFonts w:ascii="맑은 고딕" w:hAnsi="맑은 고딕" w:eastAsia="맑은 고딕"/>
          <w:b w:val="0"/>
          <w:color w:val="4E5968"/>
          <w:sz w:val="22"/>
        </w:rPr>
        <w:t>③ 반갑게 손을 흔드는 인사</w:t>
      </w:r>
    </w:p>
    <w:p>
      <w:pPr>
        <w:ind w:left="320"/>
      </w:pPr>
      <w:r>
        <w:rPr>
          <w:rFonts w:ascii="맑은 고딕" w:hAnsi="맑은 고딕" w:eastAsia="맑은 고딕"/>
          <w:b w:val="0"/>
          <w:color w:val="4E5968"/>
          <w:sz w:val="22"/>
        </w:rPr>
        <w:t>④ 감사 인사와 거수경례</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5. </w:t>
      </w:r>
      <w:r>
        <w:rPr>
          <w:rFonts w:ascii="맑은 고딕" w:hAnsi="맑은 고딕" w:eastAsia="맑은 고딕"/>
          <w:b/>
          <w:color w:val="191F28"/>
          <w:sz w:val="23"/>
        </w:rPr>
        <w:t>오늘날 생존해 계신 참전용사들의 모습으로 알맞은 것은?</w:t>
      </w:r>
    </w:p>
    <w:p>
      <w:pPr>
        <w:ind w:left="320"/>
      </w:pPr>
      <w:r>
        <w:rPr>
          <w:rFonts w:ascii="맑은 고딕" w:hAnsi="맑은 고딕" w:eastAsia="맑은 고딕"/>
          <w:b w:val="0"/>
          <w:color w:val="4E5968"/>
          <w:sz w:val="22"/>
        </w:rPr>
        <w:t>① 대부분 나이가 많으시다</w:t>
      </w:r>
    </w:p>
    <w:p>
      <w:pPr>
        <w:ind w:left="320"/>
      </w:pPr>
      <w:r>
        <w:rPr>
          <w:rFonts w:ascii="맑은 고딕" w:hAnsi="맑은 고딕" w:eastAsia="맑은 고딕"/>
          <w:b w:val="0"/>
          <w:color w:val="4E5968"/>
          <w:sz w:val="22"/>
        </w:rPr>
        <w:t>② 모두 건강하시다</w:t>
      </w:r>
    </w:p>
    <w:p>
      <w:pPr>
        <w:ind w:left="320"/>
      </w:pPr>
      <w:r>
        <w:rPr>
          <w:rFonts w:ascii="맑은 고딕" w:hAnsi="맑은 고딕" w:eastAsia="맑은 고딕"/>
          <w:b w:val="0"/>
          <w:color w:val="4E5968"/>
          <w:sz w:val="22"/>
        </w:rPr>
        <w:t>③ 다 외국에 사신다</w:t>
      </w:r>
    </w:p>
    <w:p>
      <w:pPr>
        <w:ind w:left="320"/>
      </w:pPr>
      <w:r>
        <w:rPr>
          <w:rFonts w:ascii="맑은 고딕" w:hAnsi="맑은 고딕" w:eastAsia="맑은 고딕"/>
          <w:b w:val="0"/>
          <w:color w:val="4E5968"/>
          <w:sz w:val="22"/>
        </w:rPr>
        <w:t>④ 모두 아주 부자가 되셨다</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6. </w:t>
      </w:r>
      <w:r>
        <w:rPr>
          <w:rFonts w:ascii="맑은 고딕" w:hAnsi="맑은 고딕" w:eastAsia="맑은 고딕"/>
          <w:b/>
          <w:color w:val="191F28"/>
          <w:sz w:val="23"/>
        </w:rPr>
        <w:t>참전용사분들께 우리가 가져야 할 마음은 무엇인가요?</w:t>
      </w:r>
    </w:p>
    <w:p>
      <w:pPr>
        <w:ind w:left="320"/>
      </w:pPr>
      <w:r>
        <w:rPr>
          <w:rFonts w:ascii="맑은 고딕" w:hAnsi="맑은 고딕" w:eastAsia="맑은 고딕"/>
          <w:b w:val="0"/>
          <w:color w:val="4E5968"/>
          <w:sz w:val="22"/>
        </w:rPr>
        <w:t>① 무관심한 마음</w:t>
      </w:r>
    </w:p>
    <w:p>
      <w:pPr>
        <w:ind w:left="320"/>
      </w:pPr>
      <w:r>
        <w:rPr>
          <w:rFonts w:ascii="맑은 고딕" w:hAnsi="맑은 고딕" w:eastAsia="맑은 고딕"/>
          <w:b w:val="0"/>
          <w:color w:val="4E5968"/>
          <w:sz w:val="22"/>
        </w:rPr>
        <w:t>② 감사와 존경</w:t>
      </w:r>
    </w:p>
    <w:p>
      <w:pPr>
        <w:ind w:left="320"/>
      </w:pPr>
      <w:r>
        <w:rPr>
          <w:rFonts w:ascii="맑은 고딕" w:hAnsi="맑은 고딕" w:eastAsia="맑은 고딕"/>
          <w:b w:val="0"/>
          <w:color w:val="4E5968"/>
          <w:sz w:val="22"/>
        </w:rPr>
        <w:t>③ 두려운 마음</w:t>
      </w:r>
    </w:p>
    <w:p>
      <w:pPr>
        <w:ind w:left="320"/>
      </w:pPr>
      <w:r>
        <w:rPr>
          <w:rFonts w:ascii="맑은 고딕" w:hAnsi="맑은 고딕" w:eastAsia="맑은 고딕"/>
          <w:b w:val="0"/>
          <w:color w:val="4E5968"/>
          <w:sz w:val="22"/>
        </w:rPr>
        <w:t>④ 한없이 부러워하는 마음</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7. </w:t>
      </w:r>
      <w:r>
        <w:rPr>
          <w:rFonts w:ascii="맑은 고딕" w:hAnsi="맑은 고딕" w:eastAsia="맑은 고딕"/>
          <w:b/>
          <w:color w:val="191F28"/>
          <w:sz w:val="23"/>
        </w:rPr>
        <w:t>'더 늦기 전에' 우리가 해야 할 일은 무엇인가요?</w:t>
      </w:r>
    </w:p>
    <w:p>
      <w:pPr>
        <w:ind w:left="320"/>
      </w:pPr>
      <w:r>
        <w:rPr>
          <w:rFonts w:ascii="맑은 고딕" w:hAnsi="맑은 고딕" w:eastAsia="맑은 고딕"/>
          <w:b w:val="0"/>
          <w:color w:val="4E5968"/>
          <w:sz w:val="22"/>
        </w:rPr>
        <w:t>① 선물을 받아야</w:t>
      </w:r>
    </w:p>
    <w:p>
      <w:pPr>
        <w:ind w:left="320"/>
      </w:pPr>
      <w:r>
        <w:rPr>
          <w:rFonts w:ascii="맑은 고딕" w:hAnsi="맑은 고딕" w:eastAsia="맑은 고딕"/>
          <w:b w:val="0"/>
          <w:color w:val="4E5968"/>
          <w:sz w:val="22"/>
        </w:rPr>
        <w:t>② 멀리 떠나야</w:t>
      </w:r>
    </w:p>
    <w:p>
      <w:pPr>
        <w:ind w:left="320"/>
      </w:pPr>
      <w:r>
        <w:rPr>
          <w:rFonts w:ascii="맑은 고딕" w:hAnsi="맑은 고딕" w:eastAsia="맑은 고딕"/>
          <w:b w:val="0"/>
          <w:color w:val="4E5968"/>
          <w:sz w:val="22"/>
        </w:rPr>
        <w:t>③ 감사 인사를 전해야</w:t>
      </w:r>
    </w:p>
    <w:p>
      <w:pPr>
        <w:ind w:left="320"/>
      </w:pPr>
      <w:r>
        <w:rPr>
          <w:rFonts w:ascii="맑은 고딕" w:hAnsi="맑은 고딕" w:eastAsia="맑은 고딕"/>
          <w:b w:val="0"/>
          <w:color w:val="4E5968"/>
          <w:sz w:val="22"/>
        </w:rPr>
        <w:t>④ 그냥 모른 척 지나가야</w:t>
      </w:r>
    </w:p>
    <w:p>
      <w:pPr>
        <w:spacing w:before="240"/>
      </w:pPr>
      <w:r>
        <w:rPr>
          <w:rFonts w:ascii="맑은 고딕" w:hAnsi="맑은 고딕" w:eastAsia="맑은 고딕"/>
          <w:b/>
          <w:color w:val="8B95A1"/>
          <w:sz w:val="17"/>
        </w:rPr>
        <w:t xml:space="preserve">  바르게 생각하기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알려 주는 것은 무엇인가요?</w:t>
      </w:r>
    </w:p>
    <w:p>
      <w:pPr>
        <w:ind w:left="320"/>
      </w:pPr>
      <w:r>
        <w:rPr>
          <w:rFonts w:ascii="맑은 고딕" w:hAnsi="맑은 고딕" w:eastAsia="맑은 고딕"/>
          <w:b w:val="0"/>
          <w:color w:val="4E5968"/>
          <w:sz w:val="22"/>
        </w:rPr>
        <w:t>① 군인 아저씨는 정말 멋지다는 것</w:t>
      </w:r>
    </w:p>
    <w:p>
      <w:pPr>
        <w:ind w:left="320"/>
      </w:pPr>
      <w:r>
        <w:rPr>
          <w:rFonts w:ascii="맑은 고딕" w:hAnsi="맑은 고딕" w:eastAsia="맑은 고딕"/>
          <w:b w:val="0"/>
          <w:color w:val="4E5968"/>
          <w:sz w:val="22"/>
        </w:rPr>
        <w:t>② 휴가는 즐겁다는 것</w:t>
      </w:r>
    </w:p>
    <w:p>
      <w:pPr>
        <w:ind w:left="320"/>
      </w:pPr>
      <w:r>
        <w:rPr>
          <w:rFonts w:ascii="맑은 고딕" w:hAnsi="맑은 고딕" w:eastAsia="맑은 고딕"/>
          <w:b w:val="0"/>
          <w:color w:val="4E5968"/>
          <w:sz w:val="22"/>
        </w:rPr>
        <w:t>③ 사진은 소중하다는 것</w:t>
      </w:r>
    </w:p>
    <w:p>
      <w:pPr>
        <w:ind w:left="320"/>
      </w:pPr>
      <w:r>
        <w:rPr>
          <w:rFonts w:ascii="맑은 고딕" w:hAnsi="맑은 고딕" w:eastAsia="맑은 고딕"/>
          <w:b w:val="0"/>
          <w:color w:val="4E5968"/>
          <w:sz w:val="22"/>
        </w:rPr>
        <w:t>④ 나라를 지킨 분들께 감사하자</w:t>
      </w:r>
    </w:p>
    <w:p>
      <w:pPr>
        <w:spacing w:before="240"/>
      </w:pPr>
      <w:r>
        <w:rPr>
          <w:rFonts w:ascii="맑은 고딕" w:hAnsi="맑은 고딕" w:eastAsia="맑은 고딕"/>
          <w:b/>
          <w:color w:val="8B95A1"/>
          <w:sz w:val="17"/>
        </w:rPr>
        <w:t xml:space="preserve">  알맞게 줄 긋기  </w:t>
      </w:r>
    </w:p>
    <w:p>
      <w:r>
        <w:rPr>
          <w:rFonts w:ascii="맑은 고딕" w:hAnsi="맑은 고딕" w:eastAsia="맑은 고딕"/>
          <w:b/>
          <w:color w:val="2272EB"/>
          <w:sz w:val="24"/>
        </w:rPr>
        <w:t xml:space="preserve">9. </w:t>
      </w:r>
      <w:r>
        <w:rPr>
          <w:rFonts w:ascii="맑은 고딕" w:hAnsi="맑은 고딕" w:eastAsia="맑은 고딕"/>
          <w:b/>
          <w:color w:val="191F28"/>
          <w:sz w:val="23"/>
        </w:rPr>
        <w:t>알맞은 것끼리 연결해 보세요.</w:t>
      </w:r>
    </w:p>
    <w:p>
      <w:pPr>
        <w:ind w:left="320"/>
      </w:pPr>
      <w:r>
        <w:rPr>
          <w:rFonts w:ascii="맑은 고딕" w:hAnsi="맑은 고딕" w:eastAsia="맑은 고딕"/>
          <w:b w:val="0"/>
          <w:color w:val="333D4B"/>
          <w:sz w:val="22"/>
        </w:rPr>
        <w:t>참전용사  ·          ·  나라를 지킨 분</w:t>
      </w:r>
    </w:p>
    <w:p>
      <w:pPr>
        <w:ind w:left="320"/>
      </w:pPr>
      <w:r>
        <w:rPr>
          <w:rFonts w:ascii="맑은 고딕" w:hAnsi="맑은 고딕" w:eastAsia="맑은 고딕"/>
          <w:b w:val="0"/>
          <w:color w:val="333D4B"/>
          <w:sz w:val="22"/>
        </w:rPr>
        <w:t>거수경례  ·          ·  군인의 인사</w:t>
      </w:r>
    </w:p>
    <w:p>
      <w:pPr>
        <w:ind w:left="320"/>
      </w:pPr>
      <w:r>
        <w:rPr>
          <w:rFonts w:ascii="맑은 고딕" w:hAnsi="맑은 고딕" w:eastAsia="맑은 고딕"/>
          <w:b w:val="0"/>
          <w:color w:val="333D4B"/>
          <w:sz w:val="22"/>
        </w:rPr>
        <w:t>더 늦기 전에  ·          ·  지금 감사하자</w:t>
      </w:r>
    </w:p>
    <w:p>
      <w:pPr>
        <w:spacing w:before="240"/>
      </w:pPr>
      <w:r>
        <w:rPr>
          <w:rFonts w:ascii="맑은 고딕" w:hAnsi="맑은 고딕" w:eastAsia="맑은 고딕"/>
          <w:b/>
          <w:color w:val="8B95A1"/>
          <w:sz w:val="17"/>
        </w:rPr>
        <w:t xml:space="preserve">  생각하고 쓰기  </w:t>
      </w:r>
    </w:p>
    <w:p>
      <w:r>
        <w:rPr>
          <w:rFonts w:ascii="맑은 고딕" w:hAnsi="맑은 고딕" w:eastAsia="맑은 고딕"/>
          <w:b/>
          <w:color w:val="2272EB"/>
          <w:sz w:val="24"/>
        </w:rPr>
        <w:t xml:space="preserve">10. </w:t>
      </w:r>
      <w:r>
        <w:rPr>
          <w:rFonts w:ascii="맑은 고딕" w:hAnsi="맑은 고딕" w:eastAsia="맑은 고딕"/>
          <w:b/>
          <w:color w:val="191F28"/>
          <w:sz w:val="23"/>
        </w:rPr>
        <w:t>나라를 지켜 주신 참전용사 할아버지께 전하고 싶은 감사 인사를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2272EB"/>
          <w:sz w:val="19"/>
        </w:rPr>
        <w:t xml:space="preserve">[초등 중학년용] </w:t>
      </w:r>
    </w:p>
    <w:p>
      <w:r>
        <w:rPr>
          <w:rFonts w:ascii="맑은 고딕" w:hAnsi="맑은 고딕" w:eastAsia="맑은 고딕"/>
          <w:b/>
          <w:color w:val="191F28"/>
          <w:sz w:val="36"/>
        </w:rPr>
        <w:t>더 늦기 전에</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휴가 나온 군인 민우가 친구 현아를 통해 6.25 전쟁 참전용사인 할아버지를 만난다. 흥남 철수 작전과 서울 수복의 기억을 들려주는 할아버지께 민우는 감사 인사와 멋진 거수경례로 존경을 표한다. 생존 참전용사 대부분이 고령이고 몸이 불편한 현실을 떠올리며, 평화로운 오늘을 만들어 주신 분들께 '더 늦기 전에' 감사와 존경의 마음을 전해야 함을 일깨우는 호국 애니메이션.</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주인공 민우는 어떤 상황인가요?</w:t>
      </w:r>
    </w:p>
    <w:p>
      <w:pPr>
        <w:ind w:left="320"/>
      </w:pPr>
      <w:r>
        <w:rPr>
          <w:rFonts w:ascii="맑은 고딕" w:hAnsi="맑은 고딕" w:eastAsia="맑은 고딕"/>
          <w:b w:val="0"/>
          <w:color w:val="4E5968"/>
          <w:sz w:val="22"/>
        </w:rPr>
        <w:t>① 휴가 나온 군인</w:t>
      </w:r>
    </w:p>
    <w:p>
      <w:pPr>
        <w:ind w:left="320"/>
      </w:pPr>
      <w:r>
        <w:rPr>
          <w:rFonts w:ascii="맑은 고딕" w:hAnsi="맑은 고딕" w:eastAsia="맑은 고딕"/>
          <w:b w:val="0"/>
          <w:color w:val="4E5968"/>
          <w:sz w:val="22"/>
        </w:rPr>
        <w:t>② 학교 선생님</w:t>
      </w:r>
    </w:p>
    <w:p>
      <w:pPr>
        <w:ind w:left="320"/>
      </w:pPr>
      <w:r>
        <w:rPr>
          <w:rFonts w:ascii="맑은 고딕" w:hAnsi="맑은 고딕" w:eastAsia="맑은 고딕"/>
          <w:b w:val="0"/>
          <w:color w:val="4E5968"/>
          <w:sz w:val="22"/>
        </w:rPr>
        <w:t>③ 운동선수</w:t>
      </w:r>
    </w:p>
    <w:p>
      <w:pPr>
        <w:ind w:left="320"/>
      </w:pPr>
      <w:r>
        <w:rPr>
          <w:rFonts w:ascii="맑은 고딕" w:hAnsi="맑은 고딕" w:eastAsia="맑은 고딕"/>
          <w:b w:val="0"/>
          <w:color w:val="4E5968"/>
          <w:sz w:val="22"/>
        </w:rPr>
        <w:t>④ 여행을 떠나온 대학생</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할아버지가 회상한 6.25 전쟁의 일로 알맞은 것은?</w:t>
      </w:r>
    </w:p>
    <w:p>
      <w:pPr>
        <w:ind w:left="320"/>
      </w:pPr>
      <w:r>
        <w:rPr>
          <w:rFonts w:ascii="맑은 고딕" w:hAnsi="맑은 고딕" w:eastAsia="맑은 고딕"/>
          <w:b w:val="0"/>
          <w:color w:val="4E5968"/>
          <w:sz w:val="22"/>
        </w:rPr>
        <w:t>① 해마다 열리는 광복절 행사</w:t>
      </w:r>
    </w:p>
    <w:p>
      <w:pPr>
        <w:ind w:left="320"/>
      </w:pPr>
      <w:r>
        <w:rPr>
          <w:rFonts w:ascii="맑은 고딕" w:hAnsi="맑은 고딕" w:eastAsia="맑은 고딕"/>
          <w:b w:val="0"/>
          <w:color w:val="4E5968"/>
          <w:sz w:val="22"/>
        </w:rPr>
        <w:t>② 흥남 철수와 서울 수복</w:t>
      </w:r>
    </w:p>
    <w:p>
      <w:pPr>
        <w:ind w:left="320"/>
      </w:pPr>
      <w:r>
        <w:rPr>
          <w:rFonts w:ascii="맑은 고딕" w:hAnsi="맑은 고딕" w:eastAsia="맑은 고딕"/>
          <w:b w:val="0"/>
          <w:color w:val="4E5968"/>
          <w:sz w:val="22"/>
        </w:rPr>
        <w:t>③ 올림픽 경기</w:t>
      </w:r>
    </w:p>
    <w:p>
      <w:pPr>
        <w:ind w:left="320"/>
      </w:pPr>
      <w:r>
        <w:rPr>
          <w:rFonts w:ascii="맑은 고딕" w:hAnsi="맑은 고딕" w:eastAsia="맑은 고딕"/>
          <w:b w:val="0"/>
          <w:color w:val="4E5968"/>
          <w:sz w:val="22"/>
        </w:rPr>
        <w:t>④ 추석 명절</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3. </w:t>
      </w:r>
      <w:r>
        <w:rPr>
          <w:rFonts w:ascii="맑은 고딕" w:hAnsi="맑은 고딕" w:eastAsia="맑은 고딕"/>
          <w:b/>
          <w:color w:val="191F28"/>
          <w:sz w:val="23"/>
        </w:rPr>
        <w:t>민우가 할아버지께 존경을 표한 방법은 무엇인가요?</w:t>
      </w:r>
    </w:p>
    <w:p>
      <w:pPr>
        <w:ind w:left="320"/>
      </w:pPr>
      <w:r>
        <w:rPr>
          <w:rFonts w:ascii="맑은 고딕" w:hAnsi="맑은 고딕" w:eastAsia="맑은 고딕"/>
          <w:b w:val="0"/>
          <w:color w:val="4E5968"/>
          <w:sz w:val="22"/>
        </w:rPr>
        <w:t>① 노래를 불러서</w:t>
      </w:r>
    </w:p>
    <w:p>
      <w:pPr>
        <w:ind w:left="320"/>
      </w:pPr>
      <w:r>
        <w:rPr>
          <w:rFonts w:ascii="맑은 고딕" w:hAnsi="맑은 고딕" w:eastAsia="맑은 고딕"/>
          <w:b w:val="0"/>
          <w:color w:val="4E5968"/>
          <w:sz w:val="22"/>
        </w:rPr>
        <w:t>② 편지를 써서</w:t>
      </w:r>
    </w:p>
    <w:p>
      <w:pPr>
        <w:ind w:left="320"/>
      </w:pPr>
      <w:r>
        <w:rPr>
          <w:rFonts w:ascii="맑은 고딕" w:hAnsi="맑은 고딕" w:eastAsia="맑은 고딕"/>
          <w:b w:val="0"/>
          <w:color w:val="4E5968"/>
          <w:sz w:val="22"/>
        </w:rPr>
        <w:t>③ 멋진 거수경례로</w:t>
      </w:r>
    </w:p>
    <w:p>
      <w:pPr>
        <w:ind w:left="320"/>
      </w:pPr>
      <w:r>
        <w:rPr>
          <w:rFonts w:ascii="맑은 고딕" w:hAnsi="맑은 고딕" w:eastAsia="맑은 고딕"/>
          <w:b w:val="0"/>
          <w:color w:val="4E5968"/>
          <w:sz w:val="22"/>
        </w:rPr>
        <w:t>④ 선물을 잔뜩 사 드려서</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4. </w:t>
      </w:r>
      <w:r>
        <w:rPr>
          <w:rFonts w:ascii="맑은 고딕" w:hAnsi="맑은 고딕" w:eastAsia="맑은 고딕"/>
          <w:b/>
          <w:color w:val="191F28"/>
          <w:sz w:val="23"/>
        </w:rPr>
        <w:t>영상이 '더 늦기 전에'라고 한 까닭은?</w:t>
      </w:r>
    </w:p>
    <w:p>
      <w:pPr>
        <w:ind w:left="320"/>
      </w:pPr>
      <w:r>
        <w:rPr>
          <w:rFonts w:ascii="맑은 고딕" w:hAnsi="맑은 고딕" w:eastAsia="맑은 고딕"/>
          <w:b w:val="0"/>
          <w:color w:val="4E5968"/>
          <w:sz w:val="22"/>
        </w:rPr>
        <w:t>① 또다시 전쟁이 일어날까 봐 걱정돼서</w:t>
      </w:r>
    </w:p>
    <w:p>
      <w:pPr>
        <w:ind w:left="320"/>
      </w:pPr>
      <w:r>
        <w:rPr>
          <w:rFonts w:ascii="맑은 고딕" w:hAnsi="맑은 고딕" w:eastAsia="맑은 고딕"/>
          <w:b w:val="0"/>
          <w:color w:val="4E5968"/>
          <w:sz w:val="22"/>
        </w:rPr>
        <w:t>② 곧 휴가가 끝나서</w:t>
      </w:r>
    </w:p>
    <w:p>
      <w:pPr>
        <w:ind w:left="320"/>
      </w:pPr>
      <w:r>
        <w:rPr>
          <w:rFonts w:ascii="맑은 고딕" w:hAnsi="맑은 고딕" w:eastAsia="맑은 고딕"/>
          <w:b w:val="0"/>
          <w:color w:val="4E5968"/>
          <w:sz w:val="22"/>
        </w:rPr>
        <w:t>③ 행사가 곧 열려서</w:t>
      </w:r>
    </w:p>
    <w:p>
      <w:pPr>
        <w:ind w:left="320"/>
      </w:pPr>
      <w:r>
        <w:rPr>
          <w:rFonts w:ascii="맑은 고딕" w:hAnsi="맑은 고딕" w:eastAsia="맑은 고딕"/>
          <w:b w:val="0"/>
          <w:color w:val="4E5968"/>
          <w:sz w:val="22"/>
        </w:rPr>
        <w:t>④ 참전용사들이 대부분 고령이라</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일이 일어난 순서대로 기호를 써 보세요.</w:t>
      </w:r>
    </w:p>
    <w:p>
      <w:pPr>
        <w:ind w:left="320"/>
      </w:pPr>
      <w:r>
        <w:rPr>
          <w:rFonts w:ascii="맑은 고딕" w:hAnsi="맑은 고딕" w:eastAsia="맑은 고딕"/>
          <w:b w:val="0"/>
          <w:color w:val="333D4B"/>
          <w:sz w:val="22"/>
        </w:rPr>
        <w:t>ㄱ. 할아버지가 전쟁 기억을 들려준다.</w:t>
      </w:r>
    </w:p>
    <w:p>
      <w:pPr>
        <w:ind w:left="320"/>
      </w:pPr>
      <w:r>
        <w:rPr>
          <w:rFonts w:ascii="맑은 고딕" w:hAnsi="맑은 고딕" w:eastAsia="맑은 고딕"/>
          <w:b w:val="0"/>
          <w:color w:val="333D4B"/>
          <w:sz w:val="22"/>
        </w:rPr>
        <w:t>ㄴ. 민우가 친구의 할아버지를 만난다.</w:t>
      </w:r>
    </w:p>
    <w:p>
      <w:pPr>
        <w:ind w:left="320"/>
      </w:pPr>
      <w:r>
        <w:rPr>
          <w:rFonts w:ascii="맑은 고딕" w:hAnsi="맑은 고딕" w:eastAsia="맑은 고딕"/>
          <w:b w:val="0"/>
          <w:color w:val="333D4B"/>
          <w:sz w:val="22"/>
        </w:rPr>
        <w:t>ㄷ. '더 늦기 전에' 감사하자는 메시지가 나온다.</w:t>
      </w:r>
    </w:p>
    <w:p>
      <w:pPr>
        <w:ind w:left="320"/>
      </w:pPr>
      <w:r>
        <w:rPr>
          <w:rFonts w:ascii="맑은 고딕" w:hAnsi="맑은 고딕" w:eastAsia="맑은 고딕"/>
          <w:b w:val="0"/>
          <w:color w:val="333D4B"/>
          <w:sz w:val="22"/>
        </w:rPr>
        <w:t>ㄹ. 민우가 감사 인사와 거수경례를 한다.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6. </w:t>
      </w:r>
      <w:r>
        <w:rPr>
          <w:rFonts w:ascii="맑은 고딕" w:hAnsi="맑은 고딕" w:eastAsia="맑은 고딕"/>
          <w:b/>
          <w:color w:val="191F28"/>
          <w:sz w:val="23"/>
        </w:rPr>
        <w:t>오늘날 우리가 누리는 평화와 번영은 무엇 덕분인가요?</w:t>
      </w:r>
    </w:p>
    <w:p>
      <w:pPr>
        <w:ind w:left="320"/>
      </w:pPr>
      <w:r>
        <w:rPr>
          <w:rFonts w:ascii="맑은 고딕" w:hAnsi="맑은 고딕" w:eastAsia="맑은 고딕"/>
          <w:b w:val="0"/>
          <w:color w:val="4E5968"/>
          <w:sz w:val="22"/>
        </w:rPr>
        <w:t>① 그냥 저절로 만들어진 것</w:t>
      </w:r>
    </w:p>
    <w:p>
      <w:pPr>
        <w:ind w:left="320"/>
      </w:pPr>
      <w:r>
        <w:rPr>
          <w:rFonts w:ascii="맑은 고딕" w:hAnsi="맑은 고딕" w:eastAsia="맑은 고딕"/>
          <w:b w:val="0"/>
          <w:color w:val="4E5968"/>
          <w:sz w:val="22"/>
        </w:rPr>
        <w:t>② 참전용사들의 희생 덕분</w:t>
      </w:r>
    </w:p>
    <w:p>
      <w:pPr>
        <w:ind w:left="320"/>
      </w:pPr>
      <w:r>
        <w:rPr>
          <w:rFonts w:ascii="맑은 고딕" w:hAnsi="맑은 고딕" w:eastAsia="맑은 고딕"/>
          <w:b w:val="0"/>
          <w:color w:val="4E5968"/>
          <w:sz w:val="22"/>
        </w:rPr>
        <w:t>③ 운이 좋아서</w:t>
      </w:r>
    </w:p>
    <w:p>
      <w:pPr>
        <w:ind w:left="320"/>
      </w:pPr>
      <w:r>
        <w:rPr>
          <w:rFonts w:ascii="맑은 고딕" w:hAnsi="맑은 고딕" w:eastAsia="맑은 고딕"/>
          <w:b w:val="0"/>
          <w:color w:val="4E5968"/>
          <w:sz w:val="22"/>
        </w:rPr>
        <w:t>④ 외국이 도와줘서</w:t>
      </w:r>
    </w:p>
    <w:p>
      <w:pPr>
        <w:spacing w:before="240"/>
      </w:pPr>
      <w:r>
        <w:rPr>
          <w:rFonts w:ascii="맑은 고딕" w:hAnsi="맑은 고딕" w:eastAsia="맑은 고딕"/>
          <w:b/>
          <w:color w:val="8B95A1"/>
          <w:sz w:val="17"/>
        </w:rPr>
        <w:t xml:space="preserve">  적용하기 · 객관식  </w:t>
      </w:r>
    </w:p>
    <w:p>
      <w:r>
        <w:rPr>
          <w:rFonts w:ascii="맑은 고딕" w:hAnsi="맑은 고딕" w:eastAsia="맑은 고딕"/>
          <w:b/>
          <w:color w:val="2272EB"/>
          <w:sz w:val="24"/>
        </w:rPr>
        <w:t xml:space="preserve">7. </w:t>
      </w:r>
      <w:r>
        <w:rPr>
          <w:rFonts w:ascii="맑은 고딕" w:hAnsi="맑은 고딕" w:eastAsia="맑은 고딕"/>
          <w:b/>
          <w:color w:val="191F28"/>
          <w:sz w:val="23"/>
        </w:rPr>
        <w:t>우리가 실천할 수 있는 일로 알맞은 것은?</w:t>
      </w:r>
    </w:p>
    <w:p>
      <w:pPr>
        <w:ind w:left="320"/>
      </w:pPr>
      <w:r>
        <w:rPr>
          <w:rFonts w:ascii="맑은 고딕" w:hAnsi="맑은 고딕" w:eastAsia="맑은 고딕"/>
          <w:b w:val="0"/>
          <w:color w:val="4E5968"/>
          <w:sz w:val="22"/>
        </w:rPr>
        <w:t>① 전쟁을 준비하기</w:t>
      </w:r>
    </w:p>
    <w:p>
      <w:pPr>
        <w:ind w:left="320"/>
      </w:pPr>
      <w:r>
        <w:rPr>
          <w:rFonts w:ascii="맑은 고딕" w:hAnsi="맑은 고딕" w:eastAsia="맑은 고딕"/>
          <w:b w:val="0"/>
          <w:color w:val="4E5968"/>
          <w:sz w:val="22"/>
        </w:rPr>
        <w:t>② 모른 척하기</w:t>
      </w:r>
    </w:p>
    <w:p>
      <w:pPr>
        <w:ind w:left="320"/>
      </w:pPr>
      <w:r>
        <w:rPr>
          <w:rFonts w:ascii="맑은 고딕" w:hAnsi="맑은 고딕" w:eastAsia="맑은 고딕"/>
          <w:b w:val="0"/>
          <w:color w:val="4E5968"/>
          <w:sz w:val="22"/>
        </w:rPr>
        <w:t>③ 감사와 존경을 표현하기</w:t>
      </w:r>
    </w:p>
    <w:p>
      <w:pPr>
        <w:ind w:left="320"/>
      </w:pPr>
      <w:r>
        <w:rPr>
          <w:rFonts w:ascii="맑은 고딕" w:hAnsi="맑은 고딕" w:eastAsia="맑은 고딕"/>
          <w:b w:val="0"/>
          <w:color w:val="4E5968"/>
          <w:sz w:val="22"/>
        </w:rPr>
        <w:t>④ 참전용사 흉내를 내며 놀기</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이 이야기가 전하려는 것으로 가장 알맞은 것은?</w:t>
      </w:r>
    </w:p>
    <w:p>
      <w:pPr>
        <w:ind w:left="320"/>
      </w:pPr>
      <w:r>
        <w:rPr>
          <w:rFonts w:ascii="맑은 고딕" w:hAnsi="맑은 고딕" w:eastAsia="맑은 고딕"/>
          <w:b w:val="0"/>
          <w:color w:val="4E5968"/>
          <w:sz w:val="22"/>
        </w:rPr>
        <w:t>① 늦기 전에 감사하자</w:t>
      </w:r>
    </w:p>
    <w:p>
      <w:pPr>
        <w:ind w:left="320"/>
      </w:pPr>
      <w:r>
        <w:rPr>
          <w:rFonts w:ascii="맑은 고딕" w:hAnsi="맑은 고딕" w:eastAsia="맑은 고딕"/>
          <w:b w:val="0"/>
          <w:color w:val="4E5968"/>
          <w:sz w:val="22"/>
        </w:rPr>
        <w:t>② 군인이 되어야 한다는 것</w:t>
      </w:r>
    </w:p>
    <w:p>
      <w:pPr>
        <w:ind w:left="320"/>
      </w:pPr>
      <w:r>
        <w:rPr>
          <w:rFonts w:ascii="맑은 고딕" w:hAnsi="맑은 고딕" w:eastAsia="맑은 고딕"/>
          <w:b w:val="0"/>
          <w:color w:val="4E5968"/>
          <w:sz w:val="22"/>
        </w:rPr>
        <w:t>③ 휴가가 중요하다는 것</w:t>
      </w:r>
    </w:p>
    <w:p>
      <w:pPr>
        <w:ind w:left="320"/>
      </w:pPr>
      <w:r>
        <w:rPr>
          <w:rFonts w:ascii="맑은 고딕" w:hAnsi="맑은 고딕" w:eastAsia="맑은 고딕"/>
          <w:b w:val="0"/>
          <w:color w:val="4E5968"/>
          <w:sz w:val="22"/>
        </w:rPr>
        <w:t>④ 전쟁은 멋진 모험이라는 것</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나라를 위해 싸우신 참전용사 할아버지께 감사와 존경의 편지를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적용하기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'더 늦기 전에' 내가 지금 실천할 수 있는 감사 표현을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[저학년] 고맙습니다, 참전용사 할아버지</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친구의 할아버지</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6.25 전쟁 참전용사</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전쟁 때의 기억</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감사 인사와 거수경례</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① 대부분 나이가 많으시다</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감사와 존경</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감사 인사를 전해야</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④ 나라를 지킨 분들께 감사하자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참전용사-나라를 지킨 분 / 거수경례-군인의 인사 / 더 늦기 전에-지금 감사</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위험한 전쟁에서 나라를 지켜 주셔서 감사합니다. 덕분에 우리가 평화롭게 살 수 있어요. · (평가) 감사의 마음을 자기 말로 표현했는지 봐 주세요.</w:t>
      </w:r>
    </w:p>
    <w:p>
      <w:r>
        <w:br w:type="page"/>
      </w:r>
    </w:p>
    <w:p>
      <w:pPr>
        <w:spacing w:before="160"/>
      </w:pPr>
      <w:r>
        <w:rPr>
          <w:rFonts w:ascii="맑은 고딕" w:hAnsi="맑은 고딕" w:eastAsia="맑은 고딕"/>
          <w:b/>
          <w:color w:val="2272EB"/>
          <w:sz w:val="26"/>
        </w:rPr>
        <w:t>[중학년] 더 늦기 전에</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휴가 나온 군인</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흥남 철수와 서울 수복</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멋진 거수경례로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참전용사들이 대부분 고령이라</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ㄱ → ㄹ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참전용사들의 희생 덕분</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③ 감사와 존경을 표현하기</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① 늦기 전에 감사하자</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목숨을 걸고 나라를 지켜 주셔서 감사합니다. 그 희생 덕분에 누리는 평화를 잊지 않겠습니다. · (평가) 감사·존경의 마음을 진심으로 담았는지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가까운 현충 시설을 찾아보고, 참전용사분을 만나면 정중히 인사하며, 보훈의 의미를 친구들에게 알린다. · (평가) 지금 실천할 수 있는 감사 표현을 구체적으로 적었는지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