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진실을 전한 사람들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1987년, 경찰 조사 중 물고문으로 숨진 대학생 박종철과, 이를 은폐하려는 정권에 맞서 진실을 밝혀낸 사람들의 이야기. 기자·의사·교도관 등 용기 있는 사람들이 비밀 편지('비둘기')를 이어 전하며 사건의 진실을 세상에 알렸고, 이는 6월 항쟁과 대통령 직선제 쟁취로 이어졌다. 진실과 용기, 민주주의의 소중함을 일깨우는 역사.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물고문으로 희생된 박종철은 어떤 사람인가요?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서울대학교 3학년 대학생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경찰관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진실을 파헤친 용감한 신문 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박종철의 실제 사망 원인(진실)은 무엇이었나요?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교통사고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지병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갑작스럽게 찾아온 단순 쇼크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경찰 조사 중의 물고문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경찰이 사망 원인으로 둘러댄 거짓 변명은?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한밤중에 혼자서 몰래 아주 멀리 도망쳤다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"책상을 탁 치니 억 하고 쓰러졌다"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스스로 다쳤다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병으로 죽었다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이 사건의 진실을 처음 세상에 알린 사람은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경찰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군인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신문 기자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나이 든 판사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단서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의사가 현장에서 물고문을 확신하게 된 단서로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욕조의 물기와 폐에서 나온 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깨진 창문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방 안 곳곳에 남은 불에 탄 흔적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떨어진 약병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사건의 진실을 알린 '비둘기 작전'이란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비둘기를 길렀다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길들인 비둘기를 떼 지어 하늘 높이 멀리 날렸다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편지를 불태웠다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비밀 편지를 사람에서 사람으로 몰래 전한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사건이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경찰이 '책상을 탁 치니 억' 거짓 변명을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박종철이 물고문으로 사망한다.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6월 항쟁 끝에 대통령 직선제를 받아들인다.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'비둘기 작전'으로 은폐된 진실이 알려진다.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의사·기자·교도관 등이 위험을 무릅쓴 모습이 보여 주는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권력은 늘 옳다는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진실을 알리려는 평범한 사람들의 용기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한번 깊이 감춰진 비밀은 끝내 못 밝힌다는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기자만 중요하다는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'책상을 탁 치니 억' 같은 거짓 발표가 끝내 통하지 않은 까닭을, 진실을 밝힌 사람들과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박종철 사건이 6월 항쟁과 대통령 직선제로 이어진 것에서, 오늘 우리가 누리는 민주주의의 의미를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진실을 전한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서울대학교 3학년 대학생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④ 경찰 조사 중의 물고문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"책상을 탁 치니 억 하고 쓰러졌다"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신문 기자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욕조의 물기와 폐에서 나온 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④ 비밀 편지를 사람에서 사람으로 몰래 전한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② 진실을 알리려는 평범한 사람들의 용기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의사·기자·교도관 등 여러 사람이 위험을 무릅쓰고 진실의 증거와 편지를 이어 전했기 때문에, 권력이 감추려 해도 결국 거짓이 드러났다. · (평가) 거짓이 막힌 까닭을 사람들의 용기와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국민이 직접 대표를 뽑는 권리는 거저 주어진 것이 아니라, 부당한 권력에 맞서 진실을 외친 사람들의 희생으로 얻은 것임을 알게 됐다. · (평가) 희생과 오늘의 민주주의를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