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고학년용]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한 장의 사진이 바꾼 역사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1960년 3.15 부정선거에 항의하다 실종된 17세 소년 김주열이, 27일 만에 눈에 최루탄이 박힌 채 마산 앞바다에 떠오른다. 허종 기자가 찍은 사진 한 장이 신문에 실려 전국에 알려지며 4.19 혁명의 도화선이 되고, 이승만 정권이 무너진다. 부정한 권력에 맞선 시민과 학생들의 용기, 진실을 알리는 힘을 일깨우는 민주주의의 역사.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김주열이 본래 마산에 간 까닭은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여행을 하러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고등학교 입학시험을 보러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친척을 만나러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큰 시위에 직접 참가하려고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1960년 3.15 부정선거는 누구를 당선시키려고 한 것인가요?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이승만·이기붕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김주열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사진 찍은 허종 기자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박종표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영상에 나온 3.15 부정선거의 방법으로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정직하게 개표함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국민이 투표를 아예 못 하게 함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외국에 부탁함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미리 표를 넣고 바꿔치기함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허공에 쏘아야 할 최루탄이 김주열의 눈에 박힌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실수로 떨어뜨려서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주열이 던져서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경찰이 시위대를 향해 직접 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창고에서 사고로 저절로 터져 버려서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김주열의 죽음이 세상에 알려진 결정적 계기는?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전국에 울려 퍼진 라디오 방송으로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허종 기자의 사진이 신문에 실려서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사람들의 소문으로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한 권의 책으로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사진이 전국으로 퍼진 뒤 일어난 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전쟁이 일어났다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아무 일도 없었다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잘못된 부정선거가 끝내 그대로 인정됐다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4.19 혁명으로 이승만이 물러났다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사건이 일어난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김주열이 시위 중 실종된다.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3.15 부정선거가 벌어진다.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4.19 혁명으로 이승만이 물러난다.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27일 만에 시신이 떠오르고 사진이 알려진다.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해석 · 의미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김주열이 '얼굴을 들고 주먹을 쥔 채' 떠오른 모습이 사람들에게 준 것으로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사람들에게 그저 단순한 두려움만 안겨 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그저 우연한 모습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불의에 맞서는 분노와 용기를 일깨움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슬픔만 남기고 잊힘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허종 기자의 사진 한 장이 역사를 바꾼 것을 보고, '진실을 알리는 용기'가 왜 중요한지 자신의 생각을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가치 판단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김주열과 시민들이 부정선거에 맞서 싸운 덕분에 오늘 우리가 누리는 것은 무엇인지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[고학년] 한 장의 사진이 바꾼 역사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② 고등학교 입학시험을 보러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① 이승만·이기붕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④ 미리 표를 넣고 바꿔치기함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③ 경찰이 시위대를 향해 직접 쏴서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② 허종 기자의 사진이 신문에 실려서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④ 4.19 혁명으로 이승만이 물러났다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ㄴ → ㄱ → ㄹ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불의에 맞서는 분노와 용기를 일깨움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감추려는 권력 앞에서 진실을 세상에 알린 용기가 시민을 움직여 부정을 바로잡았다. 진실을 알리는 일은 잘못된 힘을 막는 큰 힘이 된다. · (평가) 진실·용기의 힘을 사건과 연결해 서술했는지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국민이 정직한 선거로 대표를 뽑는 민주주의와, 잘못된 권력에 목소리를 낼 수 있는 자유를 누리게 되었다. · (평가) 희생과 오늘의 민주주의를 연결했는지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