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소중한 한 표, 공정한 선거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1960년 3월 15일, 자유당 정권은 권력을 지키려고 40% 사전 투표, 쌍가락지표, 샌드위치표, 깡패 동원 등 기상천외한 방법으로 선거를 조작한다. 민주주의를 짓밟은 부끄러운 역사를 돌아보며, 우리가 누리는 소중한 투표권과 공정한 선거의 가치를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1960년 3월 15일에 있었던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최악의 부정선거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올림픽 대회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즐거운 한글날 행사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광복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다음 중 3.15 때 일어난 '부정한 방법'이 아닌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미리 표를 채워 넣는 사전 투표 조작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비밀투표로 자유롭게 투표함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깡패를 동원해 협박함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야당 참관인을 쫓아냄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국민이 대통령이나 대표를 직접 뽑는 일을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투표용지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개표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'쌍가락지 표'는 어떤 부정 방법인가요?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표를 두 배로 세는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멀쩡한 표를 일부러 몰래 잃어버리는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표를 깨끗이 닦는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인주를 더 묻혀 무효표로 만드는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부정선거가 벌어진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깡패를 동원하고 야당 참관인을 쫓아낸다.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미리 표를 채워 넣는 사전 투표 조작을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부정선거에 분노한 국민들이 들고일어난다.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결국 4.19 혁명의 도화선이 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부정선거가 잘못된 가장 큰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투표권과 민주주의를 짓밟아서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개표에 시간이 너무 오래 걸려서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돈이 많이 들어서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사람이 너무 많아서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공정한 선거를 위해 지켜야 할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힘센 사람 마음대로 정하는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비밀투표와 정직한 개표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누구를 찍는지 공개하게 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참관인을 쫓아내는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만약 누군가 나에게 강제로 특정 후보를 찍으라고 한다면 어떤 기분일지, 투표권의 소중함과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 반 임원 선거에서 공정하게 지켜야 할 약속을 한 가지 정해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부정선거가 4.19 혁명으로 이어진 데서 알 수 있는 '국민의 힘'에 대해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민주주의를 짓밟은 부정선거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1960년 3월 15일, 자유당 정권은 권력을 지키려고 40% 사전 투표, 쌍가락지표, 샌드위치표, 깡패 동원 등 기상천외한 방법으로 선거를 조작한다. 민주주의를 짓밟은 부끄러운 역사를 돌아보며, 우리가 누리는 소중한 투표권과 공정한 선거의 가치를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3.15 부정선거를 저지른 정권과 그 목적으로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자유당의 장기 집권을 위해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야당이 권력을 잡기 위해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외국의 지시로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아무도 모르게 우연히 벌어진 실수로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표를 무효로 만들거나 가짜 표를 끼워 넣는 등 선거를 속이는 행위를 통틀어 '○○선거'라고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공정하고 깨끗함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부정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직접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'샌드위치 표'란 어떤 부정 방법인가요?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멀쩡한 표를 몰래 다 먹어서 없애 버리는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표를 구워 버리는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야당 표를 끼워 여당 표로 둔갑시키는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표를 두 번 세는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유권자 수보다 득표수가 더 많이 나온 결과가 보여 주는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투표한 사람이 정말 아주 많았다는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단순한 계산 실수였다는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정상적인 선거였다는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노골적으로 숫자까지 조작했다는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부정선거가 이루어진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깡패 동원과 참관인 축출로 투표소를 장악한다.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사전 투표로 미리 표를 채워 넣는다.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쌍가락지표·샌드위치표 등으로 개표를 조작한다.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부정이 드러나 4.19 혁명의 도화선이 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선거의 4대 원칙(보통·평등·직접·비밀)이 중요한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공정하고 자유롭게 권리를 보장하려고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절차가 복잡하고 어려워야 멋져 보여서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어른만 투표해야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그저 형식일 뿐이라서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3.15 부정선거에 대한 설명으로 알맞지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사전 투표를 조작했다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국민의 자유 투표를 보장했다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개표를 조작했다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4.19 혁명의 배경이 되었다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부정선거가 왜 단순한 '반칙'을 넘어 민주주의 자체를 위협하는 일인지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우리가 누리는 '소중한 한 표'를 지키기 위해, 시민으로서 가져야 할 태도를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잘못된 권력에 맞서 4.19 혁명으로 이어진 역사가 오늘 우리에게 주는 교훈을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소중한 한 표, 공정한 선거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최악의 부정선거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비밀투표로 자유롭게 투표함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선거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인주를 더 묻혀 무효표로 만드는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투표권과 민주주의를 짓밟아서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비밀투표와 정직한 개표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내 뜻대로 고를 수 없어 억울하고 화가 날 것이다. 투표는 내 생각을 자유롭게 표현하는 소중한 권리이므로 누구도 함부로 빼앗으면 안 된다. · (평가) 투표권의 소중함을 자기 감정과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'누구를 뽑았는지 비밀로 하고, 표를 정직하게 세기'를 약속으로 정하면 좋겠다. · (평가) 공정 선거의 원칙을 담은 약속을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잘못된 일에 국민이 함께 목소리를 내면 권력도 바꿀 수 있다는 것을 보여 준다. 국민 한 사람 한 사람이 모이면 큰 힘이 된다. · (평가) 국민의 힘·참여의 의미를 자기 말로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민주주의를 짓밟은 부정선거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자유당의 장기 집권을 위해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부정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야당 표를 끼워 여당 표로 둔갑시키는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노골적으로 숫자까지 조작했다는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공정하고 자유롭게 권리를 보장하려고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국민의 자유 투표를 보장했다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선거는 국민이 권력을 정하고 견제하는 민주주의의 뿌리인데, 이를 조작하면 국민의 뜻이 사라지고 잘못된 권력이 영원히 이어질 수 있기 때문이다. · (평가) 부정선거와 민주주의의 관계를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후보와 공약을 꼼꼼히 살펴 스스로 판단해 투표하고, 부정에는 침묵하지 않고 관심을 갖고 감시하는 태도가 필요하다. · (평가) 주권자로서의 태도를 구체적으로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권력이 잘못을 저지를 때 국민이 깨어 행동하면 바로잡을 수 있다는 것이다. 민주주의는 그냥 주어지는 것이 아니라 지켜 나가는 것임을 일깨운다. · (평가) 역사의 교훈을 현재와 연결해 밝혔는지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