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돈을 찍어내면 부자가 될까?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돈을 많이 찍어내면 모두 부자가 될까? 물건은 그대로인데 돈만 늘면 값만 치솟는 '인플레이션'의 원리를, 빵 가게 이야기와 독일 바이마르공화국·짐바브웨·베네수엘라의 하이퍼인플레이션 사례로 풀어낸다. 중요한 것은 돈의 양이 아니라 실제 생산 능력이며, 진짜 부는 종이돈이 아니라 교육·기술·생산 같은 가치 창출에서 온다는 경제의 기본을 일깨운다.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'인플레이션'이란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돈 가치가 떨어지고 물가가 오르는 현상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물건이 많아져 값이 자꾸만 내려가는 현상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사람들이 저축을 늘리는 현상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은행이 문을 닫는 현상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빵 가게 이야기에서, 모두에게 돈을 더 나눠 줬는데도 살 수 있는 빵의 양이 그대로인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사람들이 어느 날 갑자기 빵을 하나도 사지 않아서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돈만 늘고 빵은 그대로여서 값만 올라서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빵집이 문을 닫아서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빵이 더 많이 만들어져서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핵심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영상이 강조한, 경제에서 정말 중요한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돈을 빨리 찍는 기술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돈을 아주 많이 가진 사람들의 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실제 생산되는 물건·서비스의 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은행의 크기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독일 바이마르공화국이 초인플레이션을 겪게 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어느 날 갑자기 기름값과 석유값이 크게 치솟아서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전쟁이 끝나서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수출이 잘돼서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전쟁 배상금을 갚으려 돈을 무분별하게 찍어서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인플레이션의 악순환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물건은 그대로인데 돈만 많아진다.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정부가 돈을 더 많이 찍어 나눠 준다.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정부가 다시 더 많은 돈을 찍는다.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물가가 오르고 돈의 가치가 떨어진다.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짐바브웨에서 일어난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물가가 안정되어 부자가 되었다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물가가 천문학적으로 올라 화폐를 포기했다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돈을 아주 적게 찍어 모든 문제를 다 해결했다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외국에 돈을 빌려주었다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베네수엘라처럼 나타나는 '자원의 저주'란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자원에 기대 발전을 소홀히 해 가난해지는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귀한 자원이 하나도 없어서 점점 더 가난해지는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자원을 외국에 빼앗기는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자원이 갑자기 사라지는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영상이 말하는 지속 가능한 번영의 진짜 해결책은?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무조건 돈을 더욱더 빨리 더 많이 찍어내는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보조금을 계속 늘리는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교육·기술에 투자해 생산 능력을 키우는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외국 빚을 돈을 찍어 갚는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돈을 많이 찍어내는 것이 왜 가난 문제의 진짜 해결책이 될 수 없는지, 빵 가게 이야기나 역사 사례를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우리나라가 가난을 벗어나 성장한 비결을 떠올려, 미래의 경제를 위해 무엇에 투자하면 좋을지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돈을 찍어내면 부자가 될까?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돈 가치가 떨어지고 물가가 오르는 현상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돈만 늘고 빵은 그대로여서 값만 올라서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실제 생산되는 물건·서비스의 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전쟁 배상금을 갚으려 돈을 무분별하게 찍어서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물가가 천문학적으로 올라 화폐를 포기했다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자원에 기대 발전을 소홀히 해 가난해지는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교육·기술에 투자해 생산 능력을 키우는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빵이 5개로 그대로인데 돈만 두 배가 되면 값만 두 배가 되어 살 수 있는 양은 그대로다. 독일·짐바브웨처럼 돈만 찍으면 물가만 폭등해 오히려 더 가난해진다. · (평가) 생산량 불변과 가치 하락을 사례로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우리나라는 교육과 기술(반도체·자동차 등)에 투자해 성장했다. 앞으로도 AI·친환경 기술과 교육에 투자해 생산 능력과 가치를 키워야 한다. · (평가) 가치 창출·생산력과 연결한 구체적 투자 분야를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