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펭수와 함께 독도로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펭수가 가려고 한 고향은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제주도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울릉도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남극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펭수는 바다를 어떻게 건너갔나요?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비행기로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헤엄쳐서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버스로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기차로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펭수가 독도로 가는 길에 들른 섬은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제주도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강화도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울릉도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거제도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울릉도에서 유명한 먹거리(특산물)는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빨간 사과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감귤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포도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오징어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돈이 없던 펭수가 오징어를 얻으려고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오징어 파는 일을 도왔다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말도 없이 그냥 가져갔다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울며 떼를 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집으로 돌아갔다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펭수가 독도를 부른 별명은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꽃들의 나라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새들의 고향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물고기 마을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구름 나라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독도에서 펭수가 한 착한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멋진 나무를 마구 함부로 꺾어서 버렸다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쓰레기를 버렸다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갈매기 똥을 치우고 주변을 정리했다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갈매기를 쫓아냈다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우리에게 알려 주는 마음은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아주 멀리멀리 여행을 떠나는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맛집 찾는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수영 잘하는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우리 땅 독도를 아끼는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독도  ·          ·  펭수의 고향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울릉도  ·          ·  오징어가 유명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갈매기  ·          ·  독도에 사는 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땅 독도에 직접 가 본다면 무엇을 하고 싶은지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울릉도를 거쳐 독도까지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펭수가 새벽부터 헤엄을 쳐 울릉도를 거쳐 고향 독도로 향한다. 가방과 돈을 놓고 와 울릉도에서 오징어 손질·판매를 도우며 차비를 벌고, 마침내 도착한 독도에서 갈매기들과 어울리고 똥을 치우며 우리 땅을 아낀다. '외로운 섬 하나, 새들의 고향' 독도와 울릉도의 특산물·환경을 유쾌하게 만나며 국토 사랑의 마음을 키우는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펭수의 여정에서 마지막 목적지(고향)는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울릉도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제주도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부산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펭수가 울릉도에서 돈 대신 오징어를 얻기 위해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흥겹게 신나는 노래를 불렀다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오징어 손질·판매를 도왔다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춤을 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그림을 그렸다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울릉도에 오징어가 특산물로 유명한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공장이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구경 오는 관광객이 아주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바다라 오징어가 많이 잡혀서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값이 비싸서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독도의 행정 주소로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우리나라 남쪽 끝 전라남도 신안군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강원도 강릉시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제주특별자치도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경상북도 울릉군 울릉읍 독도리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펭수의 여정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바다를 헤엄쳐 울릉도에 닿는다.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새벽에 고향으로 출발한다.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갈매기 똥을 치우며 독도를 정리한다.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배를 타고 독도에 도착한다.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독도를 '외로운 섬 하나, 새들의 고향'이라 표현한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찾아오는 사람이 아주 많기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새들이 머무는 쉼터이기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꽃이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건물이 많아서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독도에서 펭수가 보여 준 바른 태도는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갈매기 똥을 치우고 깨끗이 지켰다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독도의 귀한 기념품을 몰래 가져왔다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큰 소리로 떠들었다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돌을 던졌다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전하려는 바로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여행은 힘들다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수영을 배우자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우리 땅 독도를 아끼고 지키자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맛있는 오징어를 욕심껏 많이 먹자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바다를 지키고 있는 독도에게 전하고 싶은 감사와 응원의 한마디를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펭수처럼 독도(우리 환경)를 깨끗이 지키기 위해 우리가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우리 땅 독도와 국토 사랑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펭수가 새벽부터 헤엄을 쳐 울릉도를 거쳐 고향 독도로 향한다. 가방과 돈을 놓고 와 울릉도에서 오징어 손질·판매를 도우며 차비를 벌고, 마침내 도착한 독도에서 갈매기들과 어울리고 똥을 치우며 우리 땅을 아낀다. '외로운 섬 하나, 새들의 고향' 독도와 울릉도의 특산물·환경을 유쾌하게 만나며 국토 사랑의 마음을 키우는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펭수가 찾아간 고향이자 우리나라 동쪽 끝 섬은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마라도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백령도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거제도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펭수가 독도로 가는 길에 거친 섬은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제주도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울릉도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강화도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진도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탐구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울릉도의 대표 특산물과 그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사과 — 날씨가 무척 춥고 서늘해서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쌀 — 들이 넓어서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오징어 — 바다에서 많이 잡혀서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감귤 — 따뜻해서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독도의 정확한 행정 구역(주소)은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멀리 서쪽 바다 끝 인천광역시 옹진군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강원도 동해시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부산광역시 영도구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경상북도 울릉군 울릉읍 독도리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펭수의 여정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바다를 헤엄쳐 울릉도에 닿는다.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새벽에 고향으로 출발한다.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갈매기 똥을 치우며 독도를 정리한다.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배를 타고 독도에 도착한다.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펭수가 독도에서 갈매기 똥을 치운 행동이 주는 메시지로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청소가 취미라는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우리 땅의 환경을 지켜야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갈매기가 싫다는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독도가 아주 지저분하고 더럽기만 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 영상처럼 독도를 알리는 좋은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직접 가 보고 소중함을 전하는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세상 누구에게도 절대 말하지 않는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 이름으로 부르는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관심을 두지 않는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전하려는 바로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여행의 어려움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맛있는 오징어의 풍부한 영양 성분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독도에 대한 자긍심과 국토 사랑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수영하는 방법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독도가 우리 땅임을 바르게 알리려면 어떤 노력이 필요할지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독도 같은 우리 영토와 자연을 지키기 위해 우리가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펭수와 함께 독도로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독도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헤엄쳐서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울릉도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오징어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오징어 파는 일을 도왔다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새들의 고향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갈매기 똥을 치우고 주변을 정리했다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우리 땅 독도를 아끼는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독도-펭수의 고향 / 울릉도-오징어 / 갈매기-독도의 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독도의 멋진 바다와 갈매기를 보고, 독도가 우리 땅임을 친구들에게 자랑하고 싶다. · (평가) 독도에서 하고 싶은 일을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울릉도를 거쳐 독도까지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독도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오징어 손질·판매를 도왔다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바다라 오징어가 많이 잡혀서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경상북도 울릉군 울릉읍 독도리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새들이 머무는 쉼터이기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갈매기 똥을 치우고 깨끗이 지켰다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우리 땅 독도를 아끼고 지키자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우리나라 동쪽 끝에서 우리 바다를 지켜 줘서 고마워, 독도야. 앞으로도 우리가 너를 아끼고 지킬게. · (평가) 독도를 향한 마음을 자기 말로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쓰레기를 함부로 버리지 않고, 자연과 동물을 아끼며, 독도에 관심을 갖고 바르게 알린다. · (평가) 환경을 지키는 실천을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우리 땅 독도와 국토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독도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울릉도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오징어 — 바다에서 많이 잡혀서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경상북도 울릉군 울릉읍 독도리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우리 땅의 환경을 지켜야 한다는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직접 가 보고 소중함을 전하는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독도에 대한 자긍심과 국토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독도의 역사와 지리를 정확히 알고, 친구나 외국 사람에게 사실과 근거를 들어 차분히 알린다. · (평가) 알리는 방법을 구체적·합리적으로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독도에 꾸준히 관심을 갖고, 환경을 아끼며, 우리 땅임을 바르게 배우고 알리는 일을 실천한다. · (평가) 영토·환경을 지키는 실천을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