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맑은 고딕" w:hAnsi="맑은 고딕" w:eastAsia="맑은 고딕"/>
          <w:b/>
          <w:color w:val="2272EB"/>
          <w:sz w:val="19"/>
        </w:rPr>
        <w:t xml:space="preserve">[초등 중학년용] </w:t>
      </w:r>
    </w:p>
    <w:p>
      <w:r>
        <w:rPr>
          <w:rFonts w:ascii="맑은 고딕" w:hAnsi="맑은 고딕" w:eastAsia="맑은 고딕"/>
          <w:b/>
          <w:color w:val="191F28"/>
          <w:sz w:val="36"/>
        </w:rPr>
        <w:t>돈은 어떻게 생겼을까</w:t>
      </w:r>
    </w:p>
    <w:p>
      <w:r>
        <w:rPr>
          <w:rFonts w:ascii="맑은 고딕" w:hAnsi="맑은 고딕" w:eastAsia="맑은 고딕"/>
          <w:b/>
          <w:color w:val="2272EB"/>
          <w:sz w:val="19"/>
        </w:rPr>
        <w:t xml:space="preserve">영상 미리보기  </w:t>
      </w:r>
      <w:r>
        <w:rPr>
          <w:rFonts w:ascii="맑은 고딕" w:hAnsi="맑은 고딕" w:eastAsia="맑은 고딕"/>
          <w:b w:val="0"/>
          <w:color w:val="4E5968"/>
          <w:sz w:val="19"/>
        </w:rPr>
        <w:t>돈은 어떻게 만들어지고 왜 마음대로 많이 찍어낼 수 없을까? 돈은 물건을 교환하고 가치를 평가하는 '사회적 약속'이며, 한국은행의 요청으로 한국조폐공사가 만든다. 무제한으로 찍으면 돈의 가치가 떨어져 물가가 오르기에 통화량을 조절한다. 물물교환에서 물품 화폐·금속 화폐·지폐를 거쳐 전자화폐까지 이어진 화폐의 역사를 통해 돈의 의미를 배우는 경제 교육 이야기.</w:t>
      </w:r>
    </w:p>
    <w:p>
      <w:pPr>
        <w:spacing w:before="240"/>
      </w:pPr>
      <w:r>
        <w:rPr>
          <w:rFonts w:ascii="맑은 고딕" w:hAnsi="맑은 고딕" w:eastAsia="맑은 고딕"/>
          <w:b/>
          <w:color w:val="8B95A1"/>
          <w:sz w:val="17"/>
        </w:rPr>
        <w:t xml:space="preserve">  개념 이해 · 객관식  </w:t>
      </w:r>
    </w:p>
    <w:p>
      <w:r>
        <w:rPr>
          <w:rFonts w:ascii="맑은 고딕" w:hAnsi="맑은 고딕" w:eastAsia="맑은 고딕"/>
          <w:b/>
          <w:color w:val="2272EB"/>
          <w:sz w:val="24"/>
        </w:rPr>
        <w:t xml:space="preserve">1. </w:t>
      </w:r>
      <w:r>
        <w:rPr>
          <w:rFonts w:ascii="맑은 고딕" w:hAnsi="맑은 고딕" w:eastAsia="맑은 고딕"/>
          <w:b/>
          <w:color w:val="191F28"/>
          <w:sz w:val="23"/>
        </w:rPr>
        <w:t>돈이란 무엇인가요?</w:t>
      </w:r>
    </w:p>
    <w:p>
      <w:pPr>
        <w:ind w:left="320"/>
      </w:pPr>
      <w:r>
        <w:rPr>
          <w:rFonts w:ascii="맑은 고딕" w:hAnsi="맑은 고딕" w:eastAsia="맑은 고딕"/>
          <w:b w:val="0"/>
          <w:color w:val="4E5968"/>
          <w:sz w:val="22"/>
        </w:rPr>
        <w:t>① 물건을 바꾸는 사회적 약속</w:t>
      </w:r>
    </w:p>
    <w:p>
      <w:pPr>
        <w:ind w:left="320"/>
      </w:pPr>
      <w:r>
        <w:rPr>
          <w:rFonts w:ascii="맑은 고딕" w:hAnsi="맑은 고딕" w:eastAsia="맑은 고딕"/>
          <w:b w:val="0"/>
          <w:color w:val="4E5968"/>
          <w:sz w:val="22"/>
        </w:rPr>
        <w:t>② 먹을 수 있는 음식</w:t>
      </w:r>
    </w:p>
    <w:p>
      <w:pPr>
        <w:ind w:left="320"/>
      </w:pPr>
      <w:r>
        <w:rPr>
          <w:rFonts w:ascii="맑은 고딕" w:hAnsi="맑은 고딕" w:eastAsia="맑은 고딕"/>
          <w:b w:val="0"/>
          <w:color w:val="4E5968"/>
          <w:sz w:val="22"/>
        </w:rPr>
        <w:t>③ 장난감의 한 종류</w:t>
      </w:r>
    </w:p>
    <w:p>
      <w:pPr>
        <w:ind w:left="320"/>
      </w:pPr>
      <w:r>
        <w:rPr>
          <w:rFonts w:ascii="맑은 고딕" w:hAnsi="맑은 고딕" w:eastAsia="맑은 고딕"/>
          <w:b w:val="0"/>
          <w:color w:val="4E5968"/>
          <w:sz w:val="22"/>
        </w:rPr>
        <w:t>④ 그냥 예쁘게 만든 종이일 뿐</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2. </w:t>
      </w:r>
      <w:r>
        <w:rPr>
          <w:rFonts w:ascii="맑은 고딕" w:hAnsi="맑은 고딕" w:eastAsia="맑은 고딕"/>
          <w:b/>
          <w:color w:val="191F28"/>
          <w:sz w:val="23"/>
        </w:rPr>
        <w:t>우리나라에서 돈을 실제로 만드는 곳은 어디인가요?</w:t>
      </w:r>
    </w:p>
    <w:p>
      <w:pPr>
        <w:ind w:left="320"/>
      </w:pPr>
      <w:r>
        <w:rPr>
          <w:rFonts w:ascii="맑은 고딕" w:hAnsi="맑은 고딕" w:eastAsia="맑은 고딕"/>
          <w:b w:val="0"/>
          <w:color w:val="4E5968"/>
          <w:sz w:val="22"/>
        </w:rPr>
        <w:t>① 여러 시중 은행</w:t>
      </w:r>
    </w:p>
    <w:p>
      <w:pPr>
        <w:ind w:left="320"/>
      </w:pPr>
      <w:r>
        <w:rPr>
          <w:rFonts w:ascii="맑은 고딕" w:hAnsi="맑은 고딕" w:eastAsia="맑은 고딕"/>
          <w:b w:val="0"/>
          <w:color w:val="4E5968"/>
          <w:sz w:val="22"/>
        </w:rPr>
        <w:t>② 한국조폐공사</w:t>
      </w:r>
    </w:p>
    <w:p>
      <w:pPr>
        <w:ind w:left="320"/>
      </w:pPr>
      <w:r>
        <w:rPr>
          <w:rFonts w:ascii="맑은 고딕" w:hAnsi="맑은 고딕" w:eastAsia="맑은 고딕"/>
          <w:b w:val="0"/>
          <w:color w:val="4E5968"/>
          <w:sz w:val="22"/>
        </w:rPr>
        <w:t>③ 큰 백화점</w:t>
      </w:r>
    </w:p>
    <w:p>
      <w:pPr>
        <w:ind w:left="320"/>
      </w:pPr>
      <w:r>
        <w:rPr>
          <w:rFonts w:ascii="맑은 고딕" w:hAnsi="맑은 고딕" w:eastAsia="맑은 고딕"/>
          <w:b w:val="0"/>
          <w:color w:val="4E5968"/>
          <w:sz w:val="22"/>
        </w:rPr>
        <w:t>④ 동네 우체국과 시청</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3. </w:t>
      </w:r>
      <w:r>
        <w:rPr>
          <w:rFonts w:ascii="맑은 고딕" w:hAnsi="맑은 고딕" w:eastAsia="맑은 고딕"/>
          <w:b/>
          <w:color w:val="191F28"/>
          <w:sz w:val="23"/>
        </w:rPr>
        <w:t>돈을 무제한으로 찍어내면 어떤 일이 생기나요?</w:t>
      </w:r>
    </w:p>
    <w:p>
      <w:pPr>
        <w:ind w:left="320"/>
      </w:pPr>
      <w:r>
        <w:rPr>
          <w:rFonts w:ascii="맑은 고딕" w:hAnsi="맑은 고딕" w:eastAsia="맑은 고딕"/>
          <w:b w:val="0"/>
          <w:color w:val="4E5968"/>
          <w:sz w:val="22"/>
        </w:rPr>
        <w:t>① 온 나라 사람들이 모두 큰 부자가 된다</w:t>
      </w:r>
    </w:p>
    <w:p>
      <w:pPr>
        <w:ind w:left="320"/>
      </w:pPr>
      <w:r>
        <w:rPr>
          <w:rFonts w:ascii="맑은 고딕" w:hAnsi="맑은 고딕" w:eastAsia="맑은 고딕"/>
          <w:b w:val="0"/>
          <w:color w:val="4E5968"/>
          <w:sz w:val="22"/>
        </w:rPr>
        <w:t>② 물건이 많아진다</w:t>
      </w:r>
    </w:p>
    <w:p>
      <w:pPr>
        <w:ind w:left="320"/>
      </w:pPr>
      <w:r>
        <w:rPr>
          <w:rFonts w:ascii="맑은 고딕" w:hAnsi="맑은 고딕" w:eastAsia="맑은 고딕"/>
          <w:b w:val="0"/>
          <w:color w:val="4E5968"/>
          <w:sz w:val="22"/>
        </w:rPr>
        <w:t>③ 돈 가치가 떨어져 물가가 오른다</w:t>
      </w:r>
    </w:p>
    <w:p>
      <w:pPr>
        <w:ind w:left="320"/>
      </w:pPr>
      <w:r>
        <w:rPr>
          <w:rFonts w:ascii="맑은 고딕" w:hAnsi="맑은 고딕" w:eastAsia="맑은 고딕"/>
          <w:b w:val="0"/>
          <w:color w:val="4E5968"/>
          <w:sz w:val="22"/>
        </w:rPr>
        <w:t>④ 물건이 공짜가 된다</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4. </w:t>
      </w:r>
      <w:r>
        <w:rPr>
          <w:rFonts w:ascii="맑은 고딕" w:hAnsi="맑은 고딕" w:eastAsia="맑은 고딕"/>
          <w:b/>
          <w:color w:val="191F28"/>
          <w:sz w:val="23"/>
        </w:rPr>
        <w:t>물물교환의 불편한 점으로 알맞은 것은?</w:t>
      </w:r>
    </w:p>
    <w:p>
      <w:pPr>
        <w:ind w:left="320"/>
      </w:pPr>
      <w:r>
        <w:rPr>
          <w:rFonts w:ascii="맑은 고딕" w:hAnsi="맑은 고딕" w:eastAsia="맑은 고딕"/>
          <w:b w:val="0"/>
          <w:color w:val="4E5968"/>
          <w:sz w:val="22"/>
        </w:rPr>
        <w:t>① 서로 주고받을 물건값이 너무 많이 비싸진다</w:t>
      </w:r>
    </w:p>
    <w:p>
      <w:pPr>
        <w:ind w:left="320"/>
      </w:pPr>
      <w:r>
        <w:rPr>
          <w:rFonts w:ascii="맑은 고딕" w:hAnsi="맑은 고딕" w:eastAsia="맑은 고딕"/>
          <w:b w:val="0"/>
          <w:color w:val="4E5968"/>
          <w:sz w:val="22"/>
        </w:rPr>
        <w:t>② 돈이 부족하다</w:t>
      </w:r>
    </w:p>
    <w:p>
      <w:pPr>
        <w:ind w:left="320"/>
      </w:pPr>
      <w:r>
        <w:rPr>
          <w:rFonts w:ascii="맑은 고딕" w:hAnsi="맑은 고딕" w:eastAsia="맑은 고딕"/>
          <w:b w:val="0"/>
          <w:color w:val="4E5968"/>
          <w:sz w:val="22"/>
        </w:rPr>
        <w:t>③ 물건이 남아돈다</w:t>
      </w:r>
    </w:p>
    <w:p>
      <w:pPr>
        <w:ind w:left="320"/>
      </w:pPr>
      <w:r>
        <w:rPr>
          <w:rFonts w:ascii="맑은 고딕" w:hAnsi="맑은 고딕" w:eastAsia="맑은 고딕"/>
          <w:b w:val="0"/>
          <w:color w:val="4E5968"/>
          <w:sz w:val="22"/>
        </w:rPr>
        <w:t>④ 서로 원하는 것이 안 맞을 때가 있다</w:t>
      </w:r>
    </w:p>
    <w:p>
      <w:pPr>
        <w:spacing w:before="240"/>
      </w:pPr>
      <w:r>
        <w:rPr>
          <w:rFonts w:ascii="맑은 고딕" w:hAnsi="맑은 고딕" w:eastAsia="맑은 고딕"/>
          <w:b/>
          <w:color w:val="8B95A1"/>
          <w:sz w:val="17"/>
        </w:rPr>
        <w:t xml:space="preserve">  순서 맞추기  </w:t>
      </w:r>
    </w:p>
    <w:p>
      <w:r>
        <w:rPr>
          <w:rFonts w:ascii="맑은 고딕" w:hAnsi="맑은 고딕" w:eastAsia="맑은 고딕"/>
          <w:b/>
          <w:color w:val="2272EB"/>
          <w:sz w:val="24"/>
        </w:rPr>
        <w:t xml:space="preserve">5. </w:t>
      </w:r>
      <w:r>
        <w:rPr>
          <w:rFonts w:ascii="맑은 고딕" w:hAnsi="맑은 고딕" w:eastAsia="맑은 고딕"/>
          <w:b/>
          <w:color w:val="191F28"/>
          <w:sz w:val="23"/>
        </w:rPr>
        <w:t>화폐가 발전해 온 순서대로 기호를 써 보세요.</w:t>
      </w:r>
    </w:p>
    <w:p>
      <w:pPr>
        <w:ind w:left="320"/>
      </w:pPr>
      <w:r>
        <w:rPr>
          <w:rFonts w:ascii="맑은 고딕" w:hAnsi="맑은 고딕" w:eastAsia="맑은 고딕"/>
          <w:b w:val="0"/>
          <w:color w:val="333D4B"/>
          <w:sz w:val="22"/>
        </w:rPr>
        <w:t>ㄱ. 물품 화폐(소금)를 쓴다.</w:t>
      </w:r>
    </w:p>
    <w:p>
      <w:pPr>
        <w:ind w:left="320"/>
      </w:pPr>
      <w:r>
        <w:rPr>
          <w:rFonts w:ascii="맑은 고딕" w:hAnsi="맑은 고딕" w:eastAsia="맑은 고딕"/>
          <w:b w:val="0"/>
          <w:color w:val="333D4B"/>
          <w:sz w:val="22"/>
        </w:rPr>
        <w:t>ㄴ. 물물교환을 한다.</w:t>
      </w:r>
    </w:p>
    <w:p>
      <w:pPr>
        <w:ind w:left="320"/>
      </w:pPr>
      <w:r>
        <w:rPr>
          <w:rFonts w:ascii="맑은 고딕" w:hAnsi="맑은 고딕" w:eastAsia="맑은 고딕"/>
          <w:b w:val="0"/>
          <w:color w:val="333D4B"/>
          <w:sz w:val="22"/>
        </w:rPr>
        <w:t>ㄷ. 지폐·전자화폐로 발전한다.</w:t>
      </w:r>
    </w:p>
    <w:p>
      <w:pPr>
        <w:ind w:left="320"/>
      </w:pPr>
      <w:r>
        <w:rPr>
          <w:rFonts w:ascii="맑은 고딕" w:hAnsi="맑은 고딕" w:eastAsia="맑은 고딕"/>
          <w:b w:val="0"/>
          <w:color w:val="333D4B"/>
          <w:sz w:val="22"/>
        </w:rPr>
        <w:t>ㄹ. 금속·동전을 쓴다.</w:t>
      </w:r>
    </w:p>
    <w:p>
      <w:pPr>
        <w:ind w:left="320"/>
      </w:pPr>
      <w:r>
        <w:rPr>
          <w:rFonts w:ascii="맑은 고딕" w:hAnsi="맑은 고딕" w:eastAsia="맑은 고딕"/>
          <w:b/>
          <w:color w:val="191F28"/>
          <w:sz w:val="22"/>
        </w:rPr>
        <w:t>(    ) → (    ) → (    ) → (    )</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6. </w:t>
      </w:r>
      <w:r>
        <w:rPr>
          <w:rFonts w:ascii="맑은 고딕" w:hAnsi="맑은 고딕" w:eastAsia="맑은 고딕"/>
          <w:b/>
          <w:color w:val="191F28"/>
          <w:sz w:val="23"/>
        </w:rPr>
        <w:t>물품 화폐의 시초가 된 것은 무엇인가요?</w:t>
      </w:r>
    </w:p>
    <w:p>
      <w:pPr>
        <w:ind w:left="320"/>
      </w:pPr>
      <w:r>
        <w:rPr>
          <w:rFonts w:ascii="맑은 고딕" w:hAnsi="맑은 고딕" w:eastAsia="맑은 고딕"/>
          <w:b w:val="0"/>
          <w:color w:val="4E5968"/>
          <w:sz w:val="22"/>
        </w:rPr>
        <w:t>① 조개</w:t>
      </w:r>
    </w:p>
    <w:p>
      <w:pPr>
        <w:ind w:left="320"/>
      </w:pPr>
      <w:r>
        <w:rPr>
          <w:rFonts w:ascii="맑은 고딕" w:hAnsi="맑은 고딕" w:eastAsia="맑은 고딕"/>
          <w:b w:val="0"/>
          <w:color w:val="4E5968"/>
          <w:sz w:val="22"/>
        </w:rPr>
        <w:t>② 소금</w:t>
      </w:r>
    </w:p>
    <w:p>
      <w:pPr>
        <w:ind w:left="320"/>
      </w:pPr>
      <w:r>
        <w:rPr>
          <w:rFonts w:ascii="맑은 고딕" w:hAnsi="맑은 고딕" w:eastAsia="맑은 고딕"/>
          <w:b w:val="0"/>
          <w:color w:val="4E5968"/>
          <w:sz w:val="22"/>
        </w:rPr>
        <w:t>③ 금화</w:t>
      </w:r>
    </w:p>
    <w:p>
      <w:pPr>
        <w:ind w:left="320"/>
      </w:pPr>
      <w:r>
        <w:rPr>
          <w:rFonts w:ascii="맑은 고딕" w:hAnsi="맑은 고딕" w:eastAsia="맑은 고딕"/>
          <w:b w:val="0"/>
          <w:color w:val="4E5968"/>
          <w:sz w:val="22"/>
        </w:rPr>
        <w:t>④ 곡식</w:t>
      </w:r>
    </w:p>
    <w:p>
      <w:pPr>
        <w:spacing w:before="240"/>
      </w:pPr>
      <w:r>
        <w:rPr>
          <w:rFonts w:ascii="맑은 고딕" w:hAnsi="맑은 고딕" w:eastAsia="맑은 고딕"/>
          <w:b/>
          <w:color w:val="8B95A1"/>
          <w:sz w:val="17"/>
        </w:rPr>
        <w:t xml:space="preserve">  개념 이해 · 객관식  </w:t>
      </w:r>
    </w:p>
    <w:p>
      <w:r>
        <w:rPr>
          <w:rFonts w:ascii="맑은 고딕" w:hAnsi="맑은 고딕" w:eastAsia="맑은 고딕"/>
          <w:b/>
          <w:color w:val="2272EB"/>
          <w:sz w:val="24"/>
        </w:rPr>
        <w:t xml:space="preserve">7. </w:t>
      </w:r>
      <w:r>
        <w:rPr>
          <w:rFonts w:ascii="맑은 고딕" w:hAnsi="맑은 고딕" w:eastAsia="맑은 고딕"/>
          <w:b/>
          <w:color w:val="191F28"/>
          <w:sz w:val="23"/>
        </w:rPr>
        <w:t>'통화량'이란 무엇인가요?</w:t>
      </w:r>
    </w:p>
    <w:p>
      <w:pPr>
        <w:ind w:left="320"/>
      </w:pPr>
      <w:r>
        <w:rPr>
          <w:rFonts w:ascii="맑은 고딕" w:hAnsi="맑은 고딕" w:eastAsia="맑은 고딕"/>
          <w:b w:val="0"/>
          <w:color w:val="4E5968"/>
          <w:sz w:val="22"/>
        </w:rPr>
        <w:t>① 돈을 만드는 기계</w:t>
      </w:r>
    </w:p>
    <w:p>
      <w:pPr>
        <w:ind w:left="320"/>
      </w:pPr>
      <w:r>
        <w:rPr>
          <w:rFonts w:ascii="맑은 고딕" w:hAnsi="맑은 고딕" w:eastAsia="맑은 고딕"/>
          <w:b w:val="0"/>
          <w:color w:val="4E5968"/>
          <w:sz w:val="22"/>
        </w:rPr>
        <w:t>② 은행 직원의 수</w:t>
      </w:r>
    </w:p>
    <w:p>
      <w:pPr>
        <w:ind w:left="320"/>
      </w:pPr>
      <w:r>
        <w:rPr>
          <w:rFonts w:ascii="맑은 고딕" w:hAnsi="맑은 고딕" w:eastAsia="맑은 고딕"/>
          <w:b w:val="0"/>
          <w:color w:val="4E5968"/>
          <w:sz w:val="22"/>
        </w:rPr>
        <w:t>③ 시중에 도는 돈의 양</w:t>
      </w:r>
    </w:p>
    <w:p>
      <w:pPr>
        <w:ind w:left="320"/>
      </w:pPr>
      <w:r>
        <w:rPr>
          <w:rFonts w:ascii="맑은 고딕" w:hAnsi="맑은 고딕" w:eastAsia="맑은 고딕"/>
          <w:b w:val="0"/>
          <w:color w:val="4E5968"/>
          <w:sz w:val="22"/>
        </w:rPr>
        <w:t>④ 한 사람이 가진 재산의 총합</w:t>
      </w:r>
    </w:p>
    <w:p>
      <w:pPr>
        <w:spacing w:before="240"/>
      </w:pPr>
      <w:r>
        <w:rPr>
          <w:rFonts w:ascii="맑은 고딕" w:hAnsi="맑은 고딕" w:eastAsia="맑은 고딕"/>
          <w:b/>
          <w:color w:val="8B95A1"/>
          <w:sz w:val="17"/>
        </w:rPr>
        <w:t xml:space="preserve">  종합 · 주제 파악  </w:t>
      </w:r>
    </w:p>
    <w:p>
      <w:r>
        <w:rPr>
          <w:rFonts w:ascii="맑은 고딕" w:hAnsi="맑은 고딕" w:eastAsia="맑은 고딕"/>
          <w:b/>
          <w:color w:val="2272EB"/>
          <w:sz w:val="24"/>
        </w:rPr>
        <w:t xml:space="preserve">8. </w:t>
      </w:r>
      <w:r>
        <w:rPr>
          <w:rFonts w:ascii="맑은 고딕" w:hAnsi="맑은 고딕" w:eastAsia="맑은 고딕"/>
          <w:b/>
          <w:color w:val="191F28"/>
          <w:sz w:val="23"/>
        </w:rPr>
        <w:t>돈에 대한 바른 생각으로 가장 알맞은 것은?</w:t>
      </w:r>
    </w:p>
    <w:p>
      <w:pPr>
        <w:ind w:left="320"/>
      </w:pPr>
      <w:r>
        <w:rPr>
          <w:rFonts w:ascii="맑은 고딕" w:hAnsi="맑은 고딕" w:eastAsia="맑은 고딕"/>
          <w:b w:val="0"/>
          <w:color w:val="4E5968"/>
          <w:sz w:val="22"/>
        </w:rPr>
        <w:t>① 전부는 아니나 꼭 필요하다</w:t>
      </w:r>
    </w:p>
    <w:p>
      <w:pPr>
        <w:ind w:left="320"/>
      </w:pPr>
      <w:r>
        <w:rPr>
          <w:rFonts w:ascii="맑은 고딕" w:hAnsi="맑은 고딕" w:eastAsia="맑은 고딕"/>
          <w:b w:val="0"/>
          <w:color w:val="4E5968"/>
          <w:sz w:val="22"/>
        </w:rPr>
        <w:t>② 삶에서 가장 중요하다</w:t>
      </w:r>
    </w:p>
    <w:p>
      <w:pPr>
        <w:ind w:left="320"/>
      </w:pPr>
      <w:r>
        <w:rPr>
          <w:rFonts w:ascii="맑은 고딕" w:hAnsi="맑은 고딕" w:eastAsia="맑은 고딕"/>
          <w:b w:val="0"/>
          <w:color w:val="4E5968"/>
          <w:sz w:val="22"/>
        </w:rPr>
        <w:t>③ 전혀 필요 없다</w:t>
      </w:r>
    </w:p>
    <w:p>
      <w:pPr>
        <w:ind w:left="320"/>
      </w:pPr>
      <w:r>
        <w:rPr>
          <w:rFonts w:ascii="맑은 고딕" w:hAnsi="맑은 고딕" w:eastAsia="맑은 고딕"/>
          <w:b w:val="0"/>
          <w:color w:val="4E5968"/>
          <w:sz w:val="22"/>
        </w:rPr>
        <w:t>④ 많을수록 무조건 행복해진다</w:t>
      </w:r>
    </w:p>
    <w:p>
      <w:pPr>
        <w:spacing w:before="240"/>
      </w:pPr>
      <w:r>
        <w:rPr>
          <w:rFonts w:ascii="맑은 고딕" w:hAnsi="맑은 고딕" w:eastAsia="맑은 고딕"/>
          <w:b/>
          <w:color w:val="8B95A1"/>
          <w:sz w:val="17"/>
        </w:rPr>
        <w:t xml:space="preserve">  적용하기 · 서술형  </w:t>
      </w:r>
    </w:p>
    <w:p>
      <w:r>
        <w:rPr>
          <w:rFonts w:ascii="맑은 고딕" w:hAnsi="맑은 고딕" w:eastAsia="맑은 고딕"/>
          <w:b/>
          <w:color w:val="2272EB"/>
          <w:sz w:val="24"/>
        </w:rPr>
        <w:t xml:space="preserve">9. </w:t>
      </w:r>
      <w:r>
        <w:rPr>
          <w:rFonts w:ascii="맑은 고딕" w:hAnsi="맑은 고딕" w:eastAsia="맑은 고딕"/>
          <w:b/>
          <w:color w:val="191F28"/>
          <w:sz w:val="23"/>
        </w:rPr>
        <w:t>돈을 무제한으로 찍어내면 우리 생활이 어떻게 될지 상상해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pPr>
        <w:spacing w:before="240"/>
      </w:pPr>
      <w:r>
        <w:rPr>
          <w:rFonts w:ascii="맑은 고딕" w:hAnsi="맑은 고딕" w:eastAsia="맑은 고딕"/>
          <w:b/>
          <w:color w:val="8B95A1"/>
          <w:sz w:val="17"/>
        </w:rPr>
        <w:t xml:space="preserve">  적용하기 · 서술형  </w:t>
      </w:r>
    </w:p>
    <w:p>
      <w:r>
        <w:rPr>
          <w:rFonts w:ascii="맑은 고딕" w:hAnsi="맑은 고딕" w:eastAsia="맑은 고딕"/>
          <w:b/>
          <w:color w:val="2272EB"/>
          <w:sz w:val="24"/>
        </w:rPr>
        <w:t xml:space="preserve">10. </w:t>
      </w:r>
      <w:r>
        <w:rPr>
          <w:rFonts w:ascii="맑은 고딕" w:hAnsi="맑은 고딕" w:eastAsia="맑은 고딕"/>
          <w:b/>
          <w:color w:val="191F28"/>
          <w:sz w:val="23"/>
        </w:rPr>
        <w:t>물물교환의 불편함과, 돈이 생긴 뒤 편리해진 점을 비교해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2272EB"/>
          <w:sz w:val="19"/>
        </w:rPr>
        <w:t xml:space="preserve">[초등 고학년용] </w:t>
      </w:r>
    </w:p>
    <w:p>
      <w:r>
        <w:rPr>
          <w:rFonts w:ascii="맑은 고딕" w:hAnsi="맑은 고딕" w:eastAsia="맑은 고딕"/>
          <w:b/>
          <w:color w:val="191F28"/>
          <w:sz w:val="36"/>
        </w:rPr>
        <w:t>돈의 원리와 약속</w:t>
      </w:r>
    </w:p>
    <w:p>
      <w:r>
        <w:rPr>
          <w:rFonts w:ascii="맑은 고딕" w:hAnsi="맑은 고딕" w:eastAsia="맑은 고딕"/>
          <w:b/>
          <w:color w:val="2272EB"/>
          <w:sz w:val="19"/>
        </w:rPr>
        <w:t xml:space="preserve">영상 미리보기  </w:t>
      </w:r>
      <w:r>
        <w:rPr>
          <w:rFonts w:ascii="맑은 고딕" w:hAnsi="맑은 고딕" w:eastAsia="맑은 고딕"/>
          <w:b w:val="0"/>
          <w:color w:val="4E5968"/>
          <w:sz w:val="19"/>
        </w:rPr>
        <w:t>돈은 어떻게 만들어지고 왜 마음대로 많이 찍어낼 수 없을까? 돈은 물건을 교환하고 가치를 평가하는 '사회적 약속'이며, 한국은행의 요청으로 한국조폐공사가 만든다. 무제한으로 찍으면 돈의 가치가 떨어져 물가가 오르기에 통화량을 조절한다. 물물교환에서 물품 화폐·금속 화폐·지폐를 거쳐 전자화폐까지 이어진 화폐의 역사를 통해 돈의 의미를 배우는 경제 교육 이야기.</w:t>
      </w:r>
    </w:p>
    <w:p>
      <w:pPr>
        <w:spacing w:before="240"/>
      </w:pPr>
      <w:r>
        <w:rPr>
          <w:rFonts w:ascii="맑은 고딕" w:hAnsi="맑은 고딕" w:eastAsia="맑은 고딕"/>
          <w:b/>
          <w:color w:val="8B95A1"/>
          <w:sz w:val="17"/>
        </w:rPr>
        <w:t xml:space="preserve">  해석 · 의미 파악  </w:t>
      </w:r>
    </w:p>
    <w:p>
      <w:r>
        <w:rPr>
          <w:rFonts w:ascii="맑은 고딕" w:hAnsi="맑은 고딕" w:eastAsia="맑은 고딕"/>
          <w:b/>
          <w:color w:val="2272EB"/>
          <w:sz w:val="24"/>
        </w:rPr>
        <w:t xml:space="preserve">1. </w:t>
      </w:r>
      <w:r>
        <w:rPr>
          <w:rFonts w:ascii="맑은 고딕" w:hAnsi="맑은 고딕" w:eastAsia="맑은 고딕"/>
          <w:b/>
          <w:color w:val="191F28"/>
          <w:sz w:val="23"/>
        </w:rPr>
        <w:t>돈을 '사회적 약속'이라고 하는 까닭은?</w:t>
      </w:r>
    </w:p>
    <w:p>
      <w:pPr>
        <w:ind w:left="320"/>
      </w:pPr>
      <w:r>
        <w:rPr>
          <w:rFonts w:ascii="맑은 고딕" w:hAnsi="맑은 고딕" w:eastAsia="맑은 고딕"/>
          <w:b w:val="0"/>
          <w:color w:val="4E5968"/>
          <w:sz w:val="22"/>
        </w:rPr>
        <w:t>① 모두가 그 가치를 믿어서</w:t>
      </w:r>
    </w:p>
    <w:p>
      <w:pPr>
        <w:ind w:left="320"/>
      </w:pPr>
      <w:r>
        <w:rPr>
          <w:rFonts w:ascii="맑은 고딕" w:hAnsi="맑은 고딕" w:eastAsia="맑은 고딕"/>
          <w:b w:val="0"/>
          <w:color w:val="4E5968"/>
          <w:sz w:val="22"/>
        </w:rPr>
        <w:t>② 종이로 만들어서</w:t>
      </w:r>
    </w:p>
    <w:p>
      <w:pPr>
        <w:ind w:left="320"/>
      </w:pPr>
      <w:r>
        <w:rPr>
          <w:rFonts w:ascii="맑은 고딕" w:hAnsi="맑은 고딕" w:eastAsia="맑은 고딕"/>
          <w:b w:val="0"/>
          <w:color w:val="4E5968"/>
          <w:sz w:val="22"/>
        </w:rPr>
        <w:t>③ 한국은행이 예뻐서</w:t>
      </w:r>
    </w:p>
    <w:p>
      <w:pPr>
        <w:ind w:left="320"/>
      </w:pPr>
      <w:r>
        <w:rPr>
          <w:rFonts w:ascii="맑은 고딕" w:hAnsi="맑은 고딕" w:eastAsia="맑은 고딕"/>
          <w:b w:val="0"/>
          <w:color w:val="4E5968"/>
          <w:sz w:val="22"/>
        </w:rPr>
        <w:t>④ 정부가 강제로 정했기 때문에</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2. </w:t>
      </w:r>
      <w:r>
        <w:rPr>
          <w:rFonts w:ascii="맑은 고딕" w:hAnsi="맑은 고딕" w:eastAsia="맑은 고딕"/>
          <w:b/>
          <w:color w:val="191F28"/>
          <w:sz w:val="23"/>
        </w:rPr>
        <w:t>돈을 아무나 만들 수 없는 까닭은?</w:t>
      </w:r>
    </w:p>
    <w:p>
      <w:pPr>
        <w:ind w:left="320"/>
      </w:pPr>
      <w:r>
        <w:rPr>
          <w:rFonts w:ascii="맑은 고딕" w:hAnsi="맑은 고딕" w:eastAsia="맑은 고딕"/>
          <w:b w:val="0"/>
          <w:color w:val="4E5968"/>
          <w:sz w:val="22"/>
        </w:rPr>
        <w:t>① 재료를 구하기가 매우 어려워서</w:t>
      </w:r>
    </w:p>
    <w:p>
      <w:pPr>
        <w:ind w:left="320"/>
      </w:pPr>
      <w:r>
        <w:rPr>
          <w:rFonts w:ascii="맑은 고딕" w:hAnsi="맑은 고딕" w:eastAsia="맑은 고딕"/>
          <w:b w:val="0"/>
          <w:color w:val="4E5968"/>
          <w:sz w:val="22"/>
        </w:rPr>
        <w:t>② 가치를 지키기 위해서</w:t>
      </w:r>
    </w:p>
    <w:p>
      <w:pPr>
        <w:ind w:left="320"/>
      </w:pPr>
      <w:r>
        <w:rPr>
          <w:rFonts w:ascii="맑은 고딕" w:hAnsi="맑은 고딕" w:eastAsia="맑은 고딕"/>
          <w:b w:val="0"/>
          <w:color w:val="4E5968"/>
          <w:sz w:val="22"/>
        </w:rPr>
        <w:t>③ 만드는 게 재미없어서</w:t>
      </w:r>
    </w:p>
    <w:p>
      <w:pPr>
        <w:ind w:left="320"/>
      </w:pPr>
      <w:r>
        <w:rPr>
          <w:rFonts w:ascii="맑은 고딕" w:hAnsi="맑은 고딕" w:eastAsia="맑은 고딕"/>
          <w:b w:val="0"/>
          <w:color w:val="4E5968"/>
          <w:sz w:val="22"/>
        </w:rPr>
        <w:t>④ 법이 없어서</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3. </w:t>
      </w:r>
      <w:r>
        <w:rPr>
          <w:rFonts w:ascii="맑은 고딕" w:hAnsi="맑은 고딕" w:eastAsia="맑은 고딕"/>
          <w:b/>
          <w:color w:val="191F28"/>
          <w:sz w:val="23"/>
        </w:rPr>
        <w:t>돈을 무제한 찍어낼 때 생기는 일(인플레이션)로 알맞은 것은?</w:t>
      </w:r>
    </w:p>
    <w:p>
      <w:pPr>
        <w:ind w:left="320"/>
      </w:pPr>
      <w:r>
        <w:rPr>
          <w:rFonts w:ascii="맑은 고딕" w:hAnsi="맑은 고딕" w:eastAsia="맑은 고딕"/>
          <w:b w:val="0"/>
          <w:color w:val="4E5968"/>
          <w:sz w:val="22"/>
        </w:rPr>
        <w:t>① 물건이 흔해진다</w:t>
      </w:r>
    </w:p>
    <w:p>
      <w:pPr>
        <w:ind w:left="320"/>
      </w:pPr>
      <w:r>
        <w:rPr>
          <w:rFonts w:ascii="맑은 고딕" w:hAnsi="맑은 고딕" w:eastAsia="맑은 고딕"/>
          <w:b w:val="0"/>
          <w:color w:val="4E5968"/>
          <w:sz w:val="22"/>
        </w:rPr>
        <w:t>② 빚이 사라진다</w:t>
      </w:r>
    </w:p>
    <w:p>
      <w:pPr>
        <w:ind w:left="320"/>
      </w:pPr>
      <w:r>
        <w:rPr>
          <w:rFonts w:ascii="맑은 고딕" w:hAnsi="맑은 고딕" w:eastAsia="맑은 고딕"/>
          <w:b w:val="0"/>
          <w:color w:val="4E5968"/>
          <w:sz w:val="22"/>
        </w:rPr>
        <w:t>③ 돈 가치가 떨어져 물가가 오른다</w:t>
      </w:r>
    </w:p>
    <w:p>
      <w:pPr>
        <w:ind w:left="320"/>
      </w:pPr>
      <w:r>
        <w:rPr>
          <w:rFonts w:ascii="맑은 고딕" w:hAnsi="맑은 고딕" w:eastAsia="맑은 고딕"/>
          <w:b w:val="0"/>
          <w:color w:val="4E5968"/>
          <w:sz w:val="22"/>
        </w:rPr>
        <w:t>④ 온 나라 사람이 골고루 부유해진다</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4. </w:t>
      </w:r>
      <w:r>
        <w:rPr>
          <w:rFonts w:ascii="맑은 고딕" w:hAnsi="맑은 고딕" w:eastAsia="맑은 고딕"/>
          <w:b/>
          <w:color w:val="191F28"/>
          <w:sz w:val="23"/>
        </w:rPr>
        <w:t>금속(주조) 화폐가 소금·곡식 같은 물품 화폐보다 나은 점은?</w:t>
      </w:r>
    </w:p>
    <w:p>
      <w:pPr>
        <w:ind w:left="320"/>
      </w:pPr>
      <w:r>
        <w:rPr>
          <w:rFonts w:ascii="맑은 고딕" w:hAnsi="맑은 고딕" w:eastAsia="맑은 고딕"/>
          <w:b w:val="0"/>
          <w:color w:val="4E5968"/>
          <w:sz w:val="22"/>
        </w:rPr>
        <w:t>① 맛이 좋아서</w:t>
      </w:r>
    </w:p>
    <w:p>
      <w:pPr>
        <w:ind w:left="320"/>
      </w:pPr>
      <w:r>
        <w:rPr>
          <w:rFonts w:ascii="맑은 고딕" w:hAnsi="맑은 고딕" w:eastAsia="맑은 고딕"/>
          <w:b w:val="0"/>
          <w:color w:val="4E5968"/>
          <w:sz w:val="22"/>
        </w:rPr>
        <w:t>② 향기가 좋아서</w:t>
      </w:r>
    </w:p>
    <w:p>
      <w:pPr>
        <w:ind w:left="320"/>
      </w:pPr>
      <w:r>
        <w:rPr>
          <w:rFonts w:ascii="맑은 고딕" w:hAnsi="맑은 고딕" w:eastAsia="맑은 고딕"/>
          <w:b w:val="0"/>
          <w:color w:val="4E5968"/>
          <w:sz w:val="22"/>
        </w:rPr>
        <w:t>③ 어디든 가볍게 들고 다닐 수 있어 편해서</w:t>
      </w:r>
    </w:p>
    <w:p>
      <w:pPr>
        <w:ind w:left="320"/>
      </w:pPr>
      <w:r>
        <w:rPr>
          <w:rFonts w:ascii="맑은 고딕" w:hAnsi="맑은 고딕" w:eastAsia="맑은 고딕"/>
          <w:b w:val="0"/>
          <w:color w:val="4E5968"/>
          <w:sz w:val="22"/>
        </w:rPr>
        <w:t>④ 손상되지 않고 무게가 정확해서</w:t>
      </w:r>
    </w:p>
    <w:p>
      <w:pPr>
        <w:spacing w:before="240"/>
      </w:pPr>
      <w:r>
        <w:rPr>
          <w:rFonts w:ascii="맑은 고딕" w:hAnsi="맑은 고딕" w:eastAsia="맑은 고딕"/>
          <w:b/>
          <w:color w:val="8B95A1"/>
          <w:sz w:val="17"/>
        </w:rPr>
        <w:t xml:space="preserve">  순서 맞추기  </w:t>
      </w:r>
    </w:p>
    <w:p>
      <w:r>
        <w:rPr>
          <w:rFonts w:ascii="맑은 고딕" w:hAnsi="맑은 고딕" w:eastAsia="맑은 고딕"/>
          <w:b/>
          <w:color w:val="2272EB"/>
          <w:sz w:val="24"/>
        </w:rPr>
        <w:t xml:space="preserve">5. </w:t>
      </w:r>
      <w:r>
        <w:rPr>
          <w:rFonts w:ascii="맑은 고딕" w:hAnsi="맑은 고딕" w:eastAsia="맑은 고딕"/>
          <w:b/>
          <w:color w:val="191F28"/>
          <w:sz w:val="23"/>
        </w:rPr>
        <w:t>화폐가 발전해 온 순서대로 기호를 써 보세요.</w:t>
      </w:r>
    </w:p>
    <w:p>
      <w:pPr>
        <w:ind w:left="320"/>
      </w:pPr>
      <w:r>
        <w:rPr>
          <w:rFonts w:ascii="맑은 고딕" w:hAnsi="맑은 고딕" w:eastAsia="맑은 고딕"/>
          <w:b w:val="0"/>
          <w:color w:val="333D4B"/>
          <w:sz w:val="22"/>
        </w:rPr>
        <w:t>ㄱ. 물품 화폐(소금)를 쓴다.</w:t>
      </w:r>
    </w:p>
    <w:p>
      <w:pPr>
        <w:ind w:left="320"/>
      </w:pPr>
      <w:r>
        <w:rPr>
          <w:rFonts w:ascii="맑은 고딕" w:hAnsi="맑은 고딕" w:eastAsia="맑은 고딕"/>
          <w:b w:val="0"/>
          <w:color w:val="333D4B"/>
          <w:sz w:val="22"/>
        </w:rPr>
        <w:t>ㄴ. 물물교환을 한다.</w:t>
      </w:r>
    </w:p>
    <w:p>
      <w:pPr>
        <w:ind w:left="320"/>
      </w:pPr>
      <w:r>
        <w:rPr>
          <w:rFonts w:ascii="맑은 고딕" w:hAnsi="맑은 고딕" w:eastAsia="맑은 고딕"/>
          <w:b w:val="0"/>
          <w:color w:val="333D4B"/>
          <w:sz w:val="22"/>
        </w:rPr>
        <w:t>ㄷ. 지폐·전자화폐로 발전한다.</w:t>
      </w:r>
    </w:p>
    <w:p>
      <w:pPr>
        <w:ind w:left="320"/>
      </w:pPr>
      <w:r>
        <w:rPr>
          <w:rFonts w:ascii="맑은 고딕" w:hAnsi="맑은 고딕" w:eastAsia="맑은 고딕"/>
          <w:b w:val="0"/>
          <w:color w:val="333D4B"/>
          <w:sz w:val="22"/>
        </w:rPr>
        <w:t>ㄹ. 금속·동전을 쓴다.</w:t>
      </w:r>
    </w:p>
    <w:p>
      <w:pPr>
        <w:ind w:left="320"/>
      </w:pPr>
      <w:r>
        <w:rPr>
          <w:rFonts w:ascii="맑은 고딕" w:hAnsi="맑은 고딕" w:eastAsia="맑은 고딕"/>
          <w:b/>
          <w:color w:val="191F28"/>
          <w:sz w:val="22"/>
        </w:rPr>
        <w:t>(    ) → (    ) → (    ) → (    )</w:t>
      </w:r>
    </w:p>
    <w:p>
      <w:pPr>
        <w:spacing w:before="240"/>
      </w:pPr>
      <w:r>
        <w:rPr>
          <w:rFonts w:ascii="맑은 고딕" w:hAnsi="맑은 고딕" w:eastAsia="맑은 고딕"/>
          <w:b/>
          <w:color w:val="8B95A1"/>
          <w:sz w:val="17"/>
        </w:rPr>
        <w:t xml:space="preserve">  비판적 사고 · 객관식  </w:t>
      </w:r>
    </w:p>
    <w:p>
      <w:r>
        <w:rPr>
          <w:rFonts w:ascii="맑은 고딕" w:hAnsi="맑은 고딕" w:eastAsia="맑은 고딕"/>
          <w:b/>
          <w:color w:val="2272EB"/>
          <w:sz w:val="24"/>
        </w:rPr>
        <w:t xml:space="preserve">6. </w:t>
      </w:r>
      <w:r>
        <w:rPr>
          <w:rFonts w:ascii="맑은 고딕" w:hAnsi="맑은 고딕" w:eastAsia="맑은 고딕"/>
          <w:b/>
          <w:color w:val="191F28"/>
          <w:sz w:val="23"/>
        </w:rPr>
        <w:t>신용카드·전자화폐의 장점과 주의점으로 알맞은 것은?</w:t>
      </w:r>
    </w:p>
    <w:p>
      <w:pPr>
        <w:ind w:left="320"/>
      </w:pPr>
      <w:r>
        <w:rPr>
          <w:rFonts w:ascii="맑은 고딕" w:hAnsi="맑은 고딕" w:eastAsia="맑은 고딕"/>
          <w:b w:val="0"/>
          <w:color w:val="4E5968"/>
          <w:sz w:val="22"/>
        </w:rPr>
        <w:t>① 쓸 때마다 아주 무겁게 들고 다녀야 한다</w:t>
      </w:r>
    </w:p>
    <w:p>
      <w:pPr>
        <w:ind w:left="320"/>
      </w:pPr>
      <w:r>
        <w:rPr>
          <w:rFonts w:ascii="맑은 고딕" w:hAnsi="맑은 고딕" w:eastAsia="맑은 고딕"/>
          <w:b w:val="0"/>
          <w:color w:val="4E5968"/>
          <w:sz w:val="22"/>
        </w:rPr>
        <w:t>② 편리하나 개인정보에 주의해야 한다</w:t>
      </w:r>
    </w:p>
    <w:p>
      <w:pPr>
        <w:ind w:left="320"/>
      </w:pPr>
      <w:r>
        <w:rPr>
          <w:rFonts w:ascii="맑은 고딕" w:hAnsi="맑은 고딕" w:eastAsia="맑은 고딕"/>
          <w:b w:val="0"/>
          <w:color w:val="4E5968"/>
          <w:sz w:val="22"/>
        </w:rPr>
        <w:t>③ 절대 잃어버리지 않는다</w:t>
      </w:r>
    </w:p>
    <w:p>
      <w:pPr>
        <w:ind w:left="320"/>
      </w:pPr>
      <w:r>
        <w:rPr>
          <w:rFonts w:ascii="맑은 고딕" w:hAnsi="맑은 고딕" w:eastAsia="맑은 고딕"/>
          <w:b w:val="0"/>
          <w:color w:val="4E5968"/>
          <w:sz w:val="22"/>
        </w:rPr>
        <w:t>④ 값이 저절로 올라간다</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7. </w:t>
      </w:r>
      <w:r>
        <w:rPr>
          <w:rFonts w:ascii="맑은 고딕" w:hAnsi="맑은 고딕" w:eastAsia="맑은 고딕"/>
          <w:b/>
          <w:color w:val="191F28"/>
          <w:sz w:val="23"/>
        </w:rPr>
        <w:t>한국은행이 통화량을 조절하는 까닭은?</w:t>
      </w:r>
    </w:p>
    <w:p>
      <w:pPr>
        <w:ind w:left="320"/>
      </w:pPr>
      <w:r>
        <w:rPr>
          <w:rFonts w:ascii="맑은 고딕" w:hAnsi="맑은 고딕" w:eastAsia="맑은 고딕"/>
          <w:b w:val="0"/>
          <w:color w:val="4E5968"/>
          <w:sz w:val="22"/>
        </w:rPr>
        <w:t>① 돈을 많이 벌려고</w:t>
      </w:r>
    </w:p>
    <w:p>
      <w:pPr>
        <w:ind w:left="320"/>
      </w:pPr>
      <w:r>
        <w:rPr>
          <w:rFonts w:ascii="맑은 고딕" w:hAnsi="맑은 고딕" w:eastAsia="맑은 고딕"/>
          <w:b w:val="0"/>
          <w:color w:val="4E5968"/>
          <w:sz w:val="22"/>
        </w:rPr>
        <w:t>② 은행을 늘리려고</w:t>
      </w:r>
    </w:p>
    <w:p>
      <w:pPr>
        <w:ind w:left="320"/>
      </w:pPr>
      <w:r>
        <w:rPr>
          <w:rFonts w:ascii="맑은 고딕" w:hAnsi="맑은 고딕" w:eastAsia="맑은 고딕"/>
          <w:b w:val="0"/>
          <w:color w:val="4E5968"/>
          <w:sz w:val="22"/>
        </w:rPr>
        <w:t>③ 돈이 제 역할을 하도록</w:t>
      </w:r>
    </w:p>
    <w:p>
      <w:pPr>
        <w:ind w:left="320"/>
      </w:pPr>
      <w:r>
        <w:rPr>
          <w:rFonts w:ascii="맑은 고딕" w:hAnsi="맑은 고딕" w:eastAsia="맑은 고딕"/>
          <w:b w:val="0"/>
          <w:color w:val="4E5968"/>
          <w:sz w:val="22"/>
        </w:rPr>
        <w:t>④ 국민에게 돈을 골고루 나눠 주려고</w:t>
      </w:r>
    </w:p>
    <w:p>
      <w:pPr>
        <w:spacing w:before="240"/>
      </w:pPr>
      <w:r>
        <w:rPr>
          <w:rFonts w:ascii="맑은 고딕" w:hAnsi="맑은 고딕" w:eastAsia="맑은 고딕"/>
          <w:b/>
          <w:color w:val="8B95A1"/>
          <w:sz w:val="17"/>
        </w:rPr>
        <w:t xml:space="preserve">  종합 · 주제 파악  </w:t>
      </w:r>
    </w:p>
    <w:p>
      <w:r>
        <w:rPr>
          <w:rFonts w:ascii="맑은 고딕" w:hAnsi="맑은 고딕" w:eastAsia="맑은 고딕"/>
          <w:b/>
          <w:color w:val="2272EB"/>
          <w:sz w:val="24"/>
        </w:rPr>
        <w:t xml:space="preserve">8. </w:t>
      </w:r>
      <w:r>
        <w:rPr>
          <w:rFonts w:ascii="맑은 고딕" w:hAnsi="맑은 고딕" w:eastAsia="맑은 고딕"/>
          <w:b/>
          <w:color w:val="191F28"/>
          <w:sz w:val="23"/>
        </w:rPr>
        <w:t>돈에 대한 바른 태도로 가장 알맞은 것은?</w:t>
      </w:r>
    </w:p>
    <w:p>
      <w:pPr>
        <w:ind w:left="320"/>
      </w:pPr>
      <w:r>
        <w:rPr>
          <w:rFonts w:ascii="맑은 고딕" w:hAnsi="맑은 고딕" w:eastAsia="맑은 고딕"/>
          <w:b w:val="0"/>
          <w:color w:val="4E5968"/>
          <w:sz w:val="22"/>
        </w:rPr>
        <w:t>① 전부는 아니나 알아야 한다</w:t>
      </w:r>
    </w:p>
    <w:p>
      <w:pPr>
        <w:ind w:left="320"/>
      </w:pPr>
      <w:r>
        <w:rPr>
          <w:rFonts w:ascii="맑은 고딕" w:hAnsi="맑은 고딕" w:eastAsia="맑은 고딕"/>
          <w:b w:val="0"/>
          <w:color w:val="4E5968"/>
          <w:sz w:val="22"/>
        </w:rPr>
        <w:t>② 삶에서 가장 중요하다</w:t>
      </w:r>
    </w:p>
    <w:p>
      <w:pPr>
        <w:ind w:left="320"/>
      </w:pPr>
      <w:r>
        <w:rPr>
          <w:rFonts w:ascii="맑은 고딕" w:hAnsi="맑은 고딕" w:eastAsia="맑은 고딕"/>
          <w:b w:val="0"/>
          <w:color w:val="4E5968"/>
          <w:sz w:val="22"/>
        </w:rPr>
        <w:t>③ 몰라도 상관없다</w:t>
      </w:r>
    </w:p>
    <w:p>
      <w:pPr>
        <w:ind w:left="320"/>
      </w:pPr>
      <w:r>
        <w:rPr>
          <w:rFonts w:ascii="맑은 고딕" w:hAnsi="맑은 고딕" w:eastAsia="맑은 고딕"/>
          <w:b w:val="0"/>
          <w:color w:val="4E5968"/>
          <w:sz w:val="22"/>
        </w:rPr>
        <w:t>④ 많을수록 반드시 더 행복해진다</w:t>
      </w:r>
    </w:p>
    <w:p>
      <w:pPr>
        <w:spacing w:before="240"/>
      </w:pPr>
      <w:r>
        <w:rPr>
          <w:rFonts w:ascii="맑은 고딕" w:hAnsi="맑은 고딕" w:eastAsia="맑은 고딕"/>
          <w:b/>
          <w:color w:val="8B95A1"/>
          <w:sz w:val="17"/>
        </w:rPr>
        <w:t xml:space="preserve">  비판적 사고 · 서술형  </w:t>
      </w:r>
    </w:p>
    <w:p>
      <w:r>
        <w:rPr>
          <w:rFonts w:ascii="맑은 고딕" w:hAnsi="맑은 고딕" w:eastAsia="맑은 고딕"/>
          <w:b/>
          <w:color w:val="2272EB"/>
          <w:sz w:val="24"/>
        </w:rPr>
        <w:t xml:space="preserve">9. </w:t>
      </w:r>
      <w:r>
        <w:rPr>
          <w:rFonts w:ascii="맑은 고딕" w:hAnsi="맑은 고딕" w:eastAsia="맑은 고딕"/>
          <w:b/>
          <w:color w:val="191F28"/>
          <w:sz w:val="23"/>
        </w:rPr>
        <w:t>'돈이 삶의 전부는 아니지만 꼭 필요하다'는 말에 대한 자신의 생각을 까닭과 함께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pPr>
        <w:spacing w:before="240"/>
      </w:pPr>
      <w:r>
        <w:rPr>
          <w:rFonts w:ascii="맑은 고딕" w:hAnsi="맑은 고딕" w:eastAsia="맑은 고딕"/>
          <w:b/>
          <w:color w:val="8B95A1"/>
          <w:sz w:val="17"/>
        </w:rPr>
        <w:t xml:space="preserve">  적용하기 · 서술형  </w:t>
      </w:r>
    </w:p>
    <w:p>
      <w:r>
        <w:rPr>
          <w:rFonts w:ascii="맑은 고딕" w:hAnsi="맑은 고딕" w:eastAsia="맑은 고딕"/>
          <w:b/>
          <w:color w:val="2272EB"/>
          <w:sz w:val="24"/>
        </w:rPr>
        <w:t xml:space="preserve">10. </w:t>
      </w:r>
      <w:r>
        <w:rPr>
          <w:rFonts w:ascii="맑은 고딕" w:hAnsi="맑은 고딕" w:eastAsia="맑은 고딕"/>
          <w:b/>
          <w:color w:val="191F28"/>
          <w:sz w:val="23"/>
        </w:rPr>
        <w:t>신용카드·전자화폐가 늘어난 오늘날, 돈을 안전하게 쓰려면 어떻게 해야 할지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191F28"/>
          <w:sz w:val="32"/>
        </w:rPr>
        <w:t>정답 및 해설 · 교사용</w:t>
      </w:r>
    </w:p>
    <w:p>
      <w:pPr>
        <w:spacing w:before="160"/>
      </w:pPr>
      <w:r>
        <w:rPr>
          <w:rFonts w:ascii="맑은 고딕" w:hAnsi="맑은 고딕" w:eastAsia="맑은 고딕"/>
          <w:b/>
          <w:color w:val="2272EB"/>
          <w:sz w:val="26"/>
        </w:rPr>
        <w:t>[중학년] 돈은 어떻게 생겼을까</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물건을 바꾸는 사회적 약속</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② 한국조폐공사</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③ 돈 가치가 떨어져 물가가 오른다</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④ 서로 원하는 것이 안 맞을 때가 있다</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ㄴ → ㄱ → ㄹ → ㄷ</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② 소금</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③ 시중에 도는 돈의 양</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① 전부는 아니나 꼭 필요하다</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[예시] 모두 돈이 많아져도 물건값이 똑같이 크게 올라, 같은 돈으로 살 수 있는 게 줄고 돈이 제 역할을 못 하게 된다. · (평가) 돈의 가치 하락·물가 상승과 연결해 적었는지 봐 주세요.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물물교환은 서로 원하는 것이 맞아야 하고 무거운 물건을 들고 다녀야 했지만, 돈이 생긴 뒤로는 어떤 물건이든 쉽고 편하게 사고팔 수 있게 되었다. · (평가) 불편함과 편리함을 비교해 적었는지 봐 주세요.</w:t>
      </w:r>
    </w:p>
    <w:p>
      <w:r>
        <w:br w:type="page"/>
      </w:r>
    </w:p>
    <w:p>
      <w:pPr>
        <w:spacing w:before="160"/>
      </w:pPr>
      <w:r>
        <w:rPr>
          <w:rFonts w:ascii="맑은 고딕" w:hAnsi="맑은 고딕" w:eastAsia="맑은 고딕"/>
          <w:b/>
          <w:color w:val="2272EB"/>
          <w:sz w:val="26"/>
        </w:rPr>
        <w:t>[고학년] 돈의 원리와 약속</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모두가 그 가치를 믿어서</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② 가치를 지키기 위해서</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③ 돈 가치가 떨어져 물가가 오른다</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④ 손상되지 않고 무게가 정확해서</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ㄴ → ㄱ → ㄹ → ㄷ</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② 편리하나 개인정보에 주의해야 한다</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③ 돈이 제 역할을 하도록</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① 전부는 아니나 알아야 한다</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[예시] 돈이 있으면 필요한 것을 얻고 남을 도울 수도 있어 필요하지만, 행복·우정처럼 돈으로 살 수 없는 것이 더 소중할 때도 있다고 생각한다. · (평가) 돈의 필요성과 한계를 균형 있게 적었는지 봐 주세요.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비밀번호와 개인정보를 함부로 알려 주지 않고, 쓴 내역을 확인하며, 계획한 만큼만 쓰는 습관을 들인다. · (평가) 전자화폐 시대의 안전·관리 방법을 구체적으로 적었는지 봐 주세요.</w:t>
      </w:r>
    </w:p>
    <w:sectPr w:rsidR="00FC693F" w:rsidRPr="0006063C" w:rsidSect="00034616">
      <w:pgSz w:w="11906" w:h="16838"/>
      <w:pgMar w:top="850" w:right="907" w:bottom="85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eastAsia="맑은 고딕"/>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