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용돈을 잘 쓰는 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재정이의 고민은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용돈이 금방 사라진다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용돈을 안 받는다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친구가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집안일이 너무 많아 힘들다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용돈기입장을 쓰는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글씨 쓰기 연습을 많이 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어디에 썼는지 확인하려고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선생님께 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친구에게 자랑하려고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예산을 세울 때 용돈을 나누는 항목으로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장난감만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군것질만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저축·간식비·비상금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사고 싶은 것을 모두 사기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비상금(여윳돈)을 남겨 두어야 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남보다 큰 부자가 되고 싶어서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친구에게 빌려주려고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자랑하려고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갑작스러운 일에 대비하려고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재정이가 용돈을 버는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집안일을 돕는다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친구에게 돈을 받는다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기다린다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물건을 판다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재정이가 정한 약속으로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간식을 날마다 마음껏 사 먹기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간식은 두 번만 사 먹기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용돈을 다 쓰기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저축은 하지 않기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용돈 중 일부는 어떻게 하기로 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 써 버린다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친구에게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꼭 저축한다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보이는 대로 다 사 버린다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돈은 많이 쓸수록 더 좋다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용돈은 다 써야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저축은 어른만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아껴 쓰고 저축하자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용돈기입장  ·          ·  쓴 돈을 확인하는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예산  ·          ·  미리 나누어 계획하기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저축  ·          ·  남은 돈을 모으기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용돈을 받으면 어떻게 나누어 쓰고 모을지 나만의 계획을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계획적인 용돈 관리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용돈을 받아도 금방 사라져 고민인 재정이가 용돈을 계획적으로 관리하는 법을 배운다. 용돈기입장으로 소비를 돌아보고, 저축·간식비·비상금으로 예산을 세우며, 집안일로 용돈도 번다. 들어온 돈 안에서 아껴 쓰고 일부를 꼭 저축하는 건강한 경제 습관을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재정이가 늘 용돈이 부족했던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계획 없이 마구 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저축을 많이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집안일을 안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용돈을 처음부터 너무 적게 받아서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용돈기입장의 진짜 쓸모는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글씨 연습으로 기록만 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어디에 썼는지 돌아보는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선생님께 제출하는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용돈을 늘려 받는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'예산을 세운다'는 것은 무엇을 뜻하나요?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무조건 한 푼도 안 쓰고 아끼는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용돈을 다 써 버리는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쓸 곳을 미리 나누어 정하는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남에게 빌리는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비상금을 남겨 두어야 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은행에서 이자를 많이 받으려고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부자처럼 보이려고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친구에게 빌려주려고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갑자기 생기는 일에 대비하려고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재정이가 용돈을 관리해 간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용돈기입장으로 소비를 돌아본다.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용돈을 무분별하게 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집안일로 벌고 일부를 저축한다.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저축·간식비 등으로 예산을 세운다.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재정이가 정한 실천 약속으로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용돈으로 매일 간식 사 먹기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집안일로 용돈을 벌기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용돈을 다 써 버리기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저축을 하지 않기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핵심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건강한 경제 습관의 핵심으로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소비를 늘 늘리는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용돈을 다 쓰는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소득보다 소비가 많지 않게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버는 것보다 더 많이 쓰는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전하려는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계획을 세워 아껴 쓰자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용돈은 다 써도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저축은 필요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갖고 싶은 것은 다 사야 한다는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한 달 용돈을 저축·간식비·비상금 등으로 어떻게 나눌지 나만의 예산을 세워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'꼭 필요한 것'과 '갖고 싶은 것'을 어떻게 구분해서 살지 자신의 기준을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용돈을 잘 쓰는 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용돈이 금방 사라진다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어디에 썼는지 확인하려고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저축·간식비·비상금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갑작스러운 일에 대비하려고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집안일을 돕는다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간식은 두 번만 사 먹기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꼭 저축한다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아껴 쓰고 저축하자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용돈기입장-쓴 돈 확인 / 예산-미리 계획 / 저축-돈 모으기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간식은 정해진 만큼만 사 먹고, 비상금을 조금 남기며, 일부는 꼭 저금통에 저축하겠다. · (평가) 쓰기와 모으기 계획을 자기 말로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계획적인 용돈 관리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계획 없이 마구 써서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어디에 썼는지 돌아보는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쓸 곳을 미리 나누어 정하는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갑자기 생기는 일에 대비하려고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집안일로 용돈을 벌기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소득보다 소비가 많지 않게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계획을 세워 아껴 쓰자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용돈의 절반은 저축하고, 일부는 간식비로, 일부는 갑작스러운 일에 대비한 비상금으로 남겨 둔다. · (평가) 항목을 나눈 구체적 예산 계획을 세웠는지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없으면 정말 불편한 것은 '필요'이고 없어도 괜찮은 것은 '욕구'다. 사기 전에 정말 필요한지 하루 더 생각한 뒤 정한다. · (평가) 필요와 욕구를 구분하는 기준을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