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돈은 어디서 올까</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가게에서 물건을 사려면 무엇이 필요한가요?</w:t>
      </w:r>
    </w:p>
    <w:p>
      <w:pPr>
        <w:ind w:left="320"/>
      </w:pPr>
      <w:r>
        <w:rPr>
          <w:rFonts w:ascii="맑은 고딕" w:hAnsi="맑은 고딕" w:eastAsia="맑은 고딕"/>
          <w:b w:val="0"/>
          <w:color w:val="4E5968"/>
          <w:sz w:val="22"/>
        </w:rPr>
        <w:t>① 돈</w:t>
      </w:r>
    </w:p>
    <w:p>
      <w:pPr>
        <w:ind w:left="320"/>
      </w:pPr>
      <w:r>
        <w:rPr>
          <w:rFonts w:ascii="맑은 고딕" w:hAnsi="맑은 고딕" w:eastAsia="맑은 고딕"/>
          <w:b w:val="0"/>
          <w:color w:val="4E5968"/>
          <w:sz w:val="22"/>
        </w:rPr>
        <w:t>② 친구</w:t>
      </w:r>
    </w:p>
    <w:p>
      <w:pPr>
        <w:ind w:left="320"/>
      </w:pPr>
      <w:r>
        <w:rPr>
          <w:rFonts w:ascii="맑은 고딕" w:hAnsi="맑은 고딕" w:eastAsia="맑은 고딕"/>
          <w:b w:val="0"/>
          <w:color w:val="4E5968"/>
          <w:sz w:val="22"/>
        </w:rPr>
        <w:t>③ 노래</w:t>
      </w:r>
    </w:p>
    <w:p>
      <w:pPr>
        <w:ind w:left="320"/>
      </w:pPr>
      <w:r>
        <w:rPr>
          <w:rFonts w:ascii="맑은 고딕" w:hAnsi="맑은 고딕" w:eastAsia="맑은 고딕"/>
          <w:b w:val="0"/>
          <w:color w:val="4E5968"/>
          <w:sz w:val="22"/>
        </w:rPr>
        <w:t>④ 도토리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돈은 주로 무엇을 할 때 쓰나요?</w:t>
      </w:r>
    </w:p>
    <w:p>
      <w:pPr>
        <w:ind w:left="320"/>
      </w:pPr>
      <w:r>
        <w:rPr>
          <w:rFonts w:ascii="맑은 고딕" w:hAnsi="맑은 고딕" w:eastAsia="맑은 고딕"/>
          <w:b w:val="0"/>
          <w:color w:val="4E5968"/>
          <w:sz w:val="22"/>
        </w:rPr>
        <w:t>① 잠을 잘 때</w:t>
      </w:r>
    </w:p>
    <w:p>
      <w:pPr>
        <w:ind w:left="320"/>
      </w:pPr>
      <w:r>
        <w:rPr>
          <w:rFonts w:ascii="맑은 고딕" w:hAnsi="맑은 고딕" w:eastAsia="맑은 고딕"/>
          <w:b w:val="0"/>
          <w:color w:val="4E5968"/>
          <w:sz w:val="22"/>
        </w:rPr>
        <w:t>② 물건을 사고팔 때</w:t>
      </w:r>
    </w:p>
    <w:p>
      <w:pPr>
        <w:ind w:left="320"/>
      </w:pPr>
      <w:r>
        <w:rPr>
          <w:rFonts w:ascii="맑은 고딕" w:hAnsi="맑은 고딕" w:eastAsia="맑은 고딕"/>
          <w:b w:val="0"/>
          <w:color w:val="4E5968"/>
          <w:sz w:val="22"/>
        </w:rPr>
        <w:t>③ 밥 먹을 때</w:t>
      </w:r>
    </w:p>
    <w:p>
      <w:pPr>
        <w:ind w:left="320"/>
      </w:pPr>
      <w:r>
        <w:rPr>
          <w:rFonts w:ascii="맑은 고딕" w:hAnsi="맑은 고딕" w:eastAsia="맑은 고딕"/>
          <w:b w:val="0"/>
          <w:color w:val="4E5968"/>
          <w:sz w:val="22"/>
        </w:rPr>
        <w:t>④ 친구와 놀이를 할 때</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돈이 생기기 전, 물건과 물건을 바꾸던 것을 무엇이라 하나요?</w:t>
      </w:r>
    </w:p>
    <w:p>
      <w:pPr>
        <w:ind w:left="320"/>
      </w:pPr>
      <w:r>
        <w:rPr>
          <w:rFonts w:ascii="맑은 고딕" w:hAnsi="맑은 고딕" w:eastAsia="맑은 고딕"/>
          <w:b w:val="0"/>
          <w:color w:val="4E5968"/>
          <w:sz w:val="22"/>
        </w:rPr>
        <w:t>① 은행에 저금</w:t>
      </w:r>
    </w:p>
    <w:p>
      <w:pPr>
        <w:ind w:left="320"/>
      </w:pPr>
      <w:r>
        <w:rPr>
          <w:rFonts w:ascii="맑은 고딕" w:hAnsi="맑은 고딕" w:eastAsia="맑은 고딕"/>
          <w:b w:val="0"/>
          <w:color w:val="4E5968"/>
          <w:sz w:val="22"/>
        </w:rPr>
        <w:t>② 용돈</w:t>
      </w:r>
    </w:p>
    <w:p>
      <w:pPr>
        <w:ind w:left="320"/>
      </w:pPr>
      <w:r>
        <w:rPr>
          <w:rFonts w:ascii="맑은 고딕" w:hAnsi="맑은 고딕" w:eastAsia="맑은 고딕"/>
          <w:b w:val="0"/>
          <w:color w:val="4E5968"/>
          <w:sz w:val="22"/>
        </w:rPr>
        <w:t>③ 물물교환</w:t>
      </w:r>
    </w:p>
    <w:p>
      <w:pPr>
        <w:ind w:left="320"/>
      </w:pPr>
      <w:r>
        <w:rPr>
          <w:rFonts w:ascii="맑은 고딕" w:hAnsi="맑은 고딕" w:eastAsia="맑은 고딕"/>
          <w:b w:val="0"/>
          <w:color w:val="4E5968"/>
          <w:sz w:val="22"/>
        </w:rPr>
        <w:t>④ 심부름</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우리나라 돈의 양을 관리하는 곳은 어디인가요?</w:t>
      </w:r>
    </w:p>
    <w:p>
      <w:pPr>
        <w:ind w:left="320"/>
      </w:pPr>
      <w:r>
        <w:rPr>
          <w:rFonts w:ascii="맑은 고딕" w:hAnsi="맑은 고딕" w:eastAsia="맑은 고딕"/>
          <w:b w:val="0"/>
          <w:color w:val="4E5968"/>
          <w:sz w:val="22"/>
        </w:rPr>
        <w:t>① 동네 큰 시장</w:t>
      </w:r>
    </w:p>
    <w:p>
      <w:pPr>
        <w:ind w:left="320"/>
      </w:pPr>
      <w:r>
        <w:rPr>
          <w:rFonts w:ascii="맑은 고딕" w:hAnsi="맑은 고딕" w:eastAsia="맑은 고딕"/>
          <w:b w:val="0"/>
          <w:color w:val="4E5968"/>
          <w:sz w:val="22"/>
        </w:rPr>
        <w:t>② 학교</w:t>
      </w:r>
    </w:p>
    <w:p>
      <w:pPr>
        <w:ind w:left="320"/>
      </w:pPr>
      <w:r>
        <w:rPr>
          <w:rFonts w:ascii="맑은 고딕" w:hAnsi="맑은 고딕" w:eastAsia="맑은 고딕"/>
          <w:b w:val="0"/>
          <w:color w:val="4E5968"/>
          <w:sz w:val="22"/>
        </w:rPr>
        <w:t>③ 병원</w:t>
      </w:r>
    </w:p>
    <w:p>
      <w:pPr>
        <w:ind w:left="320"/>
      </w:pPr>
      <w:r>
        <w:rPr>
          <w:rFonts w:ascii="맑은 고딕" w:hAnsi="맑은 고딕" w:eastAsia="맑은 고딕"/>
          <w:b w:val="0"/>
          <w:color w:val="4E5968"/>
          <w:sz w:val="22"/>
        </w:rPr>
        <w:t>④ 한국은행</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5. </w:t>
      </w:r>
      <w:r>
        <w:rPr>
          <w:rFonts w:ascii="맑은 고딕" w:hAnsi="맑은 고딕" w:eastAsia="맑은 고딕"/>
          <w:b/>
          <w:color w:val="191F28"/>
          <w:sz w:val="23"/>
        </w:rPr>
        <w:t>돈을 너무 많이 만들면 어떻게 되나요?</w:t>
      </w:r>
    </w:p>
    <w:p>
      <w:pPr>
        <w:ind w:left="320"/>
      </w:pPr>
      <w:r>
        <w:rPr>
          <w:rFonts w:ascii="맑은 고딕" w:hAnsi="맑은 고딕" w:eastAsia="맑은 고딕"/>
          <w:b w:val="0"/>
          <w:color w:val="4E5968"/>
          <w:sz w:val="22"/>
        </w:rPr>
        <w:t>① 물건값이 올라간다</w:t>
      </w:r>
    </w:p>
    <w:p>
      <w:pPr>
        <w:ind w:left="320"/>
      </w:pPr>
      <w:r>
        <w:rPr>
          <w:rFonts w:ascii="맑은 고딕" w:hAnsi="맑은 고딕" w:eastAsia="맑은 고딕"/>
          <w:b w:val="0"/>
          <w:color w:val="4E5968"/>
          <w:sz w:val="22"/>
        </w:rPr>
        <w:t>② 물건이 공짜가 된다</w:t>
      </w:r>
    </w:p>
    <w:p>
      <w:pPr>
        <w:ind w:left="320"/>
      </w:pPr>
      <w:r>
        <w:rPr>
          <w:rFonts w:ascii="맑은 고딕" w:hAnsi="맑은 고딕" w:eastAsia="맑은 고딕"/>
          <w:b w:val="0"/>
          <w:color w:val="4E5968"/>
          <w:sz w:val="22"/>
        </w:rPr>
        <w:t>③ 돈이 사라진다</w:t>
      </w:r>
    </w:p>
    <w:p>
      <w:pPr>
        <w:ind w:left="320"/>
      </w:pPr>
      <w:r>
        <w:rPr>
          <w:rFonts w:ascii="맑은 고딕" w:hAnsi="맑은 고딕" w:eastAsia="맑은 고딕"/>
          <w:b w:val="0"/>
          <w:color w:val="4E5968"/>
          <w:sz w:val="22"/>
        </w:rPr>
        <w:t>④ 모두가 부자가 되어 행복해진다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가짜 돈을 막기 위해 돈에 숨겨 둔 것은 무엇인가요?</w:t>
      </w:r>
    </w:p>
    <w:p>
      <w:pPr>
        <w:ind w:left="320"/>
      </w:pPr>
      <w:r>
        <w:rPr>
          <w:rFonts w:ascii="맑은 고딕" w:hAnsi="맑은 고딕" w:eastAsia="맑은 고딕"/>
          <w:b w:val="0"/>
          <w:color w:val="4E5968"/>
          <w:sz w:val="22"/>
        </w:rPr>
        <w:t>① 달콤한 향기</w:t>
      </w:r>
    </w:p>
    <w:p>
      <w:pPr>
        <w:ind w:left="320"/>
      </w:pPr>
      <w:r>
        <w:rPr>
          <w:rFonts w:ascii="맑은 고딕" w:hAnsi="맑은 고딕" w:eastAsia="맑은 고딕"/>
          <w:b w:val="0"/>
          <w:color w:val="4E5968"/>
          <w:sz w:val="22"/>
        </w:rPr>
        <w:t>② 위조방지 장치</w:t>
      </w:r>
    </w:p>
    <w:p>
      <w:pPr>
        <w:ind w:left="320"/>
      </w:pPr>
      <w:r>
        <w:rPr>
          <w:rFonts w:ascii="맑은 고딕" w:hAnsi="맑은 고딕" w:eastAsia="맑은 고딕"/>
          <w:b w:val="0"/>
          <w:color w:val="4E5968"/>
          <w:sz w:val="22"/>
        </w:rPr>
        <w:t>③ 작은 단추</w:t>
      </w:r>
    </w:p>
    <w:p>
      <w:pPr>
        <w:ind w:left="320"/>
      </w:pPr>
      <w:r>
        <w:rPr>
          <w:rFonts w:ascii="맑은 고딕" w:hAnsi="맑은 고딕" w:eastAsia="맑은 고딕"/>
          <w:b w:val="0"/>
          <w:color w:val="4E5968"/>
          <w:sz w:val="22"/>
        </w:rPr>
        <w:t>④ 맛있는 사탕 그림</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가짜 돈을 만들면 어떻게 되나요?</w:t>
      </w:r>
    </w:p>
    <w:p>
      <w:pPr>
        <w:ind w:left="320"/>
      </w:pPr>
      <w:r>
        <w:rPr>
          <w:rFonts w:ascii="맑은 고딕" w:hAnsi="맑은 고딕" w:eastAsia="맑은 고딕"/>
          <w:b w:val="0"/>
          <w:color w:val="4E5968"/>
          <w:sz w:val="22"/>
        </w:rPr>
        <w:t>① 칭찬받는다</w:t>
      </w:r>
    </w:p>
    <w:p>
      <w:pPr>
        <w:ind w:left="320"/>
      </w:pPr>
      <w:r>
        <w:rPr>
          <w:rFonts w:ascii="맑은 고딕" w:hAnsi="맑은 고딕" w:eastAsia="맑은 고딕"/>
          <w:b w:val="0"/>
          <w:color w:val="4E5968"/>
          <w:sz w:val="22"/>
        </w:rPr>
        <w:t>② 부자가 된다</w:t>
      </w:r>
    </w:p>
    <w:p>
      <w:pPr>
        <w:ind w:left="320"/>
      </w:pPr>
      <w:r>
        <w:rPr>
          <w:rFonts w:ascii="맑은 고딕" w:hAnsi="맑은 고딕" w:eastAsia="맑은 고딕"/>
          <w:b w:val="0"/>
          <w:color w:val="4E5968"/>
          <w:sz w:val="22"/>
        </w:rPr>
        <w:t>③ 법으로 처벌받는다</w:t>
      </w:r>
    </w:p>
    <w:p>
      <w:pPr>
        <w:ind w:left="320"/>
      </w:pPr>
      <w:r>
        <w:rPr>
          <w:rFonts w:ascii="맑은 고딕" w:hAnsi="맑은 고딕" w:eastAsia="맑은 고딕"/>
          <w:b w:val="0"/>
          <w:color w:val="4E5968"/>
          <w:sz w:val="22"/>
        </w:rPr>
        <w:t>④ 아무 일도 일어나지 않는다</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도토리가 맛있다는 것</w:t>
      </w:r>
    </w:p>
    <w:p>
      <w:pPr>
        <w:ind w:left="320"/>
      </w:pPr>
      <w:r>
        <w:rPr>
          <w:rFonts w:ascii="맑은 고딕" w:hAnsi="맑은 고딕" w:eastAsia="맑은 고딕"/>
          <w:b w:val="0"/>
          <w:color w:val="4E5968"/>
          <w:sz w:val="22"/>
        </w:rPr>
        <w:t>② 도시가 시골보다 훨씬 좋다는 것</w:t>
      </w:r>
    </w:p>
    <w:p>
      <w:pPr>
        <w:ind w:left="320"/>
      </w:pPr>
      <w:r>
        <w:rPr>
          <w:rFonts w:ascii="맑은 고딕" w:hAnsi="맑은 고딕" w:eastAsia="맑은 고딕"/>
          <w:b w:val="0"/>
          <w:color w:val="4E5968"/>
          <w:sz w:val="22"/>
        </w:rPr>
        <w:t>③ 쥐가 빠르다는 것</w:t>
      </w:r>
    </w:p>
    <w:p>
      <w:pPr>
        <w:ind w:left="320"/>
      </w:pPr>
      <w:r>
        <w:rPr>
          <w:rFonts w:ascii="맑은 고딕" w:hAnsi="맑은 고딕" w:eastAsia="맑은 고딕"/>
          <w:b w:val="0"/>
          <w:color w:val="4E5968"/>
          <w:sz w:val="22"/>
        </w:rPr>
        <w:t>④ 돈의 의미와 소중함</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물물교환  ·          ·  물건과 물건을 바꿈</w:t>
      </w:r>
    </w:p>
    <w:p>
      <w:pPr>
        <w:ind w:left="320"/>
      </w:pPr>
      <w:r>
        <w:rPr>
          <w:rFonts w:ascii="맑은 고딕" w:hAnsi="맑은 고딕" w:eastAsia="맑은 고딕"/>
          <w:b w:val="0"/>
          <w:color w:val="333D4B"/>
          <w:sz w:val="22"/>
        </w:rPr>
        <w:t>한국은행  ·          ·  돈을 관리하는 곳</w:t>
      </w:r>
    </w:p>
    <w:p>
      <w:pPr>
        <w:ind w:left="320"/>
      </w:pPr>
      <w:r>
        <w:rPr>
          <w:rFonts w:ascii="맑은 고딕" w:hAnsi="맑은 고딕" w:eastAsia="맑은 고딕"/>
          <w:b w:val="0"/>
          <w:color w:val="333D4B"/>
          <w:sz w:val="22"/>
        </w:rPr>
        <w:t>위조방지 장치  ·          ·  가짜 돈을 막는 것</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소중한 돈을 바르게 쓰는 방법을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돈의 의미와 위조방지</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익숙한 '시골쥐와 도시쥐' 이야기를 통해 돈이 무엇이고 어디서 만들어지는지 배우는 경제 동화. 물물교환의 불편함에서 돈이 생겨났고, 돈은 물건의 가치를 매기는 수단임을 알려 준다. 돈은 한국은행이 양을 관리하고 조폐공사가 만들며, 많이 찍어내면 가치가 떨어져 물가가 오른다는 것, 그리고 가짜 돈을 막는 위조방지 장치까지 재미있게 소개한다.</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돈이란 무엇인가요?</w:t>
      </w:r>
    </w:p>
    <w:p>
      <w:pPr>
        <w:ind w:left="320"/>
      </w:pPr>
      <w:r>
        <w:rPr>
          <w:rFonts w:ascii="맑은 고딕" w:hAnsi="맑은 고딕" w:eastAsia="맑은 고딕"/>
          <w:b w:val="0"/>
          <w:color w:val="4E5968"/>
          <w:sz w:val="22"/>
        </w:rPr>
        <w:t>① 물건의 가치를 매기는 수단</w:t>
      </w:r>
    </w:p>
    <w:p>
      <w:pPr>
        <w:ind w:left="320"/>
      </w:pPr>
      <w:r>
        <w:rPr>
          <w:rFonts w:ascii="맑은 고딕" w:hAnsi="맑은 고딕" w:eastAsia="맑은 고딕"/>
          <w:b w:val="0"/>
          <w:color w:val="4E5968"/>
          <w:sz w:val="22"/>
        </w:rPr>
        <w:t>② 먹는 음식</w:t>
      </w:r>
    </w:p>
    <w:p>
      <w:pPr>
        <w:ind w:left="320"/>
      </w:pPr>
      <w:r>
        <w:rPr>
          <w:rFonts w:ascii="맑은 고딕" w:hAnsi="맑은 고딕" w:eastAsia="맑은 고딕"/>
          <w:b w:val="0"/>
          <w:color w:val="4E5968"/>
          <w:sz w:val="22"/>
        </w:rPr>
        <w:t>③ 장난감</w:t>
      </w:r>
    </w:p>
    <w:p>
      <w:pPr>
        <w:ind w:left="320"/>
      </w:pPr>
      <w:r>
        <w:rPr>
          <w:rFonts w:ascii="맑은 고딕" w:hAnsi="맑은 고딕" w:eastAsia="맑은 고딕"/>
          <w:b w:val="0"/>
          <w:color w:val="4E5968"/>
          <w:sz w:val="22"/>
        </w:rPr>
        <w:t>④ 그냥 예쁘게 만든 종이 한 장</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물물교환의 불편한 점으로 알맞은 것은?</w:t>
      </w:r>
    </w:p>
    <w:p>
      <w:pPr>
        <w:ind w:left="320"/>
      </w:pPr>
      <w:r>
        <w:rPr>
          <w:rFonts w:ascii="맑은 고딕" w:hAnsi="맑은 고딕" w:eastAsia="맑은 고딕"/>
          <w:b w:val="0"/>
          <w:color w:val="4E5968"/>
          <w:sz w:val="22"/>
        </w:rPr>
        <w:t>① 물건값이 너무 많이 비싸져서</w:t>
      </w:r>
    </w:p>
    <w:p>
      <w:pPr>
        <w:ind w:left="320"/>
      </w:pPr>
      <w:r>
        <w:rPr>
          <w:rFonts w:ascii="맑은 고딕" w:hAnsi="맑은 고딕" w:eastAsia="맑은 고딕"/>
          <w:b w:val="0"/>
          <w:color w:val="4E5968"/>
          <w:sz w:val="22"/>
        </w:rPr>
        <w:t>② 서로 원하는 게 맞아야 해서</w:t>
      </w:r>
    </w:p>
    <w:p>
      <w:pPr>
        <w:ind w:left="320"/>
      </w:pPr>
      <w:r>
        <w:rPr>
          <w:rFonts w:ascii="맑은 고딕" w:hAnsi="맑은 고딕" w:eastAsia="맑은 고딕"/>
          <w:b w:val="0"/>
          <w:color w:val="4E5968"/>
          <w:sz w:val="22"/>
        </w:rPr>
        <w:t>③ 물건이 남아돌아서</w:t>
      </w:r>
    </w:p>
    <w:p>
      <w:pPr>
        <w:ind w:left="320"/>
      </w:pPr>
      <w:r>
        <w:rPr>
          <w:rFonts w:ascii="맑은 고딕" w:hAnsi="맑은 고딕" w:eastAsia="맑은 고딕"/>
          <w:b w:val="0"/>
          <w:color w:val="4E5968"/>
          <w:sz w:val="22"/>
        </w:rPr>
        <w:t>④ 돈이 부족해서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돈을 실제로 만드는 곳은 어디인가요?</w:t>
      </w:r>
    </w:p>
    <w:p>
      <w:pPr>
        <w:ind w:left="320"/>
      </w:pPr>
      <w:r>
        <w:rPr>
          <w:rFonts w:ascii="맑은 고딕" w:hAnsi="맑은 고딕" w:eastAsia="맑은 고딕"/>
          <w:b w:val="0"/>
          <w:color w:val="4E5968"/>
          <w:sz w:val="22"/>
        </w:rPr>
        <w:t>① 여러 시중 은행</w:t>
      </w:r>
    </w:p>
    <w:p>
      <w:pPr>
        <w:ind w:left="320"/>
      </w:pPr>
      <w:r>
        <w:rPr>
          <w:rFonts w:ascii="맑은 고딕" w:hAnsi="맑은 고딕" w:eastAsia="맑은 고딕"/>
          <w:b w:val="0"/>
          <w:color w:val="4E5968"/>
          <w:sz w:val="22"/>
        </w:rPr>
        <w:t>② 큰 백화점</w:t>
      </w:r>
    </w:p>
    <w:p>
      <w:pPr>
        <w:ind w:left="320"/>
      </w:pPr>
      <w:r>
        <w:rPr>
          <w:rFonts w:ascii="맑은 고딕" w:hAnsi="맑은 고딕" w:eastAsia="맑은 고딕"/>
          <w:b w:val="0"/>
          <w:color w:val="4E5968"/>
          <w:sz w:val="22"/>
        </w:rPr>
        <w:t>③ 조폐공사</w:t>
      </w:r>
    </w:p>
    <w:p>
      <w:pPr>
        <w:ind w:left="320"/>
      </w:pPr>
      <w:r>
        <w:rPr>
          <w:rFonts w:ascii="맑은 고딕" w:hAnsi="맑은 고딕" w:eastAsia="맑은 고딕"/>
          <w:b w:val="0"/>
          <w:color w:val="4E5968"/>
          <w:sz w:val="22"/>
        </w:rPr>
        <w:t>④ 동네 우체국과 학교</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돈을 많이 찍어내면 어떤 일이 생기나요?</w:t>
      </w:r>
    </w:p>
    <w:p>
      <w:pPr>
        <w:ind w:left="320"/>
      </w:pPr>
      <w:r>
        <w:rPr>
          <w:rFonts w:ascii="맑은 고딕" w:hAnsi="맑은 고딕" w:eastAsia="맑은 고딕"/>
          <w:b w:val="0"/>
          <w:color w:val="4E5968"/>
          <w:sz w:val="22"/>
        </w:rPr>
        <w:t>① 온 나라 사람들이 모두 큰 부자가 되어 잘산다</w:t>
      </w:r>
    </w:p>
    <w:p>
      <w:pPr>
        <w:ind w:left="320"/>
      </w:pPr>
      <w:r>
        <w:rPr>
          <w:rFonts w:ascii="맑은 고딕" w:hAnsi="맑은 고딕" w:eastAsia="맑은 고딕"/>
          <w:b w:val="0"/>
          <w:color w:val="4E5968"/>
          <w:sz w:val="22"/>
        </w:rPr>
        <w:t>② 빚이 사라진다</w:t>
      </w:r>
    </w:p>
    <w:p>
      <w:pPr>
        <w:ind w:left="320"/>
      </w:pPr>
      <w:r>
        <w:rPr>
          <w:rFonts w:ascii="맑은 고딕" w:hAnsi="맑은 고딕" w:eastAsia="맑은 고딕"/>
          <w:b w:val="0"/>
          <w:color w:val="4E5968"/>
          <w:sz w:val="22"/>
        </w:rPr>
        <w:t>③ 물건이 흔해진다</w:t>
      </w:r>
    </w:p>
    <w:p>
      <w:pPr>
        <w:ind w:left="320"/>
      </w:pPr>
      <w:r>
        <w:rPr>
          <w:rFonts w:ascii="맑은 고딕" w:hAnsi="맑은 고딕" w:eastAsia="맑은 고딕"/>
          <w:b w:val="0"/>
          <w:color w:val="4E5968"/>
          <w:sz w:val="22"/>
        </w:rPr>
        <w:t>④ 돈 가치가 떨어져 물가가 오른다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돈이 발전해 온 순서대로 기호를 써 보세요.</w:t>
      </w:r>
    </w:p>
    <w:p>
      <w:pPr>
        <w:ind w:left="320"/>
      </w:pPr>
      <w:r>
        <w:rPr>
          <w:rFonts w:ascii="맑은 고딕" w:hAnsi="맑은 고딕" w:eastAsia="맑은 고딕"/>
          <w:b w:val="0"/>
          <w:color w:val="333D4B"/>
          <w:sz w:val="22"/>
        </w:rPr>
        <w:t>ㄱ. 돈(화폐)이 생긴다.</w:t>
      </w:r>
    </w:p>
    <w:p>
      <w:pPr>
        <w:ind w:left="320"/>
      </w:pPr>
      <w:r>
        <w:rPr>
          <w:rFonts w:ascii="맑은 고딕" w:hAnsi="맑은 고딕" w:eastAsia="맑은 고딕"/>
          <w:b w:val="0"/>
          <w:color w:val="333D4B"/>
          <w:sz w:val="22"/>
        </w:rPr>
        <w:t>ㄴ. 물물교환을 한다.</w:t>
      </w:r>
    </w:p>
    <w:p>
      <w:pPr>
        <w:ind w:left="320"/>
      </w:pPr>
      <w:r>
        <w:rPr>
          <w:rFonts w:ascii="맑은 고딕" w:hAnsi="맑은 고딕" w:eastAsia="맑은 고딕"/>
          <w:b w:val="0"/>
          <w:color w:val="333D4B"/>
          <w:sz w:val="22"/>
        </w:rPr>
        <w:t>ㄷ. 카드·전자화폐로 발전한다.</w:t>
      </w:r>
    </w:p>
    <w:p>
      <w:pPr>
        <w:ind w:left="320"/>
      </w:pPr>
      <w:r>
        <w:rPr>
          <w:rFonts w:ascii="맑은 고딕" w:hAnsi="맑은 고딕" w:eastAsia="맑은 고딕"/>
          <w:b w:val="0"/>
          <w:color w:val="333D4B"/>
          <w:sz w:val="22"/>
        </w:rPr>
        <w:t>ㄹ. 동전·지폐를 쓴다.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돈에 위조방지 장치를 넣는 까닭은?</w:t>
      </w:r>
    </w:p>
    <w:p>
      <w:pPr>
        <w:ind w:left="320"/>
      </w:pPr>
      <w:r>
        <w:rPr>
          <w:rFonts w:ascii="맑은 고딕" w:hAnsi="맑은 고딕" w:eastAsia="맑은 고딕"/>
          <w:b w:val="0"/>
          <w:color w:val="4E5968"/>
          <w:sz w:val="22"/>
        </w:rPr>
        <w:t>① 돈을 훨씬 더 예쁘게 만들려고</w:t>
      </w:r>
    </w:p>
    <w:p>
      <w:pPr>
        <w:ind w:left="320"/>
      </w:pPr>
      <w:r>
        <w:rPr>
          <w:rFonts w:ascii="맑은 고딕" w:hAnsi="맑은 고딕" w:eastAsia="맑은 고딕"/>
          <w:b w:val="0"/>
          <w:color w:val="4E5968"/>
          <w:sz w:val="22"/>
        </w:rPr>
        <w:t>② 가짜 돈을 막으려고</w:t>
      </w:r>
    </w:p>
    <w:p>
      <w:pPr>
        <w:ind w:left="320"/>
      </w:pPr>
      <w:r>
        <w:rPr>
          <w:rFonts w:ascii="맑은 고딕" w:hAnsi="맑은 고딕" w:eastAsia="맑은 고딕"/>
          <w:b w:val="0"/>
          <w:color w:val="4E5968"/>
          <w:sz w:val="22"/>
        </w:rPr>
        <w:t>③ 무게를 늘리려고</w:t>
      </w:r>
    </w:p>
    <w:p>
      <w:pPr>
        <w:ind w:left="320"/>
      </w:pPr>
      <w:r>
        <w:rPr>
          <w:rFonts w:ascii="맑은 고딕" w:hAnsi="맑은 고딕" w:eastAsia="맑은 고딕"/>
          <w:b w:val="0"/>
          <w:color w:val="4E5968"/>
          <w:sz w:val="22"/>
        </w:rPr>
        <w:t>④ 글씨를 쓰려고</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돈을 많이 만든다고 부자가 되지 않는 까닭은?</w:t>
      </w:r>
    </w:p>
    <w:p>
      <w:pPr>
        <w:ind w:left="320"/>
      </w:pPr>
      <w:r>
        <w:rPr>
          <w:rFonts w:ascii="맑은 고딕" w:hAnsi="맑은 고딕" w:eastAsia="맑은 고딕"/>
          <w:b w:val="0"/>
          <w:color w:val="4E5968"/>
          <w:sz w:val="22"/>
        </w:rPr>
        <w:t>① 돈이 무거워서</w:t>
      </w:r>
    </w:p>
    <w:p>
      <w:pPr>
        <w:ind w:left="320"/>
      </w:pPr>
      <w:r>
        <w:rPr>
          <w:rFonts w:ascii="맑은 고딕" w:hAnsi="맑은 고딕" w:eastAsia="맑은 고딕"/>
          <w:b w:val="0"/>
          <w:color w:val="4E5968"/>
          <w:sz w:val="22"/>
        </w:rPr>
        <w:t>② 은행이 막아서</w:t>
      </w:r>
    </w:p>
    <w:p>
      <w:pPr>
        <w:ind w:left="320"/>
      </w:pPr>
      <w:r>
        <w:rPr>
          <w:rFonts w:ascii="맑은 고딕" w:hAnsi="맑은 고딕" w:eastAsia="맑은 고딕"/>
          <w:b w:val="0"/>
          <w:color w:val="4E5968"/>
          <w:sz w:val="22"/>
        </w:rPr>
        <w:t>③ 돈 가치가 떨어지기 때문에</w:t>
      </w:r>
    </w:p>
    <w:p>
      <w:pPr>
        <w:ind w:left="320"/>
      </w:pPr>
      <w:r>
        <w:rPr>
          <w:rFonts w:ascii="맑은 고딕" w:hAnsi="맑은 고딕" w:eastAsia="맑은 고딕"/>
          <w:b w:val="0"/>
          <w:color w:val="4E5968"/>
          <w:sz w:val="22"/>
        </w:rPr>
        <w:t>④ 사람들이 돈을 싫어하기 때문에</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돈을 알고 소중히 다루자</w:t>
      </w:r>
    </w:p>
    <w:p>
      <w:pPr>
        <w:ind w:left="320"/>
      </w:pPr>
      <w:r>
        <w:rPr>
          <w:rFonts w:ascii="맑은 고딕" w:hAnsi="맑은 고딕" w:eastAsia="맑은 고딕"/>
          <w:b w:val="0"/>
          <w:color w:val="4E5968"/>
          <w:sz w:val="22"/>
        </w:rPr>
        <w:t>② 도시가 더 좋다는 것</w:t>
      </w:r>
    </w:p>
    <w:p>
      <w:pPr>
        <w:ind w:left="320"/>
      </w:pPr>
      <w:r>
        <w:rPr>
          <w:rFonts w:ascii="맑은 고딕" w:hAnsi="맑은 고딕" w:eastAsia="맑은 고딕"/>
          <w:b w:val="0"/>
          <w:color w:val="4E5968"/>
          <w:sz w:val="22"/>
        </w:rPr>
        <w:t>③ 쥐가 똑똑하다는 것</w:t>
      </w:r>
    </w:p>
    <w:p>
      <w:pPr>
        <w:ind w:left="320"/>
      </w:pPr>
      <w:r>
        <w:rPr>
          <w:rFonts w:ascii="맑은 고딕" w:hAnsi="맑은 고딕" w:eastAsia="맑은 고딕"/>
          <w:b w:val="0"/>
          <w:color w:val="4E5968"/>
          <w:sz w:val="22"/>
        </w:rPr>
        <w:t>④ 돈은 많이 만들수록 좋다는 것</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돈이 없던 시절 물물교환의 불편함과, 돈이 생긴 뒤 편리해진 점을 비교해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돈을 아끼고 바르게 쓰는 나만의 방법을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돈의 원리를 배우다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익숙한 '시골쥐와 도시쥐' 이야기를 통해 돈이 무엇이고 어디서 만들어지는지 배우는 경제 동화. 물물교환의 불편함에서 돈이 생겨났고, 돈은 물건의 가치를 매기는 수단임을 알려 준다. 돈은 한국은행이 양을 관리하고 조폐공사가 만들며, 많이 찍어내면 가치가 떨어져 물가가 오른다는 것, 그리고 가짜 돈을 막는 위조방지 장치까지 재미있게 소개한다.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돈이 생겨난 까닭으로 알맞은 것은?</w:t>
      </w:r>
    </w:p>
    <w:p>
      <w:pPr>
        <w:ind w:left="320"/>
      </w:pPr>
      <w:r>
        <w:rPr>
          <w:rFonts w:ascii="맑은 고딕" w:hAnsi="맑은 고딕" w:eastAsia="맑은 고딕"/>
          <w:b w:val="0"/>
          <w:color w:val="4E5968"/>
          <w:sz w:val="22"/>
        </w:rPr>
        <w:t>① 물물교환이 불편해서</w:t>
      </w:r>
    </w:p>
    <w:p>
      <w:pPr>
        <w:ind w:left="320"/>
      </w:pPr>
      <w:r>
        <w:rPr>
          <w:rFonts w:ascii="맑은 고딕" w:hAnsi="맑은 고딕" w:eastAsia="맑은 고딕"/>
          <w:b w:val="0"/>
          <w:color w:val="4E5968"/>
          <w:sz w:val="22"/>
        </w:rPr>
        <w:t>② 장난을 치려고</w:t>
      </w:r>
    </w:p>
    <w:p>
      <w:pPr>
        <w:ind w:left="320"/>
      </w:pPr>
      <w:r>
        <w:rPr>
          <w:rFonts w:ascii="맑은 고딕" w:hAnsi="맑은 고딕" w:eastAsia="맑은 고딕"/>
          <w:b w:val="0"/>
          <w:color w:val="4E5968"/>
          <w:sz w:val="22"/>
        </w:rPr>
        <w:t>③ 선물하려고</w:t>
      </w:r>
    </w:p>
    <w:p>
      <w:pPr>
        <w:ind w:left="320"/>
      </w:pPr>
      <w:r>
        <w:rPr>
          <w:rFonts w:ascii="맑은 고딕" w:hAnsi="맑은 고딕" w:eastAsia="맑은 고딕"/>
          <w:b w:val="0"/>
          <w:color w:val="4E5968"/>
          <w:sz w:val="22"/>
        </w:rPr>
        <w:t>④ 부자들이 자랑하고 싶어서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돈을 아무나 만들 수 없는 까닭은?</w:t>
      </w:r>
    </w:p>
    <w:p>
      <w:pPr>
        <w:ind w:left="320"/>
      </w:pPr>
      <w:r>
        <w:rPr>
          <w:rFonts w:ascii="맑은 고딕" w:hAnsi="맑은 고딕" w:eastAsia="맑은 고딕"/>
          <w:b w:val="0"/>
          <w:color w:val="4E5968"/>
          <w:sz w:val="22"/>
        </w:rPr>
        <w:t>① 재료를 구하기가 매우 어려워서</w:t>
      </w:r>
    </w:p>
    <w:p>
      <w:pPr>
        <w:ind w:left="320"/>
      </w:pPr>
      <w:r>
        <w:rPr>
          <w:rFonts w:ascii="맑은 고딕" w:hAnsi="맑은 고딕" w:eastAsia="맑은 고딕"/>
          <w:b w:val="0"/>
          <w:color w:val="4E5968"/>
          <w:sz w:val="22"/>
        </w:rPr>
        <w:t>② 돈의 가치와 신뢰를 지키려고</w:t>
      </w:r>
    </w:p>
    <w:p>
      <w:pPr>
        <w:ind w:left="320"/>
      </w:pPr>
      <w:r>
        <w:rPr>
          <w:rFonts w:ascii="맑은 고딕" w:hAnsi="맑은 고딕" w:eastAsia="맑은 고딕"/>
          <w:b w:val="0"/>
          <w:color w:val="4E5968"/>
          <w:sz w:val="22"/>
        </w:rPr>
        <w:t>③ 만들기가 재미없어서</w:t>
      </w:r>
    </w:p>
    <w:p>
      <w:pPr>
        <w:ind w:left="320"/>
      </w:pPr>
      <w:r>
        <w:rPr>
          <w:rFonts w:ascii="맑은 고딕" w:hAnsi="맑은 고딕" w:eastAsia="맑은 고딕"/>
          <w:b w:val="0"/>
          <w:color w:val="4E5968"/>
          <w:sz w:val="22"/>
        </w:rPr>
        <w:t>④ 법이 없어서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시중에 돈이 지나치게 많아지면 어떻게 되나요?</w:t>
      </w:r>
    </w:p>
    <w:p>
      <w:pPr>
        <w:ind w:left="320"/>
      </w:pPr>
      <w:r>
        <w:rPr>
          <w:rFonts w:ascii="맑은 고딕" w:hAnsi="맑은 고딕" w:eastAsia="맑은 고딕"/>
          <w:b w:val="0"/>
          <w:color w:val="4E5968"/>
          <w:sz w:val="22"/>
        </w:rPr>
        <w:t>① 온 나라에 물건이 갑자기 흔해진다</w:t>
      </w:r>
    </w:p>
    <w:p>
      <w:pPr>
        <w:ind w:left="320"/>
      </w:pPr>
      <w:r>
        <w:rPr>
          <w:rFonts w:ascii="맑은 고딕" w:hAnsi="맑은 고딕" w:eastAsia="맑은 고딕"/>
          <w:b w:val="0"/>
          <w:color w:val="4E5968"/>
          <w:sz w:val="22"/>
        </w:rPr>
        <w:t>② 빚이 사라진다</w:t>
      </w:r>
    </w:p>
    <w:p>
      <w:pPr>
        <w:ind w:left="320"/>
      </w:pPr>
      <w:r>
        <w:rPr>
          <w:rFonts w:ascii="맑은 고딕" w:hAnsi="맑은 고딕" w:eastAsia="맑은 고딕"/>
          <w:b w:val="0"/>
          <w:color w:val="4E5968"/>
          <w:sz w:val="22"/>
        </w:rPr>
        <w:t>③ 물가가 올라 경제가 어려워진다</w:t>
      </w:r>
    </w:p>
    <w:p>
      <w:pPr>
        <w:ind w:left="320"/>
      </w:pPr>
      <w:r>
        <w:rPr>
          <w:rFonts w:ascii="맑은 고딕" w:hAnsi="맑은 고딕" w:eastAsia="맑은 고딕"/>
          <w:b w:val="0"/>
          <w:color w:val="4E5968"/>
          <w:sz w:val="22"/>
        </w:rPr>
        <w:t>④ 물건이 공짜가 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위조방지 장치의 예로 알맞은 것은?</w:t>
      </w:r>
    </w:p>
    <w:p>
      <w:pPr>
        <w:ind w:left="320"/>
      </w:pPr>
      <w:r>
        <w:rPr>
          <w:rFonts w:ascii="맑은 고딕" w:hAnsi="맑은 고딕" w:eastAsia="맑은 고딕"/>
          <w:b w:val="0"/>
          <w:color w:val="4E5968"/>
          <w:sz w:val="22"/>
        </w:rPr>
        <w:t>① 향기가 솔솔 나는 특별한 종이</w:t>
      </w:r>
    </w:p>
    <w:p>
      <w:pPr>
        <w:ind w:left="320"/>
      </w:pPr>
      <w:r>
        <w:rPr>
          <w:rFonts w:ascii="맑은 고딕" w:hAnsi="맑은 고딕" w:eastAsia="맑은 고딕"/>
          <w:b w:val="0"/>
          <w:color w:val="4E5968"/>
          <w:sz w:val="22"/>
        </w:rPr>
        <w:t>② 빛나는 보석</w:t>
      </w:r>
    </w:p>
    <w:p>
      <w:pPr>
        <w:ind w:left="320"/>
      </w:pPr>
      <w:r>
        <w:rPr>
          <w:rFonts w:ascii="맑은 고딕" w:hAnsi="맑은 고딕" w:eastAsia="맑은 고딕"/>
          <w:b w:val="0"/>
          <w:color w:val="4E5968"/>
          <w:sz w:val="22"/>
        </w:rPr>
        <w:t>③ 달콤한 맛</w:t>
      </w:r>
    </w:p>
    <w:p>
      <w:pPr>
        <w:ind w:left="320"/>
      </w:pPr>
      <w:r>
        <w:rPr>
          <w:rFonts w:ascii="맑은 고딕" w:hAnsi="맑은 고딕" w:eastAsia="맑은 고딕"/>
          <w:b w:val="0"/>
          <w:color w:val="4E5968"/>
          <w:sz w:val="22"/>
        </w:rPr>
        <w:t>④ 홀로그램·숨은그림</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돈이 발전해 온 순서대로 기호를 써 보세요.</w:t>
      </w:r>
    </w:p>
    <w:p>
      <w:pPr>
        <w:ind w:left="320"/>
      </w:pPr>
      <w:r>
        <w:rPr>
          <w:rFonts w:ascii="맑은 고딕" w:hAnsi="맑은 고딕" w:eastAsia="맑은 고딕"/>
          <w:b w:val="0"/>
          <w:color w:val="333D4B"/>
          <w:sz w:val="22"/>
        </w:rPr>
        <w:t>ㄱ. 돈(화폐)이 생긴다.</w:t>
      </w:r>
    </w:p>
    <w:p>
      <w:pPr>
        <w:ind w:left="320"/>
      </w:pPr>
      <w:r>
        <w:rPr>
          <w:rFonts w:ascii="맑은 고딕" w:hAnsi="맑은 고딕" w:eastAsia="맑은 고딕"/>
          <w:b w:val="0"/>
          <w:color w:val="333D4B"/>
          <w:sz w:val="22"/>
        </w:rPr>
        <w:t>ㄴ. 물물교환을 한다.</w:t>
      </w:r>
    </w:p>
    <w:p>
      <w:pPr>
        <w:ind w:left="320"/>
      </w:pPr>
      <w:r>
        <w:rPr>
          <w:rFonts w:ascii="맑은 고딕" w:hAnsi="맑은 고딕" w:eastAsia="맑은 고딕"/>
          <w:b w:val="0"/>
          <w:color w:val="333D4B"/>
          <w:sz w:val="22"/>
        </w:rPr>
        <w:t>ㄷ. 카드·전자화폐로 발전한다.</w:t>
      </w:r>
    </w:p>
    <w:p>
      <w:pPr>
        <w:ind w:left="320"/>
      </w:pPr>
      <w:r>
        <w:rPr>
          <w:rFonts w:ascii="맑은 고딕" w:hAnsi="맑은 고딕" w:eastAsia="맑은 고딕"/>
          <w:b w:val="0"/>
          <w:color w:val="333D4B"/>
          <w:sz w:val="22"/>
        </w:rPr>
        <w:t>ㄹ. 동전·지폐를 쓴다.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카드·전자화폐의 특징으로 알맞은 것은?</w:t>
      </w:r>
    </w:p>
    <w:p>
      <w:pPr>
        <w:ind w:left="320"/>
      </w:pPr>
      <w:r>
        <w:rPr>
          <w:rFonts w:ascii="맑은 고딕" w:hAnsi="맑은 고딕" w:eastAsia="맑은 고딕"/>
          <w:b w:val="0"/>
          <w:color w:val="4E5968"/>
          <w:sz w:val="22"/>
        </w:rPr>
        <w:t>① 쓸 때마다 언제나 매우 무겁고 불편하다</w:t>
      </w:r>
    </w:p>
    <w:p>
      <w:pPr>
        <w:ind w:left="320"/>
      </w:pPr>
      <w:r>
        <w:rPr>
          <w:rFonts w:ascii="맑은 고딕" w:hAnsi="맑은 고딕" w:eastAsia="맑은 고딕"/>
          <w:b w:val="0"/>
          <w:color w:val="4E5968"/>
          <w:sz w:val="22"/>
        </w:rPr>
        <w:t>② 편리하나 개인정보에 주의해야 한다</w:t>
      </w:r>
    </w:p>
    <w:p>
      <w:pPr>
        <w:ind w:left="320"/>
      </w:pPr>
      <w:r>
        <w:rPr>
          <w:rFonts w:ascii="맑은 고딕" w:hAnsi="맑은 고딕" w:eastAsia="맑은 고딕"/>
          <w:b w:val="0"/>
          <w:color w:val="4E5968"/>
          <w:sz w:val="22"/>
        </w:rPr>
        <w:t>③ 절대 잃어버리지 않는다</w:t>
      </w:r>
    </w:p>
    <w:p>
      <w:pPr>
        <w:ind w:left="320"/>
      </w:pPr>
      <w:r>
        <w:rPr>
          <w:rFonts w:ascii="맑은 고딕" w:hAnsi="맑은 고딕" w:eastAsia="맑은 고딕"/>
          <w:b w:val="0"/>
          <w:color w:val="4E5968"/>
          <w:sz w:val="22"/>
        </w:rPr>
        <w:t>④ 값이 저절로 올라간다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가짜 돈을 만들면 어떻게 되나요?</w:t>
      </w:r>
    </w:p>
    <w:p>
      <w:pPr>
        <w:ind w:left="320"/>
      </w:pPr>
      <w:r>
        <w:rPr>
          <w:rFonts w:ascii="맑은 고딕" w:hAnsi="맑은 고딕" w:eastAsia="맑은 고딕"/>
          <w:b w:val="0"/>
          <w:color w:val="4E5968"/>
          <w:sz w:val="22"/>
        </w:rPr>
        <w:t>① 큰 상을 받는다</w:t>
      </w:r>
    </w:p>
    <w:p>
      <w:pPr>
        <w:ind w:left="320"/>
      </w:pPr>
      <w:r>
        <w:rPr>
          <w:rFonts w:ascii="맑은 고딕" w:hAnsi="맑은 고딕" w:eastAsia="맑은 고딕"/>
          <w:b w:val="0"/>
          <w:color w:val="4E5968"/>
          <w:sz w:val="22"/>
        </w:rPr>
        <w:t>② 부자가 된다</w:t>
      </w:r>
    </w:p>
    <w:p>
      <w:pPr>
        <w:ind w:left="320"/>
      </w:pPr>
      <w:r>
        <w:rPr>
          <w:rFonts w:ascii="맑은 고딕" w:hAnsi="맑은 고딕" w:eastAsia="맑은 고딕"/>
          <w:b w:val="0"/>
          <w:color w:val="4E5968"/>
          <w:sz w:val="22"/>
        </w:rPr>
        <w:t>③ 법으로 처벌받는다</w:t>
      </w:r>
    </w:p>
    <w:p>
      <w:pPr>
        <w:ind w:left="320"/>
      </w:pPr>
      <w:r>
        <w:rPr>
          <w:rFonts w:ascii="맑은 고딕" w:hAnsi="맑은 고딕" w:eastAsia="맑은 고딕"/>
          <w:b w:val="0"/>
          <w:color w:val="4E5968"/>
          <w:sz w:val="22"/>
        </w:rPr>
        <w:t>④ 아무런 문제도 생기지 않는다</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이야기의 핵심으로 가장 알맞은 것은?</w:t>
      </w:r>
    </w:p>
    <w:p>
      <w:pPr>
        <w:ind w:left="320"/>
      </w:pPr>
      <w:r>
        <w:rPr>
          <w:rFonts w:ascii="맑은 고딕" w:hAnsi="맑은 고딕" w:eastAsia="맑은 고딕"/>
          <w:b w:val="0"/>
          <w:color w:val="4E5968"/>
          <w:sz w:val="22"/>
        </w:rPr>
        <w:t>① 돈을 알고 바르게 다루자</w:t>
      </w:r>
    </w:p>
    <w:p>
      <w:pPr>
        <w:ind w:left="320"/>
      </w:pPr>
      <w:r>
        <w:rPr>
          <w:rFonts w:ascii="맑은 고딕" w:hAnsi="맑은 고딕" w:eastAsia="맑은 고딕"/>
          <w:b w:val="0"/>
          <w:color w:val="4E5968"/>
          <w:sz w:val="22"/>
        </w:rPr>
        <w:t>② 도시 생활이 최고라는 것</w:t>
      </w:r>
    </w:p>
    <w:p>
      <w:pPr>
        <w:ind w:left="320"/>
      </w:pPr>
      <w:r>
        <w:rPr>
          <w:rFonts w:ascii="맑은 고딕" w:hAnsi="맑은 고딕" w:eastAsia="맑은 고딕"/>
          <w:b w:val="0"/>
          <w:color w:val="4E5968"/>
          <w:sz w:val="22"/>
        </w:rPr>
        <w:t>③ 쥐가 가장 영리하다는 것</w:t>
      </w:r>
    </w:p>
    <w:p>
      <w:pPr>
        <w:ind w:left="320"/>
      </w:pPr>
      <w:r>
        <w:rPr>
          <w:rFonts w:ascii="맑은 고딕" w:hAnsi="맑은 고딕" w:eastAsia="맑은 고딕"/>
          <w:b w:val="0"/>
          <w:color w:val="4E5968"/>
          <w:sz w:val="22"/>
        </w:rPr>
        <w:t>④ 돈은 많이 찍어낼수록 좋다는 것</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돈을 많이 찍어내도 왜 모두가 부자가 되지 못하는지, 그 까닭을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가짜 돈을 가려내려면 돈의 어떤 위조방지 장치를 살펴보면 좋을지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돈은 어디서 올까</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돈</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물건을 사고팔 때</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물물교환</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한국은행</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물건값이 올라간다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위조방지 장치</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법으로 처벌받는다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돈의 의미와 소중함</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물물교환-물건 바꾸기 / 한국은행-돈 관리 / 위조방지 장치-가짜 돈 막기</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꼭 필요한 것만 사고, 함부로 쓰지 않으며, 일부는 저축한다. · (평가) 돈을 바르게 쓰는 방법을 자기 말로 적었는지 봐 주세요.</w:t>
      </w:r>
    </w:p>
    <w:p>
      <w:r>
        <w:br w:type="page"/>
      </w:r>
    </w:p>
    <w:p>
      <w:pPr>
        <w:spacing w:before="160"/>
      </w:pPr>
      <w:r>
        <w:rPr>
          <w:rFonts w:ascii="맑은 고딕" w:hAnsi="맑은 고딕" w:eastAsia="맑은 고딕"/>
          <w:b/>
          <w:color w:val="2272EB"/>
          <w:sz w:val="26"/>
        </w:rPr>
        <w:t>[중학년] 돈의 의미와 위조방지</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물건의 가치를 매기는 수단</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서로 원하는 게 맞아야 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조폐공사</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돈 가치가 떨어져 물가가 오른다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가짜 돈을 막으려고</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돈 가치가 떨어지기 때문에</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돈을 알고 소중히 다루자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물물교환은 서로 원하는 물건이 맞아야 했지만, 돈이 생긴 뒤로는 어떤 물건이든 쉽게 사고팔 수 있게 되었다. · (평가) 불편함과 편리함을 비교해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사기 전에 정말 필요한지 한 번 더 생각하고, 용돈의 일부는 꼭 저축하며, 계획한 만큼만 쓴다. · (평가) 바른 소비 방법을 구체적으로 적었는지 봐 주세요.</w:t>
      </w:r>
    </w:p>
    <w:p>
      <w:r>
        <w:br w:type="page"/>
      </w:r>
    </w:p>
    <w:p>
      <w:pPr>
        <w:spacing w:before="160"/>
      </w:pPr>
      <w:r>
        <w:rPr>
          <w:rFonts w:ascii="맑은 고딕" w:hAnsi="맑은 고딕" w:eastAsia="맑은 고딕"/>
          <w:b/>
          <w:color w:val="2272EB"/>
          <w:sz w:val="26"/>
        </w:rPr>
        <w:t>[고학년] 돈의 원리를 배우다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물물교환이 불편해서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돈의 가치와 신뢰를 지키려고</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물가가 올라 경제가 어려워진다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홀로그램·숨은그림</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편리하나 개인정보에 주의해야 한다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법으로 처벌받는다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돈을 알고 바르게 다루자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돈이 많아지면 그만큼 돈의 가치가 떨어져 물건값도 같이 올라, 결국 살 수 있는 양은 그대로이기 때문이다. · (평가) 돈의 가치 하락·물가 상승과 연결해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빛에 비춰 보이는 숨은그림, 보는 각도에 따라 색이 변하는 부분, 만지면 도드라지는 볼록 인쇄, 홀로그램 등을 살핀다. · (평가) 구체적인 위조방지 장치를 들었는지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