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고학년용]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부정선거와 4.19 혁명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장기 집권을 노린 이승만 정권·자유당이 1960년 3월 15일 사상 최악의 부정선거를 저지른다. 깡패 동원, 비밀투표 파괴, 표 조작으로 유권자보다 많은 표가 나오는 일까지 벌어지자, 분노한 학생들을 중심으로 시민들이 '민주주의 사수하자'를 외치며 거리로 나섰다. 경찰의 발포로 큰 희생이 따른 끝에 이승만 대통령은 하야한다. 잘못된 권력에 맞서 민주주의를 되찾은 4.19 혁명과 공정한 선거의 소중함을 일깨우는 이야기.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1960년 3.15 부정선거를 저지른 쪽은 누구인가요?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이승만 정권의 자유당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거리로 나선 대학생들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선거를 지키던 참관인들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지지를 철회한 미국 정부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자유당이 부정선거까지 하며 이기붕을 부통령으로 당선시키려 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이기붕이 국민들에게 가장 인기가 많은 후보여서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고령의 이승만 뒤를 이어 권력을 계속 잡으려고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국민들이 강하게 원해서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이기붕이 선거에서 정정당당히 이겨서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사실 구별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3.15 부정선거에서 실제로 벌어진 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모든 후보에게 똑같이 공정한 기회를 주었다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비밀투표를 철저히 지켰다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외국에서 온 감시단이 처음부터 끝까지 빠짐없이 아주 공정하게 지켜봤다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깡패를 동원하고 표를 조작해 유권자보다 많은 표가 나왔다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부정선거에 분노해 거리로 나선 사람들은 주로 누구였나요?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군인과 경찰들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외국 기자들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학생(대학생)들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정부에서 일하던 공무원들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일이 일어난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학생들이 거리로 나서 시위한다.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3.15 부정선거가 벌어진다.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이승만 대통령이 하야한다.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경찰의 발포로 많은 사상자가 난다.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까닭 찾기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4월 19일이 '피의 화요일'이라 불리게 된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그날 화요일에 유난히 많은 비가 내렸기 때문에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경찰이 시위대에 발포해 많은 사상자가 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시위가 하루 만에 끝나서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학생들이 학교를 쉬어서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4.19 혁명의 결과로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이승만 대통령이 하야하고 정권이 무너졌다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자유당이 그대로 더욱 오래 권력을 잡게 되었다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부정선거 결과가 그대로 인정되었다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아무 일도 없이 끝났다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종합 · 주제 파악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이 사건이 우리에게 주는 교훈으로 가장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권력은 강할수록 좋다는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선거는 안 해도 된다는 것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잘못된 권력에 맞서 지킨 민주주의와 투표의 소중함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거리에 나서는 시위는 위험하니 절대 하면 안 된다는 것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부정선거가 왜 위험한지, 그리고 공정한 선거(보통·평등·직접·비밀선거)가 왜 중요한지 자신의 생각을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가치 판단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4.19 혁명에서 학생들이 보여 준 용기가 오늘을 사는 우리에게 주는 의미를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[고학년] 부정선거와 4.19 혁명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이승만 정권의 자유당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고령의 이승만 뒤를 이어 권력을 계속 잡으려고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④ 깡패를 동원하고 표를 조작해 유권자보다 많은 표가 나왔다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③ 학생(대학생)들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ㄱ → ㄹ → ㄷ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② 경찰이 시위대에 발포해 많은 사상자가 나서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① 이승만 대통령이 하야하고 정권이 무너졌다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잘못된 권력에 맞서 지킨 민주주의와 투표의 소중함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부정선거는 국민의 진짜 뜻을 짓밟아 엉뚱한 사람에게 권력을 준다. 누구나 평등하고 비밀스럽게 한 표를 행사하는 공정한 선거라야 국민의 뜻이 바르게 반영되기 때문이다. · (평가) 부정선거의 위험과 공정 선거의 중요성을 연결해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우리가 누리는 민주주의는 거저 얻은 것이 아니라, 부당함에 맞서 목소리를 낸 사람들의 용기와 희생으로 지킨 것임을 기억하고 소중히 여겨야 한다. · (평가) 용기·희생과 오늘의 민주주의를 연결했는지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