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평범한 시민이 만든 역사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1987년 6월, 박종철 고문치사 사건의 은폐가 한 장의 쪽지로 세상에 드러나며 시민들의 분노가 폭발한다. 학생과 상인, 직장인 등 평범한 이웃들이 손을 맞잡고 독재에 맞서 민주주의를 쟁취해 낸 6월 민주항쟁. 우리 일상이 누군가의 용기와 연대로 이루어졌음을 일깨우는 이야기.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1987년 6월, 시민들이 거리로 나선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은폐가 드러나고 민주화를 요구하며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운동회를 위해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신나고 즐거운 큰 가을 축제를 즐기려고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날씨가 좋아서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국민이 직접 대표를 뽑고 다수의 뜻에 따라 결정하는 정치를 무엇이라고 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독재주의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민주주의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전체주의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왕정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'휴지(쪽지)에 적힌 한 문장'이 한 역할로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길거리 광고 문구였다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오래전부터 아주 유명했던 옛날 시였다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이부영의 쪽지가 진실을 세상에 알렸다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노래 가사였다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학생뿐 아니라 직장인(넥타이 부대)·상인 등 평범한 시민이 함께한 것이 보여 주는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오직 영웅 한 사람의 힘으로만 된 일이다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우연히 일어난 일이다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외국이 해 준 일이다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수많은 평범한 시민의 연대로 이뤄졌다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사건이 일어난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이부영의 쪽지로 사건의 진실이 폭로된다.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정권이 박종철 사건을 은폐하려 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정권이 6.29 선언으로 직선제를 받아들인다.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시민들이 거리로 나와 대규모 항쟁을 벌인다.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6월 민주항쟁이 이끌어낸 결과로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대통령 직선제 등 민주화가 수용됨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전쟁이 일어남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끝내 이전과 똑같이 아무 변화도 없음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왕이 세워짐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이 이야기가 주는 교훈으로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자유는 그냥 거저 주어진다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자유는 시민의 용기와 연대로 얻어진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정치는 나와 아무 상관없는 남의 일이다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역사는 바꿀 수 없다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평범한 시민들의 '연대(함께함)'가 어떻게 역사를 바꿀 수 있었는지 자신의 생각을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가치 판단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작은 진실(쪽지 한 장)이 거대한 변화를 이끈 데서 느낀 점을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주제 심화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오늘 우리가 누리는 자유로운 일상을 지키기 위해 우리가 할 수 있는 일을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평범한 시민이 만든 역사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은폐가 드러나고 민주화를 요구하며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민주주의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이부영의 쪽지가 진실을 세상에 알렸다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수많은 평범한 시민의 연대로 이뤄졌다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ㄹ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대통령 직선제 등 민주화가 수용됨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자유는 시민의 용기와 연대로 얻어진 것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[예시] 한 사람의 힘은 작지만, 같은 뜻을 가진 수많은 시민이 함께 목소리를 내자 막강한 권력도 그 뜻을 꺾을 수 없었다. 연대가 큰 힘이 된 것이다. · (평가) 연대의 힘을 자기 말로 전개했는지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덮으려 한 진실도 용기 있는 한 사람의 행동으로 드러날 수 있고, 그 작은 진실이 세상을 바꿀 만큼 큰 힘을 가진다는 것을 느꼈다. · (평가) 진실·용기의 가치를 자기 말로 밝혔는지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역사를 바르게 기억하고, 사회의 부당한 일에 관심을 가지며, 어른이 되면 소중한 한 표를 꼭 행사하는 것이다. · (평가) 시민으로서 실천을 구체적으로 제시했는지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