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하나가 된 붉은 여름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2002년 여름, 대한민국이 월드컵에서 써 내려간 기적의 이야기. 히딩크 감독과 태극전사들이 폴란드를 상대로 첫 승을 거두고, 이탈리아·스페인을 차례로 꺾으며 아시아 최초로 4강에 올랐다. 4천만 국민이 붉은 물결로 하나가 되어 '꿈은 이루어진다'를 외친 그 뜨거운 순간과, 끝까지 포기하지 않은 투혼이 남긴 의미를 돌아본다.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2002년 한일 월드컵에서 대한민국 대표팀을 이끈 감독은 누구인가요?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거스 히딩크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차범근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박지성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유명한 선수 안정환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대한민국이 조별리그 첫 경기에서 이기며 월드컵 첫 승을 거둔 상대는 어디인가요?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우승 후보 이탈리아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폴란드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브라질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독일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대한민국이 16강에서 극적으로 꺾어 세계를 놀라게 한, 우승 후보로 불리던 나라는 어디인가요?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프랑스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스페인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이탈리아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남미의 강호 브라질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이 대회에서 대한민국이 거둔 최종 성적은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첫 경기 우승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8강에서 탈락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16강에서 아쉽게 탈락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4강 진출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대회 진행을 일이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이탈리아를 꺾고 8강에 오른다.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폴란드를 이기며 첫 승을 거둔다.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터키와 3·4위전을 치른다.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스페인을 승부차기로 이기고 4강에 오른다.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당시 수많은 국민이 광장에 모여 함께 응원할 때 입은 옷의 색깔은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붉은색 옷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검은색 옷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노란색 옷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파란색 옷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대표팀이 강팀들을 상대로 끝까지 뛸 수 있었던 힘으로, 영상이 함께 강조하는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상대 팀의 거듭된 실수 덕분에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선수들의 투혼과 국민의 응원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비싼 운동화 덕분에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운이 좋아서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선수들이 강한 상대 앞에서도 끝까지 포기하지 않은 모습에서 배울 점으로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이기지 못하면 다 의미가 없다는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혼자 잘하면 충분하다는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끝까지 최선을 다하는 마음이 소중하다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어려우면 빨리 포기하는 게 낫다는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 쓰기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온 국민이 하나가 되어 응원했던 까닭은 무엇일지 생각하여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대표팀처럼 내가 '끝까지 최선을 다해' 도전하고 싶은 일을 한 가지 정하고 그 까닭을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4강 신화가 남긴 것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2002년 여름, 대한민국이 월드컵에서 써 내려간 기적의 이야기. 히딩크 감독과 태극전사들이 폴란드를 상대로 첫 승을 거두고, 이탈리아·스페인을 차례로 꺾으며 아시아 최초로 4강에 올랐다. 4천만 국민이 붉은 물결로 하나가 되어 '꿈은 이루어진다'를 외친 그 뜨거운 순간과, 끝까지 포기하지 않은 투혼이 남긴 의미를 돌아본다.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역사적 의미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2002 월드컵에서 대한민국의 성적이 특히 뜻깊었던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아시아 최초로 월드컵 4강에 올라서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처음으로 우승해서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한 경기도 지지 않아서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한 명의 선수가 혼자 모든 골을 다 넣어서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기술이 앞선 상대에게도 굴하지 않고 끝까지 포기하지 않는, 선수들이 보여 준 강한 정신과 의지를 무엇이라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그저 운 좋게 이기는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투혼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뛰어난 기술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큰 체격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표현 이해 · 추론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외국 기자들이 말한 '그라운드 밖의 12번째 선수'가 가리키는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벤치의 후보 선수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경기 심판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4천만 국민의 응원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상대 팀의 베테랑 감독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대회 진행을 일이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이탈리아를 꺾고 8강에 오른다.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폴란드를 이기며 첫 승을 거둔다.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터키와 3·4위전을 치른다.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스페인을 승부차기로 이기고 4강에 오른다.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그해 여름 거리 응원에서 사람들이 가장 많이 외친 구호는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이기지 못하면 다 끝이다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혼자서도 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포기가 답이다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꿈은 이루어진다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이 일이 20년이 지나도 깊이 기억되는 까닭으로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온 국민이 하나 된 경험이어서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단지 축구를 잘해서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상금이 많아서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그해 여름 날씨가 유난히 좋아서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'꿈은 이루어진다'라는 말이 그해 여름 사람들에게 큰 울림을 준 까닭은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축구라는 운동이 본래 아주 쉬운 것이라서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불가능해 보이던 꿈을 현실로 이뤄서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상을 많이 받아서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다른 나라가 다 져서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우리 편을 응원하면서도 상대 팀과 선수를 존중해야 하는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오직 우리 편이 무조건 이겨야만 의미가 있어서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응원 소리가 시끄러워서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서로 존중해야 정정당당한 스포츠가 되어서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상대가 약해서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적용·확장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2002년의 국민들처럼 여러 사람이 하나의 목표를 위해 힘을 모았던 경험(또는 모으면 좋을 일)을 떠올려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심화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4강이라는 '결과'보다 더 값진 것은 무엇이었다고 생각하는지, 까닭과 함께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하나가 된 붉은 여름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거스 히딩크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폴란드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이탈리아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4강 진출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붉은색 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선수들의 투혼과 국민의 응원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끝까지 최선을 다하는 마음이 소중하다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우리나라 대표팀이 강팀을 이기며 기적을 만들어 가는 모습에 자부심을 느꼈고, 다 같이 응원하며 한마음이 되는 기쁨이 컸기 때문이다. · (평가) 일체감·자부심 등 까닭을 자기 말로 표현했는지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줄넘기 2단 뛰기를 끝까지 연습해서 성공하고 싶다. 포기하지 않고 노력하면 해낼 수 있다는 걸 느끼고 싶기 때문이다. · (평가) 목표와 까닭을 구체적으로 적었는지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4강 신화가 남긴 것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아시아 최초로 월드컵 4강에 올라서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투혼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4천만 국민의 응원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④ 꿈은 이루어진다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온 국민이 하나 된 경험이어서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불가능해 보이던 꿈을 현실로 이뤄서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서로 존중해야 정정당당한 스포츠가 되어서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운동회 단체 줄넘기에서 반 친구들이 박자를 맞춰 함께 연습해 기록을 세운 적이 있다. 혼자서는 못 할 일을 함께라서 해냈다. · (평가) 협력의 경험·목표를 구체적으로 적었는지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결과보다, 포기하지 않고 도전한 선수들의 과정과 온 국민이 한마음이 된 경험이 더 값지다. 그 기억은 지금도 사람들에게 힘을 주기 때문이다. · (평가) 과정·도전·하나됨 등 결과 너머의 가치를 제시했는지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