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맑은 고딕" w:hAnsi="맑은 고딕" w:eastAsia="맑은 고딕"/>
          <w:b/>
          <w:color w:val="2272EB"/>
          <w:sz w:val="19"/>
        </w:rPr>
        <w:t xml:space="preserve">[초등 중학년용] </w:t>
      </w:r>
    </w:p>
    <w:p>
      <w:r>
        <w:rPr>
          <w:rFonts w:ascii="맑은 고딕" w:hAnsi="맑은 고딕" w:eastAsia="맑은 고딕"/>
          <w:b/>
          <w:color w:val="191F28"/>
          <w:sz w:val="36"/>
        </w:rPr>
        <w:t>지구를 지키는 기술</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기후 위기를 이겨내기 위해 전 세계가 시도하는 기술과 전략을 '감축'과 '적응' 두 갈래로 보여 준다. 공기 중 이산화탄소를 흡수해 식물 재배에 다시 쓰는 탄소포집 앞치마, CO2를 지하에서 암석으로 굳혀 영구 저장하는 아이슬란드 '오르카' 공장(감축), 폭염에 대비하는 아테네의 최고 열관리 책임자, 해수면 상승에 맞선 부산 북항의 해상 도시(적응)까지. 지구를 지키는 다양한 혁신 아이디어를 만나는 이야기.</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1. </w:t>
      </w:r>
      <w:r>
        <w:rPr>
          <w:rFonts w:ascii="맑은 고딕" w:hAnsi="맑은 고딕" w:eastAsia="맑은 고딕"/>
          <w:b/>
          <w:color w:val="191F28"/>
          <w:sz w:val="23"/>
        </w:rPr>
        <w:t>공기 중의 이산화탄소를 흡수하는 특별한 옷은 무엇인가요?</w:t>
      </w:r>
    </w:p>
    <w:p>
      <w:pPr>
        <w:ind w:left="320"/>
      </w:pPr>
      <w:r>
        <w:rPr>
          <w:rFonts w:ascii="맑은 고딕" w:hAnsi="맑은 고딕" w:eastAsia="맑은 고딕"/>
          <w:b w:val="0"/>
          <w:color w:val="4E5968"/>
          <w:sz w:val="22"/>
        </w:rPr>
        <w:t>① 탄소포집 앞치마</w:t>
      </w:r>
    </w:p>
    <w:p>
      <w:pPr>
        <w:ind w:left="320"/>
      </w:pPr>
      <w:r>
        <w:rPr>
          <w:rFonts w:ascii="맑은 고딕" w:hAnsi="맑은 고딕" w:eastAsia="맑은 고딕"/>
          <w:b w:val="0"/>
          <w:color w:val="4E5968"/>
          <w:sz w:val="22"/>
        </w:rPr>
        <w:t>② 두꺼운 외투</w:t>
      </w:r>
    </w:p>
    <w:p>
      <w:pPr>
        <w:ind w:left="320"/>
      </w:pPr>
      <w:r>
        <w:rPr>
          <w:rFonts w:ascii="맑은 고딕" w:hAnsi="맑은 고딕" w:eastAsia="맑은 고딕"/>
          <w:b w:val="0"/>
          <w:color w:val="4E5968"/>
          <w:sz w:val="22"/>
        </w:rPr>
        <w:t>③ 따뜻한 장갑</w:t>
      </w:r>
    </w:p>
    <w:p>
      <w:pPr>
        <w:ind w:left="320"/>
      </w:pPr>
      <w:r>
        <w:rPr>
          <w:rFonts w:ascii="맑은 고딕" w:hAnsi="맑은 고딕" w:eastAsia="맑은 고딕"/>
          <w:b w:val="0"/>
          <w:color w:val="4E5968"/>
          <w:sz w:val="22"/>
        </w:rPr>
        <w:t>④ 물에 젖지 않는 비옷</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2. </w:t>
      </w:r>
      <w:r>
        <w:rPr>
          <w:rFonts w:ascii="맑은 고딕" w:hAnsi="맑은 고딕" w:eastAsia="맑은 고딕"/>
          <w:b/>
          <w:color w:val="191F28"/>
          <w:sz w:val="23"/>
        </w:rPr>
        <w:t>앞치마가 모은 이산화탄소는 어디에 다시 쓰이나요?</w:t>
      </w:r>
    </w:p>
    <w:p>
      <w:pPr>
        <w:ind w:left="320"/>
      </w:pPr>
      <w:r>
        <w:rPr>
          <w:rFonts w:ascii="맑은 고딕" w:hAnsi="맑은 고딕" w:eastAsia="맑은 고딕"/>
          <w:b w:val="0"/>
          <w:color w:val="4E5968"/>
          <w:sz w:val="22"/>
        </w:rPr>
        <w:t>① 쓸모없이 그냥 공기 중에 버린다</w:t>
      </w:r>
    </w:p>
    <w:p>
      <w:pPr>
        <w:ind w:left="320"/>
      </w:pPr>
      <w:r>
        <w:rPr>
          <w:rFonts w:ascii="맑은 고딕" w:hAnsi="맑은 고딕" w:eastAsia="맑은 고딕"/>
          <w:b w:val="0"/>
          <w:color w:val="4E5968"/>
          <w:sz w:val="22"/>
        </w:rPr>
        <w:t>② 온실 식물의 광합성에 쓴다</w:t>
      </w:r>
    </w:p>
    <w:p>
      <w:pPr>
        <w:ind w:left="320"/>
      </w:pPr>
      <w:r>
        <w:rPr>
          <w:rFonts w:ascii="맑은 고딕" w:hAnsi="맑은 고딕" w:eastAsia="맑은 고딕"/>
          <w:b w:val="0"/>
          <w:color w:val="4E5968"/>
          <w:sz w:val="22"/>
        </w:rPr>
        <w:t>③ 불을 피우는 데 쓴다</w:t>
      </w:r>
    </w:p>
    <w:p>
      <w:pPr>
        <w:ind w:left="320"/>
      </w:pPr>
      <w:r>
        <w:rPr>
          <w:rFonts w:ascii="맑은 고딕" w:hAnsi="맑은 고딕" w:eastAsia="맑은 고딕"/>
          <w:b w:val="0"/>
          <w:color w:val="4E5968"/>
          <w:sz w:val="22"/>
        </w:rPr>
        <w:t>④ 장난감을 만든다</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3. </w:t>
      </w:r>
      <w:r>
        <w:rPr>
          <w:rFonts w:ascii="맑은 고딕" w:hAnsi="맑은 고딕" w:eastAsia="맑은 고딕"/>
          <w:b/>
          <w:color w:val="191F28"/>
          <w:sz w:val="23"/>
        </w:rPr>
        <w:t>아이슬란드 '오르카' 공장이 모은 이산화탄소를 처리하는 방법은?</w:t>
      </w:r>
    </w:p>
    <w:p>
      <w:pPr>
        <w:ind w:left="320"/>
      </w:pPr>
      <w:r>
        <w:rPr>
          <w:rFonts w:ascii="맑은 고딕" w:hAnsi="맑은 고딕" w:eastAsia="맑은 고딕"/>
          <w:b w:val="0"/>
          <w:color w:val="4E5968"/>
          <w:sz w:val="22"/>
        </w:rPr>
        <w:t>① 바다에 흘려보낸다</w:t>
      </w:r>
    </w:p>
    <w:p>
      <w:pPr>
        <w:ind w:left="320"/>
      </w:pPr>
      <w:r>
        <w:rPr>
          <w:rFonts w:ascii="맑은 고딕" w:hAnsi="맑은 고딕" w:eastAsia="맑은 고딕"/>
          <w:b w:val="0"/>
          <w:color w:val="4E5968"/>
          <w:sz w:val="22"/>
        </w:rPr>
        <w:t>② 풍선에 담아 날린다</w:t>
      </w:r>
    </w:p>
    <w:p>
      <w:pPr>
        <w:ind w:left="320"/>
      </w:pPr>
      <w:r>
        <w:rPr>
          <w:rFonts w:ascii="맑은 고딕" w:hAnsi="맑은 고딕" w:eastAsia="맑은 고딕"/>
          <w:b w:val="0"/>
          <w:color w:val="4E5968"/>
          <w:sz w:val="22"/>
        </w:rPr>
        <w:t>③ 지하에서 암석으로 굳혀 저장한다</w:t>
      </w:r>
    </w:p>
    <w:p>
      <w:pPr>
        <w:ind w:left="320"/>
      </w:pPr>
      <w:r>
        <w:rPr>
          <w:rFonts w:ascii="맑은 고딕" w:hAnsi="맑은 고딕" w:eastAsia="맑은 고딕"/>
          <w:b w:val="0"/>
          <w:color w:val="4E5968"/>
          <w:sz w:val="22"/>
        </w:rPr>
        <w:t>④ 높은 공장 굴뚝으로 다시 하늘에 내보낸다</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4. </w:t>
      </w:r>
      <w:r>
        <w:rPr>
          <w:rFonts w:ascii="맑은 고딕" w:hAnsi="맑은 고딕" w:eastAsia="맑은 고딕"/>
          <w:b/>
          <w:color w:val="191F28"/>
          <w:sz w:val="23"/>
        </w:rPr>
        <w:t>그리스 아테네가 폭염에 대비해 임명한 사람은 누구인가요?</w:t>
      </w:r>
    </w:p>
    <w:p>
      <w:pPr>
        <w:ind w:left="320"/>
      </w:pPr>
      <w:r>
        <w:rPr>
          <w:rFonts w:ascii="맑은 고딕" w:hAnsi="맑은 고딕" w:eastAsia="맑은 고딕"/>
          <w:b w:val="0"/>
          <w:color w:val="4E5968"/>
          <w:sz w:val="22"/>
        </w:rPr>
        <w:t>① 한여름 더위를 막는 소방관</w:t>
      </w:r>
    </w:p>
    <w:p>
      <w:pPr>
        <w:ind w:left="320"/>
      </w:pPr>
      <w:r>
        <w:rPr>
          <w:rFonts w:ascii="맑은 고딕" w:hAnsi="맑은 고딕" w:eastAsia="맑은 고딕"/>
          <w:b w:val="0"/>
          <w:color w:val="4E5968"/>
          <w:sz w:val="22"/>
        </w:rPr>
        <w:t>② 경찰서장</w:t>
      </w:r>
    </w:p>
    <w:p>
      <w:pPr>
        <w:ind w:left="320"/>
      </w:pPr>
      <w:r>
        <w:rPr>
          <w:rFonts w:ascii="맑은 고딕" w:hAnsi="맑은 고딕" w:eastAsia="맑은 고딕"/>
          <w:b w:val="0"/>
          <w:color w:val="4E5968"/>
          <w:sz w:val="22"/>
        </w:rPr>
        <w:t>③ 시장</w:t>
      </w:r>
    </w:p>
    <w:p>
      <w:pPr>
        <w:ind w:left="320"/>
      </w:pPr>
      <w:r>
        <w:rPr>
          <w:rFonts w:ascii="맑은 고딕" w:hAnsi="맑은 고딕" w:eastAsia="맑은 고딕"/>
          <w:b w:val="0"/>
          <w:color w:val="4E5968"/>
          <w:sz w:val="22"/>
        </w:rPr>
        <w:t>④ 최고 열관리 책임자</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기후 위기에 대응하는 과정을 순서대로 기호를 써 보세요.</w:t>
      </w:r>
    </w:p>
    <w:p>
      <w:pPr>
        <w:ind w:left="320"/>
      </w:pPr>
      <w:r>
        <w:rPr>
          <w:rFonts w:ascii="맑은 고딕" w:hAnsi="맑은 고딕" w:eastAsia="맑은 고딕"/>
          <w:b w:val="0"/>
          <w:color w:val="333D4B"/>
          <w:sz w:val="22"/>
        </w:rPr>
        <w:t>ㄱ. 탄소를 줄이는 기술을 만든다.</w:t>
      </w:r>
    </w:p>
    <w:p>
      <w:pPr>
        <w:ind w:left="320"/>
      </w:pPr>
      <w:r>
        <w:rPr>
          <w:rFonts w:ascii="맑은 고딕" w:hAnsi="맑은 고딕" w:eastAsia="맑은 고딕"/>
          <w:b w:val="0"/>
          <w:color w:val="333D4B"/>
          <w:sz w:val="22"/>
        </w:rPr>
        <w:t>ㄴ. 기후 위기가 점점 심해진다.</w:t>
      </w:r>
    </w:p>
    <w:p>
      <w:pPr>
        <w:ind w:left="320"/>
      </w:pPr>
      <w:r>
        <w:rPr>
          <w:rFonts w:ascii="맑은 고딕" w:hAnsi="맑은 고딕" w:eastAsia="맑은 고딕"/>
          <w:b w:val="0"/>
          <w:color w:val="333D4B"/>
          <w:sz w:val="22"/>
        </w:rPr>
        <w:t>ㄷ. 감축과 적응을 함께 해 지구를 지킨다.</w:t>
      </w:r>
    </w:p>
    <w:p>
      <w:pPr>
        <w:ind w:left="320"/>
      </w:pPr>
      <w:r>
        <w:rPr>
          <w:rFonts w:ascii="맑은 고딕" w:hAnsi="맑은 고딕" w:eastAsia="맑은 고딕"/>
          <w:b w:val="0"/>
          <w:color w:val="333D4B"/>
          <w:sz w:val="22"/>
        </w:rPr>
        <w:t>ㄹ. 변화에 적응하는 전략을 세운다.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6. </w:t>
      </w:r>
      <w:r>
        <w:rPr>
          <w:rFonts w:ascii="맑은 고딕" w:hAnsi="맑은 고딕" w:eastAsia="맑은 고딕"/>
          <w:b/>
          <w:color w:val="191F28"/>
          <w:sz w:val="23"/>
        </w:rPr>
        <w:t>부산 북항에 짓는 미래 도시는 무엇인가요?</w:t>
      </w:r>
    </w:p>
    <w:p>
      <w:pPr>
        <w:ind w:left="320"/>
      </w:pPr>
      <w:r>
        <w:rPr>
          <w:rFonts w:ascii="맑은 고딕" w:hAnsi="맑은 고딕" w:eastAsia="맑은 고딕"/>
          <w:b w:val="0"/>
          <w:color w:val="4E5968"/>
          <w:sz w:val="22"/>
        </w:rPr>
        <w:t>① 깊은 땅속에 짓는 도시</w:t>
      </w:r>
    </w:p>
    <w:p>
      <w:pPr>
        <w:ind w:left="320"/>
      </w:pPr>
      <w:r>
        <w:rPr>
          <w:rFonts w:ascii="맑은 고딕" w:hAnsi="맑은 고딕" w:eastAsia="맑은 고딕"/>
          <w:b w:val="0"/>
          <w:color w:val="4E5968"/>
          <w:sz w:val="22"/>
        </w:rPr>
        <w:t>② 바다 위 해상 도시</w:t>
      </w:r>
    </w:p>
    <w:p>
      <w:pPr>
        <w:ind w:left="320"/>
      </w:pPr>
      <w:r>
        <w:rPr>
          <w:rFonts w:ascii="맑은 고딕" w:hAnsi="맑은 고딕" w:eastAsia="맑은 고딕"/>
          <w:b w:val="0"/>
          <w:color w:val="4E5968"/>
          <w:sz w:val="22"/>
        </w:rPr>
        <w:t>③ 하늘 위 도시</w:t>
      </w:r>
    </w:p>
    <w:p>
      <w:pPr>
        <w:ind w:left="320"/>
      </w:pPr>
      <w:r>
        <w:rPr>
          <w:rFonts w:ascii="맑은 고딕" w:hAnsi="맑은 고딕" w:eastAsia="맑은 고딕"/>
          <w:b w:val="0"/>
          <w:color w:val="4E5968"/>
          <w:sz w:val="22"/>
        </w:rPr>
        <w:t>④ 사막 도시</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7. </w:t>
      </w:r>
      <w:r>
        <w:rPr>
          <w:rFonts w:ascii="맑은 고딕" w:hAnsi="맑은 고딕" w:eastAsia="맑은 고딕"/>
          <w:b/>
          <w:color w:val="191F28"/>
          <w:sz w:val="23"/>
        </w:rPr>
        <w:t>해상 도시의 '바이오락' 기술이 하는 일은?</w:t>
      </w:r>
    </w:p>
    <w:p>
      <w:pPr>
        <w:ind w:left="320"/>
      </w:pPr>
      <w:r>
        <w:rPr>
          <w:rFonts w:ascii="맑은 고딕" w:hAnsi="맑은 고딕" w:eastAsia="맑은 고딕"/>
          <w:b w:val="0"/>
          <w:color w:val="4E5968"/>
          <w:sz w:val="22"/>
        </w:rPr>
        <w:t>① 전기를 아낀다</w:t>
      </w:r>
    </w:p>
    <w:p>
      <w:pPr>
        <w:ind w:left="320"/>
      </w:pPr>
      <w:r>
        <w:rPr>
          <w:rFonts w:ascii="맑은 고딕" w:hAnsi="맑은 고딕" w:eastAsia="맑은 고딕"/>
          <w:b w:val="0"/>
          <w:color w:val="4E5968"/>
          <w:sz w:val="22"/>
        </w:rPr>
        <w:t>② 쓰레기를 태운다</w:t>
      </w:r>
    </w:p>
    <w:p>
      <w:pPr>
        <w:ind w:left="320"/>
      </w:pPr>
      <w:r>
        <w:rPr>
          <w:rFonts w:ascii="맑은 고딕" w:hAnsi="맑은 고딕" w:eastAsia="맑은 고딕"/>
          <w:b w:val="0"/>
          <w:color w:val="4E5968"/>
          <w:sz w:val="22"/>
        </w:rPr>
        <w:t>③ 해양 생태계를 되살린다</w:t>
      </w:r>
    </w:p>
    <w:p>
      <w:pPr>
        <w:ind w:left="320"/>
      </w:pPr>
      <w:r>
        <w:rPr>
          <w:rFonts w:ascii="맑은 고딕" w:hAnsi="맑은 고딕" w:eastAsia="맑은 고딕"/>
          <w:b w:val="0"/>
          <w:color w:val="4E5968"/>
          <w:sz w:val="22"/>
        </w:rPr>
        <w:t>④ 파도를 막는 큰 벽을 쌓는다</w:t>
      </w:r>
    </w:p>
    <w:p>
      <w:pPr>
        <w:spacing w:before="240"/>
      </w:pPr>
      <w:r>
        <w:rPr>
          <w:rFonts w:ascii="맑은 고딕" w:hAnsi="맑은 고딕" w:eastAsia="맑은 고딕"/>
          <w:b/>
          <w:color w:val="8B95A1"/>
          <w:sz w:val="17"/>
        </w:rPr>
        <w:t xml:space="preserve">  종합 · 주제 파악  </w:t>
      </w:r>
    </w:p>
    <w:p>
      <w:r>
        <w:rPr>
          <w:rFonts w:ascii="맑은 고딕" w:hAnsi="맑은 고딕" w:eastAsia="맑은 고딕"/>
          <w:b/>
          <w:color w:val="2272EB"/>
          <w:sz w:val="24"/>
        </w:rPr>
        <w:t xml:space="preserve">8. </w:t>
      </w:r>
      <w:r>
        <w:rPr>
          <w:rFonts w:ascii="맑은 고딕" w:hAnsi="맑은 고딕" w:eastAsia="맑은 고딕"/>
          <w:b/>
          <w:color w:val="191F28"/>
          <w:sz w:val="23"/>
        </w:rPr>
        <w:t>기후 위기 극복의 핵심으로 알맞은 것은?</w:t>
      </w:r>
    </w:p>
    <w:p>
      <w:pPr>
        <w:ind w:left="320"/>
      </w:pPr>
      <w:r>
        <w:rPr>
          <w:rFonts w:ascii="맑은 고딕" w:hAnsi="맑은 고딕" w:eastAsia="맑은 고딕"/>
          <w:b w:val="0"/>
          <w:color w:val="4E5968"/>
          <w:sz w:val="22"/>
        </w:rPr>
        <w:t>① 탄소 감축과 적응을 함께 해야 한다</w:t>
      </w:r>
    </w:p>
    <w:p>
      <w:pPr>
        <w:ind w:left="320"/>
      </w:pPr>
      <w:r>
        <w:rPr>
          <w:rFonts w:ascii="맑은 고딕" w:hAnsi="맑은 고딕" w:eastAsia="맑은 고딕"/>
          <w:b w:val="0"/>
          <w:color w:val="4E5968"/>
          <w:sz w:val="22"/>
        </w:rPr>
        <w:t>② 기술은 소용없다는 것</w:t>
      </w:r>
    </w:p>
    <w:p>
      <w:pPr>
        <w:ind w:left="320"/>
      </w:pPr>
      <w:r>
        <w:rPr>
          <w:rFonts w:ascii="맑은 고딕" w:hAnsi="맑은 고딕" w:eastAsia="맑은 고딕"/>
          <w:b w:val="0"/>
          <w:color w:val="4E5968"/>
          <w:sz w:val="22"/>
        </w:rPr>
        <w:t>③ 혼자 해도 충분하다는 것</w:t>
      </w:r>
    </w:p>
    <w:p>
      <w:pPr>
        <w:ind w:left="320"/>
      </w:pPr>
      <w:r>
        <w:rPr>
          <w:rFonts w:ascii="맑은 고딕" w:hAnsi="맑은 고딕" w:eastAsia="맑은 고딕"/>
          <w:b w:val="0"/>
          <w:color w:val="4E5968"/>
          <w:sz w:val="22"/>
        </w:rPr>
        <w:t>④ 나무는 절대로 심어서는 안 된다는 것</w:t>
      </w:r>
    </w:p>
    <w:p>
      <w:pPr>
        <w:spacing w:before="240"/>
      </w:pPr>
      <w:r>
        <w:rPr>
          <w:rFonts w:ascii="맑은 고딕" w:hAnsi="맑은 고딕" w:eastAsia="맑은 고딕"/>
          <w:b/>
          <w:color w:val="8B95A1"/>
          <w:sz w:val="17"/>
        </w:rPr>
        <w:t xml:space="preserve">  적용하기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우리가 일상생활에서 온실가스를 줄일 수 있는 방법을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창의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탄소를 줄이거나 폭염·홍수에 대비할 수 있는 나만의 기발한 아이디어를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2272EB"/>
          <w:sz w:val="19"/>
        </w:rPr>
        <w:t xml:space="preserve">[초등 고학년용] </w:t>
      </w:r>
    </w:p>
    <w:p>
      <w:r>
        <w:rPr>
          <w:rFonts w:ascii="맑은 고딕" w:hAnsi="맑은 고딕" w:eastAsia="맑은 고딕"/>
          <w:b/>
          <w:color w:val="191F28"/>
          <w:sz w:val="36"/>
        </w:rPr>
        <w:t>감축과 적응</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기후 위기를 이겨내기 위해 전 세계가 시도하는 기술과 전략을 '감축'과 '적응' 두 갈래로 보여 준다. 공기 중 이산화탄소를 흡수해 식물 재배에 다시 쓰는 탄소포집 앞치마, CO2를 지하에서 암석으로 굳혀 영구 저장하는 아이슬란드 '오르카' 공장(감축), 폭염에 대비하는 아테네의 최고 열관리 책임자, 해수면 상승에 맞선 부산 북항의 해상 도시(적응)까지. 지구를 지키는 다양한 혁신 아이디어를 만나는 이야기.</w:t>
      </w:r>
    </w:p>
    <w:p>
      <w:pPr>
        <w:spacing w:before="240"/>
      </w:pPr>
      <w:r>
        <w:rPr>
          <w:rFonts w:ascii="맑은 고딕" w:hAnsi="맑은 고딕" w:eastAsia="맑은 고딕"/>
          <w:b/>
          <w:color w:val="8B95A1"/>
          <w:sz w:val="17"/>
        </w:rPr>
        <w:t xml:space="preserve">  개념 이해 · 객관식  </w:t>
      </w:r>
    </w:p>
    <w:p>
      <w:r>
        <w:rPr>
          <w:rFonts w:ascii="맑은 고딕" w:hAnsi="맑은 고딕" w:eastAsia="맑은 고딕"/>
          <w:b/>
          <w:color w:val="2272EB"/>
          <w:sz w:val="24"/>
        </w:rPr>
        <w:t xml:space="preserve">1. </w:t>
      </w:r>
      <w:r>
        <w:rPr>
          <w:rFonts w:ascii="맑은 고딕" w:hAnsi="맑은 고딕" w:eastAsia="맑은 고딕"/>
          <w:b/>
          <w:color w:val="191F28"/>
          <w:sz w:val="23"/>
        </w:rPr>
        <w:t>기후 위기에 대응하는 두 갈래로 알맞은 것은?</w:t>
      </w:r>
    </w:p>
    <w:p>
      <w:pPr>
        <w:ind w:left="320"/>
      </w:pPr>
      <w:r>
        <w:rPr>
          <w:rFonts w:ascii="맑은 고딕" w:hAnsi="맑은 고딕" w:eastAsia="맑은 고딕"/>
          <w:b w:val="0"/>
          <w:color w:val="4E5968"/>
          <w:sz w:val="22"/>
        </w:rPr>
        <w:t>① 감축과 적응</w:t>
      </w:r>
    </w:p>
    <w:p>
      <w:pPr>
        <w:ind w:left="320"/>
      </w:pPr>
      <w:r>
        <w:rPr>
          <w:rFonts w:ascii="맑은 고딕" w:hAnsi="맑은 고딕" w:eastAsia="맑은 고딕"/>
          <w:b w:val="0"/>
          <w:color w:val="4E5968"/>
          <w:sz w:val="22"/>
        </w:rPr>
        <w:t>② 절약과 저축</w:t>
      </w:r>
    </w:p>
    <w:p>
      <w:pPr>
        <w:ind w:left="320"/>
      </w:pPr>
      <w:r>
        <w:rPr>
          <w:rFonts w:ascii="맑은 고딕" w:hAnsi="맑은 고딕" w:eastAsia="맑은 고딕"/>
          <w:b w:val="0"/>
          <w:color w:val="4E5968"/>
          <w:sz w:val="22"/>
        </w:rPr>
        <w:t>③ 이동과 정착</w:t>
      </w:r>
    </w:p>
    <w:p>
      <w:pPr>
        <w:ind w:left="320"/>
      </w:pPr>
      <w:r>
        <w:rPr>
          <w:rFonts w:ascii="맑은 고딕" w:hAnsi="맑은 고딕" w:eastAsia="맑은 고딕"/>
          <w:b w:val="0"/>
          <w:color w:val="4E5968"/>
          <w:sz w:val="22"/>
        </w:rPr>
        <w:t>④ 그냥 포기하고 외면하기</w:t>
      </w:r>
    </w:p>
    <w:p>
      <w:pPr>
        <w:spacing w:before="240"/>
      </w:pPr>
      <w:r>
        <w:rPr>
          <w:rFonts w:ascii="맑은 고딕" w:hAnsi="맑은 고딕" w:eastAsia="맑은 고딕"/>
          <w:b/>
          <w:color w:val="8B95A1"/>
          <w:sz w:val="17"/>
        </w:rPr>
        <w:t xml:space="preserve">  추론 · 원리 파악  </w:t>
      </w:r>
    </w:p>
    <w:p>
      <w:r>
        <w:rPr>
          <w:rFonts w:ascii="맑은 고딕" w:hAnsi="맑은 고딕" w:eastAsia="맑은 고딕"/>
          <w:b/>
          <w:color w:val="2272EB"/>
          <w:sz w:val="24"/>
        </w:rPr>
        <w:t xml:space="preserve">2. </w:t>
      </w:r>
      <w:r>
        <w:rPr>
          <w:rFonts w:ascii="맑은 고딕" w:hAnsi="맑은 고딕" w:eastAsia="맑은 고딕"/>
          <w:b/>
          <w:color w:val="191F28"/>
          <w:sz w:val="23"/>
        </w:rPr>
        <w:t>탄소포집 앞치마의 '순환 구조'로 알맞은 것은?</w:t>
      </w:r>
    </w:p>
    <w:p>
      <w:pPr>
        <w:ind w:left="320"/>
      </w:pPr>
      <w:r>
        <w:rPr>
          <w:rFonts w:ascii="맑은 고딕" w:hAnsi="맑은 고딕" w:eastAsia="맑은 고딕"/>
          <w:b w:val="0"/>
          <w:color w:val="4E5968"/>
          <w:sz w:val="22"/>
        </w:rPr>
        <w:t>① 모은 이산화탄소를 그대로 다시 버린다</w:t>
      </w:r>
    </w:p>
    <w:p>
      <w:pPr>
        <w:ind w:left="320"/>
      </w:pPr>
      <w:r>
        <w:rPr>
          <w:rFonts w:ascii="맑은 고딕" w:hAnsi="맑은 고딕" w:eastAsia="맑은 고딕"/>
          <w:b w:val="0"/>
          <w:color w:val="4E5968"/>
          <w:sz w:val="22"/>
        </w:rPr>
        <w:t>② 모은 CO2를 식물 재배에 다시 쓴다</w:t>
      </w:r>
    </w:p>
    <w:p>
      <w:pPr>
        <w:ind w:left="320"/>
      </w:pPr>
      <w:r>
        <w:rPr>
          <w:rFonts w:ascii="맑은 고딕" w:hAnsi="맑은 고딕" w:eastAsia="맑은 고딕"/>
          <w:b w:val="0"/>
          <w:color w:val="4E5968"/>
          <w:sz w:val="22"/>
        </w:rPr>
        <w:t>③ 전기를 만들어 판다</w:t>
      </w:r>
    </w:p>
    <w:p>
      <w:pPr>
        <w:ind w:left="320"/>
      </w:pPr>
      <w:r>
        <w:rPr>
          <w:rFonts w:ascii="맑은 고딕" w:hAnsi="맑은 고딕" w:eastAsia="맑은 고딕"/>
          <w:b w:val="0"/>
          <w:color w:val="4E5968"/>
          <w:sz w:val="22"/>
        </w:rPr>
        <w:t>④ 물을 데워 쓴다</w:t>
      </w:r>
    </w:p>
    <w:p>
      <w:pPr>
        <w:spacing w:before="240"/>
      </w:pPr>
      <w:r>
        <w:rPr>
          <w:rFonts w:ascii="맑은 고딕" w:hAnsi="맑은 고딕" w:eastAsia="맑은 고딕"/>
          <w:b/>
          <w:color w:val="8B95A1"/>
          <w:sz w:val="17"/>
        </w:rPr>
        <w:t xml:space="preserve">  추론 · 장점 파악  </w:t>
      </w:r>
    </w:p>
    <w:p>
      <w:r>
        <w:rPr>
          <w:rFonts w:ascii="맑은 고딕" w:hAnsi="맑은 고딕" w:eastAsia="맑은 고딕"/>
          <w:b/>
          <w:color w:val="2272EB"/>
          <w:sz w:val="24"/>
        </w:rPr>
        <w:t xml:space="preserve">3. </w:t>
      </w:r>
      <w:r>
        <w:rPr>
          <w:rFonts w:ascii="맑은 고딕" w:hAnsi="맑은 고딕" w:eastAsia="맑은 고딕"/>
          <w:b/>
          <w:color w:val="191F28"/>
          <w:sz w:val="23"/>
        </w:rPr>
        <w:t>'오르카' 공장이 이산화탄소를 암석으로 바꿔 저장하는 방식의 장점은?</w:t>
      </w:r>
    </w:p>
    <w:p>
      <w:pPr>
        <w:ind w:left="320"/>
      </w:pPr>
      <w:r>
        <w:rPr>
          <w:rFonts w:ascii="맑은 고딕" w:hAnsi="맑은 고딕" w:eastAsia="맑은 고딕"/>
          <w:b w:val="0"/>
          <w:color w:val="4E5968"/>
          <w:sz w:val="22"/>
        </w:rPr>
        <w:t>① 값이 매우 싸다</w:t>
      </w:r>
    </w:p>
    <w:p>
      <w:pPr>
        <w:ind w:left="320"/>
      </w:pPr>
      <w:r>
        <w:rPr>
          <w:rFonts w:ascii="맑은 고딕" w:hAnsi="맑은 고딕" w:eastAsia="맑은 고딕"/>
          <w:b w:val="0"/>
          <w:color w:val="4E5968"/>
          <w:sz w:val="22"/>
        </w:rPr>
        <w:t>② 금방 다시 녹는다</w:t>
      </w:r>
    </w:p>
    <w:p>
      <w:pPr>
        <w:ind w:left="320"/>
      </w:pPr>
      <w:r>
        <w:rPr>
          <w:rFonts w:ascii="맑은 고딕" w:hAnsi="맑은 고딕" w:eastAsia="맑은 고딕"/>
          <w:b w:val="0"/>
          <w:color w:val="4E5968"/>
          <w:sz w:val="22"/>
        </w:rPr>
        <w:t>③ 영구적으로 안전하게 저장된다</w:t>
      </w:r>
    </w:p>
    <w:p>
      <w:pPr>
        <w:ind w:left="320"/>
      </w:pPr>
      <w:r>
        <w:rPr>
          <w:rFonts w:ascii="맑은 고딕" w:hAnsi="맑은 고딕" w:eastAsia="맑은 고딕"/>
          <w:b w:val="0"/>
          <w:color w:val="4E5968"/>
          <w:sz w:val="22"/>
        </w:rPr>
        <w:t>④ 공기 중에 천천히 다시 풀려난다</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4. </w:t>
      </w:r>
      <w:r>
        <w:rPr>
          <w:rFonts w:ascii="맑은 고딕" w:hAnsi="맑은 고딕" w:eastAsia="맑은 고딕"/>
          <w:b/>
          <w:color w:val="191F28"/>
          <w:sz w:val="23"/>
        </w:rPr>
        <w:t>아테네 '최고 열관리 책임자'가 하는 일로 알맞은 것은?</w:t>
      </w:r>
    </w:p>
    <w:p>
      <w:pPr>
        <w:ind w:left="320"/>
      </w:pPr>
      <w:r>
        <w:rPr>
          <w:rFonts w:ascii="맑은 고딕" w:hAnsi="맑은 고딕" w:eastAsia="맑은 고딕"/>
          <w:b w:val="0"/>
          <w:color w:val="4E5968"/>
          <w:sz w:val="22"/>
        </w:rPr>
        <w:t>① 불이 나면 가장 먼저 달려가 불을 끄는 일</w:t>
      </w:r>
    </w:p>
    <w:p>
      <w:pPr>
        <w:ind w:left="320"/>
      </w:pPr>
      <w:r>
        <w:rPr>
          <w:rFonts w:ascii="맑은 고딕" w:hAnsi="맑은 고딕" w:eastAsia="맑은 고딕"/>
          <w:b w:val="0"/>
          <w:color w:val="4E5968"/>
          <w:sz w:val="22"/>
        </w:rPr>
        <w:t>② 도둑을 잡는 일</w:t>
      </w:r>
    </w:p>
    <w:p>
      <w:pPr>
        <w:ind w:left="320"/>
      </w:pPr>
      <w:r>
        <w:rPr>
          <w:rFonts w:ascii="맑은 고딕" w:hAnsi="맑은 고딕" w:eastAsia="맑은 고딕"/>
          <w:b w:val="0"/>
          <w:color w:val="4E5968"/>
          <w:sz w:val="22"/>
        </w:rPr>
        <w:t>③ 건물을 짓는 일</w:t>
      </w:r>
    </w:p>
    <w:p>
      <w:pPr>
        <w:ind w:left="320"/>
      </w:pPr>
      <w:r>
        <w:rPr>
          <w:rFonts w:ascii="맑은 고딕" w:hAnsi="맑은 고딕" w:eastAsia="맑은 고딕"/>
          <w:b w:val="0"/>
          <w:color w:val="4E5968"/>
          <w:sz w:val="22"/>
        </w:rPr>
        <w:t>④ 폭염에 대비해 도시 온도를 낮추는 일</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기후 위기에 대응하는 과정을 순서대로 기호를 써 보세요.</w:t>
      </w:r>
    </w:p>
    <w:p>
      <w:pPr>
        <w:ind w:left="320"/>
      </w:pPr>
      <w:r>
        <w:rPr>
          <w:rFonts w:ascii="맑은 고딕" w:hAnsi="맑은 고딕" w:eastAsia="맑은 고딕"/>
          <w:b w:val="0"/>
          <w:color w:val="333D4B"/>
          <w:sz w:val="22"/>
        </w:rPr>
        <w:t>ㄱ. 탄소를 줄이는 기술을 만든다.</w:t>
      </w:r>
    </w:p>
    <w:p>
      <w:pPr>
        <w:ind w:left="320"/>
      </w:pPr>
      <w:r>
        <w:rPr>
          <w:rFonts w:ascii="맑은 고딕" w:hAnsi="맑은 고딕" w:eastAsia="맑은 고딕"/>
          <w:b w:val="0"/>
          <w:color w:val="333D4B"/>
          <w:sz w:val="22"/>
        </w:rPr>
        <w:t>ㄴ. 기후 위기가 점점 심해진다.</w:t>
      </w:r>
    </w:p>
    <w:p>
      <w:pPr>
        <w:ind w:left="320"/>
      </w:pPr>
      <w:r>
        <w:rPr>
          <w:rFonts w:ascii="맑은 고딕" w:hAnsi="맑은 고딕" w:eastAsia="맑은 고딕"/>
          <w:b w:val="0"/>
          <w:color w:val="333D4B"/>
          <w:sz w:val="22"/>
        </w:rPr>
        <w:t>ㄷ. 감축과 적응을 함께 해 지구를 지킨다.</w:t>
      </w:r>
    </w:p>
    <w:p>
      <w:pPr>
        <w:ind w:left="320"/>
      </w:pPr>
      <w:r>
        <w:rPr>
          <w:rFonts w:ascii="맑은 고딕" w:hAnsi="맑은 고딕" w:eastAsia="맑은 고딕"/>
          <w:b w:val="0"/>
          <w:color w:val="333D4B"/>
          <w:sz w:val="22"/>
        </w:rPr>
        <w:t>ㄹ. 변화에 적응하는 전략을 세운다.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6. </w:t>
      </w:r>
      <w:r>
        <w:rPr>
          <w:rFonts w:ascii="맑은 고딕" w:hAnsi="맑은 고딕" w:eastAsia="맑은 고딕"/>
          <w:b/>
          <w:color w:val="191F28"/>
          <w:sz w:val="23"/>
        </w:rPr>
        <w:t>부산 해상 도시의 특징으로 알맞은 것은?</w:t>
      </w:r>
    </w:p>
    <w:p>
      <w:pPr>
        <w:ind w:left="320"/>
      </w:pPr>
      <w:r>
        <w:rPr>
          <w:rFonts w:ascii="맑은 고딕" w:hAnsi="맑은 고딕" w:eastAsia="맑은 고딕"/>
          <w:b w:val="0"/>
          <w:color w:val="4E5968"/>
          <w:sz w:val="22"/>
        </w:rPr>
        <w:t>① 필요한 모든 전기를 외부에서 받아 쓴다</w:t>
      </w:r>
    </w:p>
    <w:p>
      <w:pPr>
        <w:ind w:left="320"/>
      </w:pPr>
      <w:r>
        <w:rPr>
          <w:rFonts w:ascii="맑은 고딕" w:hAnsi="맑은 고딕" w:eastAsia="맑은 고딕"/>
          <w:b w:val="0"/>
          <w:color w:val="4E5968"/>
          <w:sz w:val="22"/>
        </w:rPr>
        <w:t>② 자급자족하며 재생에너지를 쓴다</w:t>
      </w:r>
    </w:p>
    <w:p>
      <w:pPr>
        <w:ind w:left="320"/>
      </w:pPr>
      <w:r>
        <w:rPr>
          <w:rFonts w:ascii="맑은 고딕" w:hAnsi="맑은 고딕" w:eastAsia="맑은 고딕"/>
          <w:b w:val="0"/>
          <w:color w:val="4E5968"/>
          <w:sz w:val="22"/>
        </w:rPr>
        <w:t>③ 땅을 메워 만든다</w:t>
      </w:r>
    </w:p>
    <w:p>
      <w:pPr>
        <w:ind w:left="320"/>
      </w:pPr>
      <w:r>
        <w:rPr>
          <w:rFonts w:ascii="맑은 고딕" w:hAnsi="맑은 고딕" w:eastAsia="맑은 고딕"/>
          <w:b w:val="0"/>
          <w:color w:val="4E5968"/>
          <w:sz w:val="22"/>
        </w:rPr>
        <w:t>④ 사람이 살 수 없다</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7. </w:t>
      </w:r>
      <w:r>
        <w:rPr>
          <w:rFonts w:ascii="맑은 고딕" w:hAnsi="맑은 고딕" w:eastAsia="맑은 고딕"/>
          <w:b/>
          <w:color w:val="191F28"/>
          <w:sz w:val="23"/>
        </w:rPr>
        <w:t>'감축'과 '적응'을 함께 해야 하는 까닭으로 알맞은 것은?</w:t>
      </w:r>
    </w:p>
    <w:p>
      <w:pPr>
        <w:ind w:left="320"/>
      </w:pPr>
      <w:r>
        <w:rPr>
          <w:rFonts w:ascii="맑은 고딕" w:hAnsi="맑은 고딕" w:eastAsia="맑은 고딕"/>
          <w:b w:val="0"/>
          <w:color w:val="4E5968"/>
          <w:sz w:val="22"/>
        </w:rPr>
        <w:t>① 둘 중 하나면 충분해서</w:t>
      </w:r>
    </w:p>
    <w:p>
      <w:pPr>
        <w:ind w:left="320"/>
      </w:pPr>
      <w:r>
        <w:rPr>
          <w:rFonts w:ascii="맑은 고딕" w:hAnsi="맑은 고딕" w:eastAsia="맑은 고딕"/>
          <w:b w:val="0"/>
          <w:color w:val="4E5968"/>
          <w:sz w:val="22"/>
        </w:rPr>
        <w:t>② 비용이 적게 들어서</w:t>
      </w:r>
    </w:p>
    <w:p>
      <w:pPr>
        <w:ind w:left="320"/>
      </w:pPr>
      <w:r>
        <w:rPr>
          <w:rFonts w:ascii="맑은 고딕" w:hAnsi="맑은 고딕" w:eastAsia="맑은 고딕"/>
          <w:b w:val="0"/>
          <w:color w:val="4E5968"/>
          <w:sz w:val="22"/>
        </w:rPr>
        <w:t>③ 변화에 대비하며 원인도 줄여야 해서</w:t>
      </w:r>
    </w:p>
    <w:p>
      <w:pPr>
        <w:ind w:left="320"/>
      </w:pPr>
      <w:r>
        <w:rPr>
          <w:rFonts w:ascii="맑은 고딕" w:hAnsi="맑은 고딕" w:eastAsia="맑은 고딕"/>
          <w:b w:val="0"/>
          <w:color w:val="4E5968"/>
          <w:sz w:val="22"/>
        </w:rPr>
        <w:t>④ 기술이 알아서 모든 걸 다 해결해 주어서</w:t>
      </w:r>
    </w:p>
    <w:p>
      <w:pPr>
        <w:spacing w:before="240"/>
      </w:pPr>
      <w:r>
        <w:rPr>
          <w:rFonts w:ascii="맑은 고딕" w:hAnsi="맑은 고딕" w:eastAsia="맑은 고딕"/>
          <w:b/>
          <w:color w:val="8B95A1"/>
          <w:sz w:val="17"/>
        </w:rPr>
        <w:t xml:space="preserve">  종합 · 주제 파악  </w:t>
      </w:r>
    </w:p>
    <w:p>
      <w:r>
        <w:rPr>
          <w:rFonts w:ascii="맑은 고딕" w:hAnsi="맑은 고딕" w:eastAsia="맑은 고딕"/>
          <w:b/>
          <w:color w:val="2272EB"/>
          <w:sz w:val="24"/>
        </w:rPr>
        <w:t xml:space="preserve">8. </w:t>
      </w:r>
      <w:r>
        <w:rPr>
          <w:rFonts w:ascii="맑은 고딕" w:hAnsi="맑은 고딕" w:eastAsia="맑은 고딕"/>
          <w:b/>
          <w:color w:val="191F28"/>
          <w:sz w:val="23"/>
        </w:rPr>
        <w:t>이 영상의 핵심 메시지로 가장 알맞은 것은?</w:t>
      </w:r>
    </w:p>
    <w:p>
      <w:pPr>
        <w:ind w:left="320"/>
      </w:pPr>
      <w:r>
        <w:rPr>
          <w:rFonts w:ascii="맑은 고딕" w:hAnsi="맑은 고딕" w:eastAsia="맑은 고딕"/>
          <w:b w:val="0"/>
          <w:color w:val="4E5968"/>
          <w:sz w:val="22"/>
        </w:rPr>
        <w:t>① 함께 노력하면 지구를 지킨다</w:t>
      </w:r>
    </w:p>
    <w:p>
      <w:pPr>
        <w:ind w:left="320"/>
      </w:pPr>
      <w:r>
        <w:rPr>
          <w:rFonts w:ascii="맑은 고딕" w:hAnsi="맑은 고딕" w:eastAsia="맑은 고딕"/>
          <w:b w:val="0"/>
          <w:color w:val="4E5968"/>
          <w:sz w:val="22"/>
        </w:rPr>
        <w:t>② 혼자서도 충분하다는 것</w:t>
      </w:r>
    </w:p>
    <w:p>
      <w:pPr>
        <w:ind w:left="320"/>
      </w:pPr>
      <w:r>
        <w:rPr>
          <w:rFonts w:ascii="맑은 고딕" w:hAnsi="맑은 고딕" w:eastAsia="맑은 고딕"/>
          <w:b w:val="0"/>
          <w:color w:val="4E5968"/>
          <w:sz w:val="22"/>
        </w:rPr>
        <w:t>③ 기술은 위험하다는 것</w:t>
      </w:r>
    </w:p>
    <w:p>
      <w:pPr>
        <w:ind w:left="320"/>
      </w:pPr>
      <w:r>
        <w:rPr>
          <w:rFonts w:ascii="맑은 고딕" w:hAnsi="맑은 고딕" w:eastAsia="맑은 고딕"/>
          <w:b w:val="0"/>
          <w:color w:val="4E5968"/>
          <w:sz w:val="22"/>
        </w:rPr>
        <w:t>④ 기후 위기는 이미 늦어 어쩔 수 없다는 것</w:t>
      </w:r>
    </w:p>
    <w:p>
      <w:pPr>
        <w:spacing w:before="240"/>
      </w:pPr>
      <w:r>
        <w:rPr>
          <w:rFonts w:ascii="맑은 고딕" w:hAnsi="맑은 고딕" w:eastAsia="맑은 고딕"/>
          <w:b/>
          <w:color w:val="8B95A1"/>
          <w:sz w:val="17"/>
        </w:rPr>
        <w:t xml:space="preserve">  비판적 사고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나무 심기만으로는 부족하고 다양한 기술이 필요하다고 한 까닭을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창의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내가 우리 지역의 '열관리 책임자'라면 폭염에 대비해 어떤 일을 할지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191F28"/>
          <w:sz w:val="32"/>
        </w:rPr>
        <w:t>정답 및 해설 · 교사용</w:t>
      </w:r>
    </w:p>
    <w:p>
      <w:pPr>
        <w:spacing w:before="160"/>
      </w:pPr>
      <w:r>
        <w:rPr>
          <w:rFonts w:ascii="맑은 고딕" w:hAnsi="맑은 고딕" w:eastAsia="맑은 고딕"/>
          <w:b/>
          <w:color w:val="2272EB"/>
          <w:sz w:val="26"/>
        </w:rPr>
        <w:t>[중학년] 지구를 지키는 기술</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탄소포집 앞치마</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온실 식물의 광합성에 쓴다</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지하에서 암석으로 굳혀 저장한다</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최고 열관리 책임자</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ㄱ → ㄹ → ㄷ</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② 바다 위 해상 도시</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③ 해양 생태계를 되살린다</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① 탄소 감축과 적응을 함께 해야 한다</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안 쓰는 전기를 끄고, 가까운 곳은 걷거나 자전거를 타며, 일회용품을 줄이고 물건을 아껴 쓴다. · (평가) 온실가스를 줄이는 실천을 구체적으로 적었는지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햇빛을 받으면 시원한 바람을 내뿜는 가방, 빗물을 모아 두었다 쓰는 화분 등 환경을 돕는 발명품을 상상해 본다. · (평가) 기후를 돕는 창의적 아이디어를 적었는지 봐 주세요.</w:t>
      </w:r>
    </w:p>
    <w:p>
      <w:r>
        <w:br w:type="page"/>
      </w:r>
    </w:p>
    <w:p>
      <w:pPr>
        <w:spacing w:before="160"/>
      </w:pPr>
      <w:r>
        <w:rPr>
          <w:rFonts w:ascii="맑은 고딕" w:hAnsi="맑은 고딕" w:eastAsia="맑은 고딕"/>
          <w:b/>
          <w:color w:val="2272EB"/>
          <w:sz w:val="26"/>
        </w:rPr>
        <w:t>[고학년] 감축과 적응</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감축과 적응</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모은 CO2를 식물 재배에 다시 쓴다</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영구적으로 안전하게 저장된다</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폭염에 대비해 도시 온도를 낮추는 일</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ㄱ → ㄹ → ㄷ</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② 자급자족하며 재생에너지를 쓴다</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③ 변화에 대비하며 원인도 줄여야 해서</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① 함께 노력하면 지구를 지킨다</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인류가 내뿜는 이산화탄소가 너무 많아 나무만으로는 다 흡수할 수 없기 때문에, 탄소 포집·저장 같은 여러 기술을 함께 써야 한다. · (평가) 배출량 규모와 연결해 설명했는지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거리에 나무와 그늘막을 늘리고, 시원한 쉼터를 마련하며, 폭염 위험을 미리 알리는 안내를 한다. · (평가) 폭염 대비 정책을 구체적으로 제안했는지 봐 주세요.</w:t>
      </w:r>
    </w:p>
    <w:sectPr w:rsidR="00FC693F" w:rsidRPr="0006063C" w:rsidSect="00034616">
      <w:pgSz w:w="11906" w:h="16838"/>
      <w:pgMar w:top="85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