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소중한 내 개인정보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'개인정보'란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나를 알아볼 수 있는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날씨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게임 점수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텔레비전에 늘 나오는 소식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다음 중 개인정보에 해당하는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가장 좋아하는 색깔과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이름·집 주소·전화번호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오늘 날씨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어젯밤 꿈 이야기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모르는 사람이 내 정보를 물어보면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 알려준다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같이 따라간다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알려주지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친절하게 다 알려준다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친구의 사진을 다른 사람에게 보여줄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아무에게나 그냥 막 보여준다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몰래 보여준다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많이 자랑한다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친구의 동의를 받는다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이상한 광고나 모르는 문자가 오면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멈추고 어른께 물어본다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바로 답장한다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친구에게 보낸다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곧바로 눌러서 자세히 확인해 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나쁜 사람이 "어른에게 말하지 마"라고 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무서워서 시키는 대로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그래도 꼭 어른께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비밀로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참는다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나쁜 사람에게 속았다면 그것은 누구의 잘못인가요?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내 잘못이다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 잘못이다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내 잘못이 아니다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아무에게도 말하면 안 되는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내 개인정보를 지키는 가장 좋은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누구에게나 모두 다 알려준다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 해결한다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어려우면 어른께 알린다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개인정보  ·          ·  나를 알아볼 수 있는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친구 사진  ·          ·  동의받고 공유하기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이상한 문자  ·          ·  멈추고 어른께 묻기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모르는 사람이 내 개인정보를 물어보면 어떻게 말할지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내 정보는 내가 지켜요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개인정보가 무엇인지(이름·집 주소·전화번호·다니는 곳 등 나를 알아볼 수 있는 모든 정보), 그리고 그것을 스스로 지키는 법을 실생활 예시로 알려 주는 교육 영상. 모르는 사람에게 정보를 알려주지 않기, 사진은 동의·허락을 받고 공유하기, 이상한 광고·문자는 멈추고 어른께 묻기, 나쁜 사람에게 속아도 그것은 내 잘못이 아니니 즉시 어른께 알리기를 배운다.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개인정보의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나를 알아볼 수 있는 모든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날씨에 대한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게임에 대한 정보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누구나 함께 보는 널리 공개된 정보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낯선 사람에게 정보를 알려주면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말하기가 그저 귀찮고 번거로워서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나를 아는 척 속일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비밀이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시간이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내 사진이나 가족 사진을 올릴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마음대로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친구에게만 보낸다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부모님의 허락을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누구나 보게 널리 퍼뜨린다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이상한 광고나 문자가 왔을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재미있어 보여 바로 답장한다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 전달한다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광고를 눌러 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멈춘 뒤 어른께 묻는다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위험한 상황에 대처하는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알려주지 않고 거절한다.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모르는 사람이 정보를 물어본다.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어른께 알려 도움을 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협박하는 문자가 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나쁜 사람이 "어른에게 말하지 말라"고 협박할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무서우니 시키는 대로 다 따른다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그래도 반드시 어른께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비밀로 묻어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해결한다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나쁜 사람에게 속았을 때 꼭 기억할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내 잘못이다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비밀로 묻어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내 잘못이 아니라 속인 사람 잘못이다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다시는 스마트폰을 절대 쓰면 안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주는 핵심으로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내가 지키고 어른께 알리기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정보는 다 알려도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해결해야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정보는 모두 공개하는 게 낫다는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친구의 사진이나 이야기를 다른 사람에게 공유하기 전에 지켜야 할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스마트폰에서 모르는 사람의 이상한 메시지를 받았을 때 어떻게 할지 순서대로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소중한 내 개인정보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나를 알아볼 수 있는 정보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이름·집 주소·전화번호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알려주지 않는다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친구의 동의를 받는다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멈추고 어른께 물어본다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그래도 꼭 어른께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내 잘못이 아니다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어려우면 어른께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개인정보-나를 알아볼 수 있는 정보 / 친구 사진-동의받기 / 이상한 문자-어른께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"죄송하지만 제 개인정보라서 알려드릴 수 없어요"라고 거절하고, 집에 가서 어른께 말씀드린다. · (평가) 거절하는 말과 어른께 알리기를 함께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내 정보는 내가 지켜요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나를 알아볼 수 있는 모든 정보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나를 아는 척 속일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부모님의 허락을 받는다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멈춘 뒤 어른께 묻는다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그래도 반드시 어른께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내 잘못이 아니라 속인 사람 잘못이다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내가 지키고 어른께 알리기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친구의 사진이나 이야기도 친구의 개인정보이므로, 공유하기 전에 반드시 친구에게 먼저 물어보고 동의를 받는다. · (평가) 동의·존중의 원칙을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화면을 누르거나 답하지 말고 일단 멈춘 뒤, 무슨 일이 있었는지 부모님이나 어른께 그대로 말하고 도움을 받는다. · (평가) 멈추기→어른께 알리기 순서를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