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하나로 뭉친 국군 장병들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2003년 건군 55주년 국군의 날 기념행사를 위해 서울공항에 모인 17,000여 명의 국군 장병들이 약 60일간 행사를 준비하는 과정을 담은 현장 르포. 보폭 80cm와 팔 동작을 하나로 맞추는 분열 훈련, 강인한 정신력을 기르는 태권도 시범, 헬기 사다리에 매달려 펼치는 특전사 공중 탈출, 새벽부터 수천 명의 식사를 준비하는 취사반의 모습을 통해 화려한 행사 뒤에 숨은 땀과 헌신, 그리고 국가를 대표한다는 장병들의 자부심과 하나 된 힘을 보여 준다.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영상에서 장병들이 준비하는 것은 무엇인가요?</w:t>
      </w:r>
    </w:p>
    <w:p>
      <w:pPr>
        <w:ind w:left="320"/>
      </w:pPr>
      <w:r>
        <w:rPr>
          <w:rFonts w:ascii="맑은 고딕" w:hAnsi="맑은 고딕" w:eastAsia="맑은 고딕"/>
          <w:b w:val="0"/>
          <w:color w:val="4E5968"/>
          <w:sz w:val="22"/>
        </w:rPr>
        <w:t>① 국군의 날 기념 행사</w:t>
      </w:r>
    </w:p>
    <w:p>
      <w:pPr>
        <w:ind w:left="320"/>
      </w:pPr>
      <w:r>
        <w:rPr>
          <w:rFonts w:ascii="맑은 고딕" w:hAnsi="맑은 고딕" w:eastAsia="맑은 고딕"/>
          <w:b w:val="0"/>
          <w:color w:val="4E5968"/>
          <w:sz w:val="22"/>
        </w:rPr>
        <w:t>② 졸업식</w:t>
      </w:r>
    </w:p>
    <w:p>
      <w:pPr>
        <w:ind w:left="320"/>
      </w:pPr>
      <w:r>
        <w:rPr>
          <w:rFonts w:ascii="맑은 고딕" w:hAnsi="맑은 고딕" w:eastAsia="맑은 고딕"/>
          <w:b w:val="0"/>
          <w:color w:val="4E5968"/>
          <w:sz w:val="22"/>
        </w:rPr>
        <w:t>③ 체육대회</w:t>
      </w:r>
    </w:p>
    <w:p>
      <w:pPr>
        <w:ind w:left="320"/>
      </w:pPr>
      <w:r>
        <w:rPr>
          <w:rFonts w:ascii="맑은 고딕" w:hAnsi="맑은 고딕" w:eastAsia="맑은 고딕"/>
          <w:b w:val="0"/>
          <w:color w:val="4E5968"/>
          <w:sz w:val="22"/>
        </w:rPr>
        <w:t>④ 어린이날 운동회 행사</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여럿이 발맞춰 걷는 '분열'에서 가장 중요한 것은 무엇인가요?</w:t>
      </w:r>
    </w:p>
    <w:p>
      <w:pPr>
        <w:ind w:left="320"/>
      </w:pPr>
      <w:r>
        <w:rPr>
          <w:rFonts w:ascii="맑은 고딕" w:hAnsi="맑은 고딕" w:eastAsia="맑은 고딕"/>
          <w:b w:val="0"/>
          <w:color w:val="4E5968"/>
          <w:sz w:val="22"/>
        </w:rPr>
        <w:t>① 누가 가장 빨리 달리는가를 겨루기</w:t>
      </w:r>
    </w:p>
    <w:p>
      <w:pPr>
        <w:ind w:left="320"/>
      </w:pPr>
      <w:r>
        <w:rPr>
          <w:rFonts w:ascii="맑은 고딕" w:hAnsi="맑은 고딕" w:eastAsia="맑은 고딕"/>
          <w:b w:val="0"/>
          <w:color w:val="4E5968"/>
          <w:sz w:val="22"/>
        </w:rPr>
        <w:t>② 전체가 하나처럼 움직이는 통일성</w:t>
      </w:r>
    </w:p>
    <w:p>
      <w:pPr>
        <w:ind w:left="320"/>
      </w:pPr>
      <w:r>
        <w:rPr>
          <w:rFonts w:ascii="맑은 고딕" w:hAnsi="맑은 고딕" w:eastAsia="맑은 고딕"/>
          <w:b w:val="0"/>
          <w:color w:val="4E5968"/>
          <w:sz w:val="22"/>
        </w:rPr>
        <w:t>③ 큰 소리로 노래하기</w:t>
      </w:r>
    </w:p>
    <w:p>
      <w:pPr>
        <w:ind w:left="320"/>
      </w:pPr>
      <w:r>
        <w:rPr>
          <w:rFonts w:ascii="맑은 고딕" w:hAnsi="맑은 고딕" w:eastAsia="맑은 고딕"/>
          <w:b w:val="0"/>
          <w:color w:val="4E5968"/>
          <w:sz w:val="22"/>
        </w:rPr>
        <w:t>④ 혼자 멋지게 서기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분열할 때 정확히 맞춰야 하는 것은 무엇인가요?</w:t>
      </w:r>
    </w:p>
    <w:p>
      <w:pPr>
        <w:ind w:left="320"/>
      </w:pPr>
      <w:r>
        <w:rPr>
          <w:rFonts w:ascii="맑은 고딕" w:hAnsi="맑은 고딕" w:eastAsia="맑은 고딕"/>
          <w:b w:val="0"/>
          <w:color w:val="4E5968"/>
          <w:sz w:val="22"/>
        </w:rPr>
        <w:t>① 부르는 노래 가사</w:t>
      </w:r>
    </w:p>
    <w:p>
      <w:pPr>
        <w:ind w:left="320"/>
      </w:pPr>
      <w:r>
        <w:rPr>
          <w:rFonts w:ascii="맑은 고딕" w:hAnsi="맑은 고딕" w:eastAsia="맑은 고딕"/>
          <w:b w:val="0"/>
          <w:color w:val="4E5968"/>
          <w:sz w:val="22"/>
        </w:rPr>
        <w:t>② 입은 옷의 색깔</w:t>
      </w:r>
    </w:p>
    <w:p>
      <w:pPr>
        <w:ind w:left="320"/>
      </w:pPr>
      <w:r>
        <w:rPr>
          <w:rFonts w:ascii="맑은 고딕" w:hAnsi="맑은 고딕" w:eastAsia="맑은 고딕"/>
          <w:b w:val="0"/>
          <w:color w:val="4E5968"/>
          <w:sz w:val="22"/>
        </w:rPr>
        <w:t>③ 보폭과 팔 동작</w:t>
      </w:r>
    </w:p>
    <w:p>
      <w:pPr>
        <w:ind w:left="320"/>
      </w:pPr>
      <w:r>
        <w:rPr>
          <w:rFonts w:ascii="맑은 고딕" w:hAnsi="맑은 고딕" w:eastAsia="맑은 고딕"/>
          <w:b w:val="0"/>
          <w:color w:val="4E5968"/>
          <w:sz w:val="22"/>
        </w:rPr>
        <w:t>④ 쓴 모자 모양과 신발 끈</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특전사 공중 탈출 팀이 공중에서 의지하는 것은 무엇인가요?</w:t>
      </w:r>
    </w:p>
    <w:p>
      <w:pPr>
        <w:ind w:left="320"/>
      </w:pPr>
      <w:r>
        <w:rPr>
          <w:rFonts w:ascii="맑은 고딕" w:hAnsi="맑은 고딕" w:eastAsia="맑은 고딕"/>
          <w:b w:val="0"/>
          <w:color w:val="4E5968"/>
          <w:sz w:val="22"/>
        </w:rPr>
        <w:t>① 바람을 막아 주는 아주 큰 우산</w:t>
      </w:r>
    </w:p>
    <w:p>
      <w:pPr>
        <w:ind w:left="320"/>
      </w:pPr>
      <w:r>
        <w:rPr>
          <w:rFonts w:ascii="맑은 고딕" w:hAnsi="맑은 고딕" w:eastAsia="맑은 고딕"/>
          <w:b w:val="0"/>
          <w:color w:val="4E5968"/>
          <w:sz w:val="22"/>
        </w:rPr>
        <w:t>② 튼튼한 신발</w:t>
      </w:r>
    </w:p>
    <w:p>
      <w:pPr>
        <w:ind w:left="320"/>
      </w:pPr>
      <w:r>
        <w:rPr>
          <w:rFonts w:ascii="맑은 고딕" w:hAnsi="맑은 고딕" w:eastAsia="맑은 고딕"/>
          <w:b w:val="0"/>
          <w:color w:val="4E5968"/>
          <w:sz w:val="22"/>
        </w:rPr>
        <w:t>③ 두꺼운 옷</w:t>
      </w:r>
    </w:p>
    <w:p>
      <w:pPr>
        <w:ind w:left="320"/>
      </w:pPr>
      <w:r>
        <w:rPr>
          <w:rFonts w:ascii="맑은 고딕" w:hAnsi="맑은 고딕" w:eastAsia="맑은 고딕"/>
          <w:b w:val="0"/>
          <w:color w:val="4E5968"/>
          <w:sz w:val="22"/>
        </w:rPr>
        <w:t>④ 헬기에 매달린 사다리와 줄</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행사를 준비하는 과정을 일이 일어난 순서대로 기호를 써 보세요.</w:t>
      </w:r>
    </w:p>
    <w:p>
      <w:pPr>
        <w:ind w:left="320"/>
      </w:pPr>
      <w:r>
        <w:rPr>
          <w:rFonts w:ascii="맑은 고딕" w:hAnsi="맑은 고딕" w:eastAsia="맑은 고딕"/>
          <w:b w:val="0"/>
          <w:color w:val="333D4B"/>
          <w:sz w:val="22"/>
        </w:rPr>
        <w:t>ㄱ. 부대별 평가를 받는다.</w:t>
      </w:r>
    </w:p>
    <w:p>
      <w:pPr>
        <w:ind w:left="320"/>
      </w:pPr>
      <w:r>
        <w:rPr>
          <w:rFonts w:ascii="맑은 고딕" w:hAnsi="맑은 고딕" w:eastAsia="맑은 고딕"/>
          <w:b w:val="0"/>
          <w:color w:val="333D4B"/>
          <w:sz w:val="22"/>
        </w:rPr>
        <w:t>ㄴ. 60일 동안 반복 훈련을 한다.</w:t>
      </w:r>
    </w:p>
    <w:p>
      <w:pPr>
        <w:ind w:left="320"/>
      </w:pPr>
      <w:r>
        <w:rPr>
          <w:rFonts w:ascii="맑은 고딕" w:hAnsi="맑은 고딕" w:eastAsia="맑은 고딕"/>
          <w:b w:val="0"/>
          <w:color w:val="333D4B"/>
          <w:sz w:val="22"/>
        </w:rPr>
        <w:t>ㄷ. 행사 날 갈고닦은 기량을 선보인다.</w:t>
      </w:r>
    </w:p>
    <w:p>
      <w:pPr>
        <w:ind w:left="320"/>
      </w:pPr>
      <w:r>
        <w:rPr>
          <w:rFonts w:ascii="맑은 고딕" w:hAnsi="맑은 고딕" w:eastAsia="맑은 고딕"/>
          <w:b w:val="0"/>
          <w:color w:val="333D4B"/>
          <w:sz w:val="22"/>
        </w:rPr>
        <w:t>ㄹ. 모두 모여 종합 예행 연습을 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새벽부터 수천 명의 식사를 준비한 사람들은 누구인가요?</w:t>
      </w:r>
    </w:p>
    <w:p>
      <w:pPr>
        <w:ind w:left="320"/>
      </w:pPr>
      <w:r>
        <w:rPr>
          <w:rFonts w:ascii="맑은 고딕" w:hAnsi="맑은 고딕" w:eastAsia="맑은 고딕"/>
          <w:b w:val="0"/>
          <w:color w:val="4E5968"/>
          <w:sz w:val="22"/>
        </w:rPr>
        <w:t>① 재병 지휘부</w:t>
      </w:r>
    </w:p>
    <w:p>
      <w:pPr>
        <w:ind w:left="320"/>
      </w:pPr>
      <w:r>
        <w:rPr>
          <w:rFonts w:ascii="맑은 고딕" w:hAnsi="맑은 고딕" w:eastAsia="맑은 고딕"/>
          <w:b w:val="0"/>
          <w:color w:val="4E5968"/>
          <w:sz w:val="22"/>
        </w:rPr>
        <w:t>② 취사반</w:t>
      </w:r>
    </w:p>
    <w:p>
      <w:pPr>
        <w:ind w:left="320"/>
      </w:pPr>
      <w:r>
        <w:rPr>
          <w:rFonts w:ascii="맑은 고딕" w:hAnsi="맑은 고딕" w:eastAsia="맑은 고딕"/>
          <w:b w:val="0"/>
          <w:color w:val="4E5968"/>
          <w:sz w:val="22"/>
        </w:rPr>
        <w:t>③ 태권도 부대</w:t>
      </w:r>
    </w:p>
    <w:p>
      <w:pPr>
        <w:ind w:left="320"/>
      </w:pPr>
      <w:r>
        <w:rPr>
          <w:rFonts w:ascii="맑은 고딕" w:hAnsi="맑은 고딕" w:eastAsia="맑은 고딕"/>
          <w:b w:val="0"/>
          <w:color w:val="4E5968"/>
          <w:sz w:val="22"/>
        </w:rPr>
        <w:t>④ 특전사 공중 탈출팀</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태권도와 분열 같은 힘든 훈련을 통해 기르려 한 것은 무엇인가요?</w:t>
      </w:r>
    </w:p>
    <w:p>
      <w:pPr>
        <w:ind w:left="320"/>
      </w:pPr>
      <w:r>
        <w:rPr>
          <w:rFonts w:ascii="맑은 고딕" w:hAnsi="맑은 고딕" w:eastAsia="맑은 고딕"/>
          <w:b w:val="0"/>
          <w:color w:val="4E5968"/>
          <w:sz w:val="22"/>
        </w:rPr>
        <w:t>① 노래 실력</w:t>
      </w:r>
    </w:p>
    <w:p>
      <w:pPr>
        <w:ind w:left="320"/>
      </w:pPr>
      <w:r>
        <w:rPr>
          <w:rFonts w:ascii="맑은 고딕" w:hAnsi="맑은 고딕" w:eastAsia="맑은 고딕"/>
          <w:b w:val="0"/>
          <w:color w:val="4E5968"/>
          <w:sz w:val="22"/>
        </w:rPr>
        <w:t>② 요리 솜씨</w:t>
      </w:r>
    </w:p>
    <w:p>
      <w:pPr>
        <w:ind w:left="320"/>
      </w:pPr>
      <w:r>
        <w:rPr>
          <w:rFonts w:ascii="맑은 고딕" w:hAnsi="맑은 고딕" w:eastAsia="맑은 고딕"/>
          <w:b w:val="0"/>
          <w:color w:val="4E5968"/>
          <w:sz w:val="22"/>
        </w:rPr>
        <w:t>③ 강인한 정신력</w:t>
      </w:r>
    </w:p>
    <w:p>
      <w:pPr>
        <w:ind w:left="320"/>
      </w:pPr>
      <w:r>
        <w:rPr>
          <w:rFonts w:ascii="맑은 고딕" w:hAnsi="맑은 고딕" w:eastAsia="맑은 고딕"/>
          <w:b w:val="0"/>
          <w:color w:val="4E5968"/>
          <w:sz w:val="22"/>
        </w:rPr>
        <w:t>④ 그림 그리는 재주</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장병들이 행사에 임하는 마음으로 알맞은 것은 무엇인가요?</w:t>
      </w:r>
    </w:p>
    <w:p>
      <w:pPr>
        <w:ind w:left="320"/>
      </w:pPr>
      <w:r>
        <w:rPr>
          <w:rFonts w:ascii="맑은 고딕" w:hAnsi="맑은 고딕" w:eastAsia="맑은 고딕"/>
          <w:b w:val="0"/>
          <w:color w:val="4E5968"/>
          <w:sz w:val="22"/>
        </w:rPr>
        <w:t>① 국가를 대표한다는 자부심</w:t>
      </w:r>
    </w:p>
    <w:p>
      <w:pPr>
        <w:ind w:left="320"/>
      </w:pPr>
      <w:r>
        <w:rPr>
          <w:rFonts w:ascii="맑은 고딕" w:hAnsi="맑은 고딕" w:eastAsia="맑은 고딕"/>
          <w:b w:val="0"/>
          <w:color w:val="4E5968"/>
          <w:sz w:val="22"/>
        </w:rPr>
        <w:t>② 상을 받고 싶은 마음</w:t>
      </w:r>
    </w:p>
    <w:p>
      <w:pPr>
        <w:ind w:left="320"/>
      </w:pPr>
      <w:r>
        <w:rPr>
          <w:rFonts w:ascii="맑은 고딕" w:hAnsi="맑은 고딕" w:eastAsia="맑은 고딕"/>
          <w:b w:val="0"/>
          <w:color w:val="4E5968"/>
          <w:sz w:val="22"/>
        </w:rPr>
        <w:t>③ 쉬고 싶은 마음</w:t>
      </w:r>
    </w:p>
    <w:p>
      <w:pPr>
        <w:ind w:left="320"/>
      </w:pPr>
      <w:r>
        <w:rPr>
          <w:rFonts w:ascii="맑은 고딕" w:hAnsi="맑은 고딕" w:eastAsia="맑은 고딕"/>
          <w:b w:val="0"/>
          <w:color w:val="4E5968"/>
          <w:sz w:val="22"/>
        </w:rPr>
        <w:t>④ 그냥 빨리 끝내고 싶은 마음</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60일 동안 힘든 훈련을 한 국군 장병들에게 전하고 싶은 격려와 감사의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'전체가 하나처럼' 발맞춰야 잘 되는 일을 우리 생활에서 찾아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화려함 뒤에 숨은 땀과 헌신</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2003년 건군 55주년 국군의 날 기념행사를 위해 서울공항에 모인 17,000여 명의 국군 장병들이 약 60일간 행사를 준비하는 과정을 담은 현장 르포. 보폭 80cm와 팔 동작을 하나로 맞추는 분열 훈련, 강인한 정신력을 기르는 태권도 시범, 헬기 사다리에 매달려 펼치는 특전사 공중 탈출, 새벽부터 수천 명의 식사를 준비하는 취사반의 모습을 통해 화려한 행사 뒤에 숨은 땀과 헌신, 그리고 국가를 대표한다는 장병들의 자부심과 하나 된 힘을 보여 준다.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분열에서 '통일성'이 무엇보다 중요한 까닭은 무엇인가요?</w:t>
      </w:r>
    </w:p>
    <w:p>
      <w:pPr>
        <w:ind w:left="320"/>
      </w:pPr>
      <w:r>
        <w:rPr>
          <w:rFonts w:ascii="맑은 고딕" w:hAnsi="맑은 고딕" w:eastAsia="맑은 고딕"/>
          <w:b w:val="0"/>
          <w:color w:val="4E5968"/>
          <w:sz w:val="22"/>
        </w:rPr>
        <w:t>① 한 명만 어긋나도 전체가 흐트러져서</w:t>
      </w:r>
    </w:p>
    <w:p>
      <w:pPr>
        <w:ind w:left="320"/>
      </w:pPr>
      <w:r>
        <w:rPr>
          <w:rFonts w:ascii="맑은 고딕" w:hAnsi="맑은 고딕" w:eastAsia="맑은 고딕"/>
          <w:b w:val="0"/>
          <w:color w:val="4E5968"/>
          <w:sz w:val="22"/>
        </w:rPr>
        <w:t>② 빨리 끝내려고</w:t>
      </w:r>
    </w:p>
    <w:p>
      <w:pPr>
        <w:ind w:left="320"/>
      </w:pPr>
      <w:r>
        <w:rPr>
          <w:rFonts w:ascii="맑은 고딕" w:hAnsi="맑은 고딕" w:eastAsia="맑은 고딕"/>
          <w:b w:val="0"/>
          <w:color w:val="4E5968"/>
          <w:sz w:val="22"/>
        </w:rPr>
        <w:t>③ 상을 받으려고</w:t>
      </w:r>
    </w:p>
    <w:p>
      <w:pPr>
        <w:ind w:left="320"/>
      </w:pPr>
      <w:r>
        <w:rPr>
          <w:rFonts w:ascii="맑은 고딕" w:hAnsi="맑은 고딕" w:eastAsia="맑은 고딕"/>
          <w:b w:val="0"/>
          <w:color w:val="4E5968"/>
          <w:sz w:val="22"/>
        </w:rPr>
        <w:t>④ 혼자 멋지게 돋보이는 것이 훨씬 멋지기 때문에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보폭 80cm를 정확히 맞추려고 장병들이 쓴 방법은 무엇인가요?</w:t>
      </w:r>
    </w:p>
    <w:p>
      <w:pPr>
        <w:ind w:left="320"/>
      </w:pPr>
      <w:r>
        <w:rPr>
          <w:rFonts w:ascii="맑은 고딕" w:hAnsi="맑은 고딕" w:eastAsia="맑은 고딕"/>
          <w:b w:val="0"/>
          <w:color w:val="4E5968"/>
          <w:sz w:val="22"/>
        </w:rPr>
        <w:t>① 두 눈을 질끈 감은 채로 걷는다</w:t>
      </w:r>
    </w:p>
    <w:p>
      <w:pPr>
        <w:ind w:left="320"/>
      </w:pPr>
      <w:r>
        <w:rPr>
          <w:rFonts w:ascii="맑은 고딕" w:hAnsi="맑은 고딕" w:eastAsia="맑은 고딕"/>
          <w:b w:val="0"/>
          <w:color w:val="4E5968"/>
          <w:sz w:val="22"/>
        </w:rPr>
        <w:t>② 바닥의 마킹을 밟으며 걷는다</w:t>
      </w:r>
    </w:p>
    <w:p>
      <w:pPr>
        <w:ind w:left="320"/>
      </w:pPr>
      <w:r>
        <w:rPr>
          <w:rFonts w:ascii="맑은 고딕" w:hAnsi="맑은 고딕" w:eastAsia="맑은 고딕"/>
          <w:b w:val="0"/>
          <w:color w:val="4E5968"/>
          <w:sz w:val="22"/>
        </w:rPr>
        <w:t>③ 옆 사람 손을 잡고 걷는다</w:t>
      </w:r>
    </w:p>
    <w:p>
      <w:pPr>
        <w:ind w:left="320"/>
      </w:pPr>
      <w:r>
        <w:rPr>
          <w:rFonts w:ascii="맑은 고딕" w:hAnsi="맑은 고딕" w:eastAsia="맑은 고딕"/>
          <w:b w:val="0"/>
          <w:color w:val="4E5968"/>
          <w:sz w:val="22"/>
        </w:rPr>
        <w:t>④ 노래에 맞춰 걷는다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다치는 위험에도 태권도 대원들이 훈련을 멈추지 않은 까닭은?</w:t>
      </w:r>
    </w:p>
    <w:p>
      <w:pPr>
        <w:ind w:left="320"/>
      </w:pPr>
      <w:r>
        <w:rPr>
          <w:rFonts w:ascii="맑은 고딕" w:hAnsi="맑은 고딕" w:eastAsia="맑은 고딕"/>
          <w:b w:val="0"/>
          <w:color w:val="4E5968"/>
          <w:sz w:val="22"/>
        </w:rPr>
        <w:t>① 상금이 커서</w:t>
      </w:r>
    </w:p>
    <w:p>
      <w:pPr>
        <w:ind w:left="320"/>
      </w:pPr>
      <w:r>
        <w:rPr>
          <w:rFonts w:ascii="맑은 고딕" w:hAnsi="맑은 고딕" w:eastAsia="맑은 고딕"/>
          <w:b w:val="0"/>
          <w:color w:val="4E5968"/>
          <w:sz w:val="22"/>
        </w:rPr>
        <w:t>② 벌이 무서워서</w:t>
      </w:r>
    </w:p>
    <w:p>
      <w:pPr>
        <w:ind w:left="320"/>
      </w:pPr>
      <w:r>
        <w:rPr>
          <w:rFonts w:ascii="맑은 고딕" w:hAnsi="맑은 고딕" w:eastAsia="맑은 고딕"/>
          <w:b w:val="0"/>
          <w:color w:val="4E5968"/>
          <w:sz w:val="22"/>
        </w:rPr>
        <w:t>③ 국군을 대표한다는 자부심 때문에</w:t>
      </w:r>
    </w:p>
    <w:p>
      <w:pPr>
        <w:ind w:left="320"/>
      </w:pPr>
      <w:r>
        <w:rPr>
          <w:rFonts w:ascii="맑은 고딕" w:hAnsi="맑은 고딕" w:eastAsia="맑은 고딕"/>
          <w:b w:val="0"/>
          <w:color w:val="4E5968"/>
          <w:sz w:val="22"/>
        </w:rPr>
        <w:t>④ 훈련이 무척 즐겁고 마냥 편안하기 때문에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공중 탈출 팀이 단 1분 30초의 시범을 위해 한 일은 무엇인가요?</w:t>
      </w:r>
    </w:p>
    <w:p>
      <w:pPr>
        <w:ind w:left="320"/>
      </w:pPr>
      <w:r>
        <w:rPr>
          <w:rFonts w:ascii="맑은 고딕" w:hAnsi="맑은 고딕" w:eastAsia="맑은 고딕"/>
          <w:b w:val="0"/>
          <w:color w:val="4E5968"/>
          <w:sz w:val="22"/>
        </w:rPr>
        <w:t>① 행사 전날 딱 한 번만 가볍게 연습함</w:t>
      </w:r>
    </w:p>
    <w:p>
      <w:pPr>
        <w:ind w:left="320"/>
      </w:pPr>
      <w:r>
        <w:rPr>
          <w:rFonts w:ascii="맑은 고딕" w:hAnsi="맑은 고딕" w:eastAsia="맑은 고딕"/>
          <w:b w:val="0"/>
          <w:color w:val="4E5968"/>
          <w:sz w:val="22"/>
        </w:rPr>
        <w:t>② 영상으로만 익힘</w:t>
      </w:r>
    </w:p>
    <w:p>
      <w:pPr>
        <w:ind w:left="320"/>
      </w:pPr>
      <w:r>
        <w:rPr>
          <w:rFonts w:ascii="맑은 고딕" w:hAnsi="맑은 고딕" w:eastAsia="맑은 고딕"/>
          <w:b w:val="0"/>
          <w:color w:val="4E5968"/>
          <w:sz w:val="22"/>
        </w:rPr>
        <w:t>③ 모형으로 대신함</w:t>
      </w:r>
    </w:p>
    <w:p>
      <w:pPr>
        <w:ind w:left="320"/>
      </w:pPr>
      <w:r>
        <w:rPr>
          <w:rFonts w:ascii="맑은 고딕" w:hAnsi="맑은 고딕" w:eastAsia="맑은 고딕"/>
          <w:b w:val="0"/>
          <w:color w:val="4E5968"/>
          <w:sz w:val="22"/>
        </w:rPr>
        <w:t>④ 매일 위험한 고공 훈련을 반복함</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행사를 준비하는 과정을 일이 일어난 순서대로 기호를 써 보세요.</w:t>
      </w:r>
    </w:p>
    <w:p>
      <w:pPr>
        <w:ind w:left="320"/>
      </w:pPr>
      <w:r>
        <w:rPr>
          <w:rFonts w:ascii="맑은 고딕" w:hAnsi="맑은 고딕" w:eastAsia="맑은 고딕"/>
          <w:b w:val="0"/>
          <w:color w:val="333D4B"/>
          <w:sz w:val="22"/>
        </w:rPr>
        <w:t>ㄱ. 부대별 평가를 받는다.</w:t>
      </w:r>
    </w:p>
    <w:p>
      <w:pPr>
        <w:ind w:left="320"/>
      </w:pPr>
      <w:r>
        <w:rPr>
          <w:rFonts w:ascii="맑은 고딕" w:hAnsi="맑은 고딕" w:eastAsia="맑은 고딕"/>
          <w:b w:val="0"/>
          <w:color w:val="333D4B"/>
          <w:sz w:val="22"/>
        </w:rPr>
        <w:t>ㄴ. 60일 동안 반복 훈련을 한다.</w:t>
      </w:r>
    </w:p>
    <w:p>
      <w:pPr>
        <w:ind w:left="320"/>
      </w:pPr>
      <w:r>
        <w:rPr>
          <w:rFonts w:ascii="맑은 고딕" w:hAnsi="맑은 고딕" w:eastAsia="맑은 고딕"/>
          <w:b w:val="0"/>
          <w:color w:val="333D4B"/>
          <w:sz w:val="22"/>
        </w:rPr>
        <w:t>ㄷ. 행사 날 갈고닦은 기량을 선보인다.</w:t>
      </w:r>
    </w:p>
    <w:p>
      <w:pPr>
        <w:ind w:left="320"/>
      </w:pPr>
      <w:r>
        <w:rPr>
          <w:rFonts w:ascii="맑은 고딕" w:hAnsi="맑은 고딕" w:eastAsia="맑은 고딕"/>
          <w:b w:val="0"/>
          <w:color w:val="333D4B"/>
          <w:sz w:val="22"/>
        </w:rPr>
        <w:t>ㄹ. 모두 모여 종합 예행 연습을 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보이지 않는 곳에서 행사를 도운 사람들로 알맞은 것은?</w:t>
      </w:r>
    </w:p>
    <w:p>
      <w:pPr>
        <w:ind w:left="320"/>
      </w:pPr>
      <w:r>
        <w:rPr>
          <w:rFonts w:ascii="맑은 고딕" w:hAnsi="맑은 고딕" w:eastAsia="맑은 고딕"/>
          <w:b w:val="0"/>
          <w:color w:val="4E5968"/>
          <w:sz w:val="22"/>
        </w:rPr>
        <w:t>① 멀리서 행사를 구경하러 몰려온 관람객들</w:t>
      </w:r>
    </w:p>
    <w:p>
      <w:pPr>
        <w:ind w:left="320"/>
      </w:pPr>
      <w:r>
        <w:rPr>
          <w:rFonts w:ascii="맑은 고딕" w:hAnsi="맑은 고딕" w:eastAsia="맑은 고딕"/>
          <w:b w:val="0"/>
          <w:color w:val="4E5968"/>
          <w:sz w:val="22"/>
        </w:rPr>
        <w:t>② 새벽부터 식사를 준비한 취사반</w:t>
      </w:r>
    </w:p>
    <w:p>
      <w:pPr>
        <w:ind w:left="320"/>
      </w:pPr>
      <w:r>
        <w:rPr>
          <w:rFonts w:ascii="맑은 고딕" w:hAnsi="맑은 고딕" w:eastAsia="맑은 고딕"/>
          <w:b w:val="0"/>
          <w:color w:val="4E5968"/>
          <w:sz w:val="22"/>
        </w:rPr>
        <w:t>③ 방송 기자들</w:t>
      </w:r>
    </w:p>
    <w:p>
      <w:pPr>
        <w:ind w:left="320"/>
      </w:pPr>
      <w:r>
        <w:rPr>
          <w:rFonts w:ascii="맑은 고딕" w:hAnsi="맑은 고딕" w:eastAsia="맑은 고딕"/>
          <w:b w:val="0"/>
          <w:color w:val="4E5968"/>
          <w:sz w:val="22"/>
        </w:rPr>
        <w:t>④ 외국 손님들</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고된 훈련이 궁극적으로 기르려 한 것은 무엇인가요?</w:t>
      </w:r>
    </w:p>
    <w:p>
      <w:pPr>
        <w:ind w:left="320"/>
      </w:pPr>
      <w:r>
        <w:rPr>
          <w:rFonts w:ascii="맑은 고딕" w:hAnsi="맑은 고딕" w:eastAsia="맑은 고딕"/>
          <w:b w:val="0"/>
          <w:color w:val="4E5968"/>
          <w:sz w:val="22"/>
        </w:rPr>
        <w:t>① 빠른 발놀림</w:t>
      </w:r>
    </w:p>
    <w:p>
      <w:pPr>
        <w:ind w:left="320"/>
      </w:pPr>
      <w:r>
        <w:rPr>
          <w:rFonts w:ascii="맑은 고딕" w:hAnsi="맑은 고딕" w:eastAsia="맑은 고딕"/>
          <w:b w:val="0"/>
          <w:color w:val="4E5968"/>
          <w:sz w:val="22"/>
        </w:rPr>
        <w:t>② 멋진 외모</w:t>
      </w:r>
    </w:p>
    <w:p>
      <w:pPr>
        <w:ind w:left="320"/>
      </w:pPr>
      <w:r>
        <w:rPr>
          <w:rFonts w:ascii="맑은 고딕" w:hAnsi="맑은 고딕" w:eastAsia="맑은 고딕"/>
          <w:b w:val="0"/>
          <w:color w:val="4E5968"/>
          <w:sz w:val="22"/>
        </w:rPr>
        <w:t>③ 강인한 정신력</w:t>
      </w:r>
    </w:p>
    <w:p>
      <w:pPr>
        <w:ind w:left="320"/>
      </w:pPr>
      <w:r>
        <w:rPr>
          <w:rFonts w:ascii="맑은 고딕" w:hAnsi="맑은 고딕" w:eastAsia="맑은 고딕"/>
          <w:b w:val="0"/>
          <w:color w:val="4E5968"/>
          <w:sz w:val="22"/>
        </w:rPr>
        <w:t>④ 남보다 훨씬 큰 목소리</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르포가 전하려는 핵심으로 가장 알맞은 것은?</w:t>
      </w:r>
    </w:p>
    <w:p>
      <w:pPr>
        <w:ind w:left="320"/>
      </w:pPr>
      <w:r>
        <w:rPr>
          <w:rFonts w:ascii="맑은 고딕" w:hAnsi="맑은 고딕" w:eastAsia="맑은 고딕"/>
          <w:b w:val="0"/>
          <w:color w:val="4E5968"/>
          <w:sz w:val="22"/>
        </w:rPr>
        <w:t>① 화려한 행사 뒤의 땀과 헌신, 하나 된 힘</w:t>
      </w:r>
    </w:p>
    <w:p>
      <w:pPr>
        <w:ind w:left="320"/>
      </w:pPr>
      <w:r>
        <w:rPr>
          <w:rFonts w:ascii="맑은 고딕" w:hAnsi="맑은 고딕" w:eastAsia="맑은 고딕"/>
          <w:b w:val="0"/>
          <w:color w:val="4E5968"/>
          <w:sz w:val="22"/>
        </w:rPr>
        <w:t>② 군대는 무섭다는 것</w:t>
      </w:r>
    </w:p>
    <w:p>
      <w:pPr>
        <w:ind w:left="320"/>
      </w:pPr>
      <w:r>
        <w:rPr>
          <w:rFonts w:ascii="맑은 고딕" w:hAnsi="맑은 고딕" w:eastAsia="맑은 고딕"/>
          <w:b w:val="0"/>
          <w:color w:val="4E5968"/>
          <w:sz w:val="22"/>
        </w:rPr>
        <w:t>③ 행사는 화려하다는 것</w:t>
      </w:r>
    </w:p>
    <w:p>
      <w:pPr>
        <w:ind w:left="320"/>
      </w:pPr>
      <w:r>
        <w:rPr>
          <w:rFonts w:ascii="맑은 고딕" w:hAnsi="맑은 고딕" w:eastAsia="맑은 고딕"/>
          <w:b w:val="0"/>
          <w:color w:val="4E5968"/>
          <w:sz w:val="22"/>
        </w:rPr>
        <w:t>④ 행사는 누구나 쉽고 간단하게 할 수 있다는 것</w:t>
      </w: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'한 명이라도 딴 생각을 하면 나머지의 고생이 허사가 된다'는 말이 주는 교훈을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취사반처럼 보이지 않는 곳에서 묵묵히 돕는 사람들의 가치에 대해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하나로 뭉친 국군 장병들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국군의 날 기념 행사</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전체가 하나처럼 움직이는 통일성</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보폭과 팔 동작</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헬기에 매달린 사다리와 줄</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취사반</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강인한 정신력</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국가를 대표한다는 자부심</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비를 맞고 멍이 들면서도 멋진 행사를 준비하느라 정말 고생 많으셨어요. 나라를 지켜 주셔서 감사하고, 응원합니다. · (평가) 장병들의 노력에 공감하며 감사를 담았는지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운동회 단체 줄넘기는 한 명만 박자를 놓쳐도 줄이 걸린다. 모두가 마음을 맞춰 함께 뛰어야 성공할 수 있다. · (평가) 협동·통일성이 필요한 예를 자기 말로 적었는지 봐 주세요.</w:t>
      </w:r>
    </w:p>
    <w:p>
      <w:r>
        <w:br w:type="page"/>
      </w:r>
    </w:p>
    <w:p>
      <w:pPr>
        <w:spacing w:before="160"/>
      </w:pPr>
      <w:r>
        <w:rPr>
          <w:rFonts w:ascii="맑은 고딕" w:hAnsi="맑은 고딕" w:eastAsia="맑은 고딕"/>
          <w:b/>
          <w:color w:val="2272EB"/>
          <w:sz w:val="26"/>
        </w:rPr>
        <w:t>[고학년] 화려함 뒤에 숨은 땀과 헌신</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한 명만 어긋나도 전체가 흐트러져서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바닥의 마킹을 밟으며 걷는다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국군을 대표한다는 자부심 때문에</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매일 위험한 고공 훈련을 반복함</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새벽부터 식사를 준비한 취사반</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강인한 정신력</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화려한 행사 뒤의 땀과 헌신, 하나 된 힘</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함께하는 일에서는 나 한 사람의 책임이 전체의 성패를 좌우한다. 그래서 각자가 끝까지 제 몫을 다할 때 모두가 빛날 수 있다. · (평가) 협동에서 개인의 책임이라는 교훈을 끌어냈는지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무대에 드러나지 않아도 누군가 식사와 준비를 맡아 주기에 행사가 돌아간다. 드러나지 않는 노력도 똑같이 소중하므로 감사할 줄 알아야 한다. · (평가) 드러나지 않는 헌신의 가치를 까닭과 함께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