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한글을 지킨 사람들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한글을 처음 만든 임금님은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세종대왕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이순신 장군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단군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고구려 광개토대왕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세종대왕이 만든 글자의 원래 이름은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옛날 어려운 한자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훈민정음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알파벳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한글로 만든 최초의 교과서를 쓴 사람은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세종대왕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마을 이장님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외국인 선교사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이웃 나라 임금님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'한글'이라는 이름을 지은 사람은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미국에서 온 선교사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독립운동가 김구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이육사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주시경 선생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일제가 우리말을 못 쓰게 했을 때, 우리말을 지키는 일은 무엇과 같았나요?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독립운동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잘못된 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쉬운 숙제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그저 재미있는 놀이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한글을 기념하는 날은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신나는 어린이날 축제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한글날(10월 9일)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크리스마스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설날과 추석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광복 뒤 서울역 창고에서 발견된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반짝이는 보물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옛날 무기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우리말 사전 원고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오래된 옛날 돈과 보석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어려운 한자가 훨씬 더 좋다는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한글은 어렵다는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책은 비싸다는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한글을 지킨 사람들의 노력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세종대왕  ·          ·  훈민정음을 만듦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주시경  ·          ·  '한글' 이름을 지음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한글날  ·          ·  한글을 기념하는 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글자 한글을 지켜 주신 분들께 감사 인사를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훈민정음이 한글이 되기까지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세종대왕이 창제한 훈민정음(1446)이 오늘날의 한글이 되기까지의 역사를 담은 한글날 특집. 오랫동안 '언문'이라 낮춰 보아 공식 문자로 쓰이지 못하다 1894년 갑오개혁 때 비로소 국가 공식 문자가 되었고, 미국인 선교사 헐버트가 한글로 최초의 지리 교과서 '사민필지'를 썼으며, 주시경 선생이 '한글'이라는 이름을 지었다. 일제강점기 민족 말살 정책 속에서 우리말을 지키는 일은 곧 독립운동이었고, 1942년 조선어학회 사건으로 학자들이 투옥되고 사전 원고를 빼앗겼으나 광복 후 서울역 창고에서 원고가 발견되어 1947년 한글날 '조선말 큰 사전' 1권이 출간되었다.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세종대왕 동상이 손에 들고 있는 책은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훈민정음 해례본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옛날 지도책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한문 시집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세종이 직접 쓴 일기책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훈민정음이 나라의 공식 문자가 된 것은 언제인가요?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글자를 만든 바로 그해에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1894년 갑오개혁 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삼국 시대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고려 시대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한글로 최초의 교과서 '사민필지'를 쓴 사람은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세종대왕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주시경 선생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외국인 선교사 헐버트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조선의 이름난 젊은 임금님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'한글'이라는 이름을 처음 지은 사람은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독립운동가 김구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시인 이육사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선교사 헐버트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주시경 선생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한글이 걸어온 길을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갑오개혁 때 공식 문자가 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세종이 훈민정음을 만든다.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광복 뒤 우리말 사전이 나온다.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일제가 우리말을 못 쓰게 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일제강점기에 우리말을 지키는 일은 곧 무엇이었나요?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돈을 버는 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독립운동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쉬운 놀이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그저 평범한 공부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1942년에 일어난 '조선어학회 사건'은 어떤 일인가요?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드디어 우리말 큰 사전이 완성되어 나온 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새 학교가 생긴 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학자들을 잡아 가두고 원고를 빼앗은 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한글날이 처음 정해진 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이야기의 핵심으로 알맞은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많은 이들이 한글을 지켜 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한글은 쓸모없다는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한자가 더 편하다는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한글은 세종 혼자서 다 만들었다는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만약 한글이 없었다면 우리 생활에서 어떤 점이 불편했을지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헐버트·주시경·조선어학회 가운데 한쪽을 골라, 그 노력에서 느낀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우리말을 지킨 사람들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세종대왕이 창제한 훈민정음(1446)이 오늘날의 한글이 되기까지의 역사를 담은 한글날 특집. 오랫동안 '언문'이라 낮춰 보아 공식 문자로 쓰이지 못하다 1894년 갑오개혁 때 비로소 국가 공식 문자가 되었고, 미국인 선교사 헐버트가 한글로 최초의 지리 교과서 '사민필지'를 썼으며, 주시경 선생이 '한글'이라는 이름을 지었다. 일제강점기 민족 말살 정책 속에서 우리말을 지키는 일은 곧 독립운동이었고, 1942년 조선어학회 사건으로 학자들이 투옥되고 사전 원고를 빼앗겼으나 광복 후 서울역 창고에서 원고가 발견되어 1947년 한글날 '조선말 큰 사전' 1권이 출간되었다.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훈민정음이 만들어진 뒤 오래도록 공식 문자가 되지 못한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'언문'이라 낮춰 보아서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외국에서 금지해서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글자 수가 모자라서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글자가 너무 어렵고 복잡해서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배경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1894년 갑오개혁 때 한글이 공식 문자가 된 배경으로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일본 사람들이 한글을 무척 좋아했기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청일전쟁 뒤 우리 문자를 쓰자는 분위기여서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한자가 사라져 버려서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세종이 다시 명령해서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한글로 최초의 지리 교과서 '사민필지'를 쓴 인물은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주시경 선생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김구 선생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미국인 선교사 헐버트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조선에서 이름난 한 젊은 학자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주시경 선생이 '한글'이라는 이름을 지은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이웃 나라에서 그렇게 부탁했기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글자가 예뻐서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세종이 시켜서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우리 글을 가리킬 새 이름이 필요해서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한글이 걸어온 길을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갑오개혁 때 공식 문자가 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세종이 훈민정음을 만든다.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광복 뒤 우리말 사전이 나온다.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일제가 우리말을 못 쓰게 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조선어학회 사건이 시작된 발단으로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일본의 큰 신문에 크게 실리는 바람에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 여고생의 일기장에서 단서가 잡혀서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학자들이 스스로 신고해서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사전이 다 팔려서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빼앗겼던 사전 원고가 다시 빛을 보게 된 과정은?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일본이 미안하다며 손수 직접 돌려줌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처음부터 새로 다시 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광복 뒤 서울역 창고에서 발견됨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다른 나라에서 찾아 보내 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전하려는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많은 이들의 헌신으로 한글이 지켜졌다는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한글은 쉬운 글자일 뿐이라는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한자가 더 우수하다는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한글은 아무 노력 없이 저절로 퍼진 글자라는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일제강점기에 우리말을 지키는 것이 왜 '독립운동'이었는지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오늘날 우리가 한글을 소중히 지키고 가꿀 수 있는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한글을 지킨 사람들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세종대왕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훈민정음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외국인 선교사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주시경 선생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독립운동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한글날(10월 9일)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우리말 사전 원고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한글을 지킨 사람들의 노력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세종대왕-훈민정음을 만듦 / 주시경-'한글' 이름을 지음 / 한글날-한글을 기념하는 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우리말과 한글을 지키려고 애써 주셔서 고맙습니다. 덕분에 우리가 쉽고 예쁜 한글을 쓸 수 있어요. 소중히 아끼며 바르게 쓸게요. · (평가) 한글을 지킨 노력에 대한 감사를 자기 말로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훈민정음이 한글이 되기까지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훈민정음 해례본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1894년 갑오개혁 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외국인 선교사 헐버트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주시경 선생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독립운동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학자들을 잡아 가두고 원고를 빼앗은 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많은 이들이 한글을 지켜 냈다는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어려운 한자를 배워야 해서 글을 읽고 쓰기가 힘들고, 배우지 못한 사람은 생각을 글로 남기기 어려웠을 것이다. · (평가) 한글이 없을 때의 불편함을 구체적으로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조선어학회는 잡혀가 고문을 당하면서도 사전 만들기를 포기하지 않았다. 어려움 속에서도 우리말을 끝까지 지킨 점이 존경스럽다. · (평가) 인물·단체와 느낀 점을 연결해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우리말을 지킨 사람들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'언문'이라 낮춰 보아서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청일전쟁 뒤 우리 문자를 쓰자는 분위기여서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미국인 선교사 헐버트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우리 글을 가리킬 새 이름이 필요해서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한 여고생의 일기장에서 단서가 잡혀서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광복 뒤 서울역 창고에서 발견됨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많은 이들의 헌신으로 한글이 지켜졌다는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일제는 우리말과 역사를 지워 조선인을 일본인으로 만들려 했다. 그래서 말과 글을 지키는 것은 민족의 정신과 정체성을 지키는 독립운동이었다. · (평가) 민족 말살 정책과 연결해 까닭을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무분별한 줄임말이나 외국어 대신 바른 우리말을 쓰고, 한글의 우수함과 역사를 알며, 우리말을 아끼는 마음을 갖는다. · (평가) 한글을 가꾸는 실천을 구체적으로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