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세종대왕과 한글 이야기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한글을 만드신 임금님은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세종대왕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이순신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단군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광개토대왕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한글을 어떻게 사용하는지 풀이한 책으로, 국보이자 유네스코 세계기록유산인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두꺼운 옛날 동화책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훈민정음 해례본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일기장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그림 지도책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한글날은 몇 월 며칠인가요?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즐거운 어린이날 5월 5일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3월 1일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10월 9일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설날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세종대왕이 한글을 만든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그냥 심심해서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큰돈을 벌려고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먼 외국 나라에 마구 자랑하려고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백성을 사랑하는 마음으로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세종대왕  ·          ·  한글을 만든 임금님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한글날  ·          ·  10월 9일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훈민정음  ·          ·  백성을 위한 글자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한글의 모음은 무엇을 본떠 만들었나요?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하늘·땅·사람(천지인)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귀엽고 다양한 여러 동물 모양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세종대왕이 후손들에게 당부한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날마다 게임을 아주 많이 하자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바르고 고운 우리말을 쓰자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늦게 자자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 말이나 막 쓰자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한글이 좋은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너무너무 어렵고 복잡해서 못 배워요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먼 나라 외국 글자예요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누구나 쉽게 배울 수 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왕만 쓸 수 있어요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세종대왕이 후손들과 만난 곳은 어디인가요?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넓고 신나는 큰 놀이공원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시끌벅적 시장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도서관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국립한글박물관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세종대왕께 한글을 만들어 주셔서 감사하는 마음을 담아 한마디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한글에 담긴 마음과 원리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세종대왕이 포탈을 타고 21세기로 와 후손들과 함께 국립한글박물관을 둘러보며 한글 퀴즈를 푼다. 국보이자 유네스코 세계기록유산인 훈민정음 해례본, 한글날의 옛 이름 '가갸날', 모음 창제 원리 '천지인'을 배우며 세종대왕의 애민 정신을 느낀다. 마지막으로 바르고 고운 우리말을 쓰라는 당부를 남기고 조선으로 돌아간다.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세종대왕이 미래로 와서 후손들과 함께 둘러본 곳으로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국립한글박물관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오래된 옛 경복궁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시장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학교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한글의 창제 원리와 사용법을 풀이한, 국보이자 유네스코 세계기록유산인 책을 '훈민정음 ○○본'이라고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옛 언해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해례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정음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반포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'훈민정음 해례본'에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세종대왕이 손수 직접 쓴 일기다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먼 외국에서 들여온 아주 귀한 책이다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한글 읽고 쓰는 법을 풀이한 해설서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그림책이다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한글날의 옛 이름으로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오래된 훈민절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세종날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국어날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가갸날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영상 속 퀴즈 관문을 통과한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한글날의 옛 이름 '가갸날'을 알아본다.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훈민정음 해례본에 대해 배운다.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세종대왕이 조선으로 돌아간다.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모음 창제 원리 '천지인'을 배운다.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한글 모음을 만든 원리로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천지인(하늘·땅·사람)을 본떠 만듦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귀엽고 다양한 여러 동물 모양을 본떴다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 글자를 베꼈다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숫자를 본떴다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한글날이 10월 9일로 정해진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마침 세종대왕이 태어난 생일이라서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훈민정음 반포일 기준으로 정했다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 날이나 정해서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추석이라서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세종대왕이 한글을 만든 마음(애민 정신)으로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오직 자신을 한껏 자랑하려는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외국에 자랑하려는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글 모르는 백성을 사랑하는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세금을 걷으려는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정리하기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한글이 '과학적이고 백성을 사랑하는 글자'라고 하는 까닭을 두 가지 이상 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세종대왕의 당부처럼 '바르고 고운 우리말'을 쓰기 위해 내가 실천할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한글의 가치를 잇다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세종대왕이 포탈을 타고 21세기로 와 후손들과 함께 국립한글박물관을 둘러보며 한글 퀴즈를 푼다. 국보이자 유네스코 세계기록유산인 훈민정음 해례본, 한글날의 옛 이름 '가갸날', 모음 창제 원리 '천지인'을 배우며 세종대왕의 애민 정신을 느낀다. 마지막으로 바르고 고운 우리말을 쓰라는 당부를 남기고 조선으로 돌아간다.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'훈민정음 해례본'의 가치로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한글 원리를 풀이한 국보·세계기록유산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세종대왕의 시집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조선의 법전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먼 외국 여러 나라와 맺은 오래된 조약문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한글날의 옛 이름으로, 1920년대까지 불리던 이름은 '○○날'입니다.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옛 한글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언문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훈민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한글날이 10월 9일로 정해진 근거로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마침 세종대왕이 임금이 된 즉위일이라서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한글박물관 개관일이라서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훈민정음 반포일 기준으로 정했다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광복절과 맞추려고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한글의 창제 원리에 대한 설명으로 옳은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모두 어려운 한자를 그대로 베껴서 본떴다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먼 외국 여러 나라 글자에서 그대로 빌려 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동물 모양을 본떴다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모음은 천지인, 자음은 발음 기관을 본뜸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영상 속 퀴즈를 푼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'가갸날'과 한글날이 공휴일이 된 배경을 배운다.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훈민정음 해례본에 대해 알아본다.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세종대왕이 바른말 당부를 남기고 조선으로 돌아간다.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모음 창제 원리 '천지인'을 배운다.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한글에 담긴 세종대왕의 '애민 정신'에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글 모르는 백성을 안타까이 여긴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권위를 세우려는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여러 신하들을 몰래 슬쩍 시험하려는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외국에 맞서려는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한글이 우수한 문자로 평가받는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글자 수가 많아서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과학적·체계적으로 만들어졌기 때문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한자에서 따왔기 때문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세계 여러 외국에서 인정받지 못해서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한글날이 공휴일로 다시 지정된 것에 담긴 뜻으로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단지 하루 푹 쉬기 위해서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관광을 늘리려고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한글의 소중함을 되새기자는 뜻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외국 손님을 위해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만약 한글이 없었다면 우리 생활이 어떻게 달라졌을지 상상해, 한글의 소중함을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'바르고 고운 우리말'을 지키는 것이 왜 중요한지, 세종대왕의 정신과 연결해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세종대왕과 한글 이야기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세종대왕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훈민정음 해례본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10월 9일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백성을 사랑하는 마음으로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세종대왕-임금님 / 한글날-10월 9일 / 훈민정음-백성을 위한 글자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하늘·땅·사람(천지인)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바르고 고운 우리말을 쓰자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누구나 쉽게 배울 수 있어요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국립한글박물관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세종대왕님, 누구나 쉽게 쓸 수 있는 한글을 만들어 주셔서 감사합니다. 바르고 고운 말을 쓰겠습니다. · (평가) 감사의 마음을 자기 말로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한글에 담긴 마음과 원리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국립한글박물관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해례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한글 읽고 쓰는 법을 풀이한 해설서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가갸날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천지인(하늘·땅·사람)을 본떠 만듦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훈민정음 반포일 기준으로 정했다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글 모르는 백성을 사랑하는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발음 기관과 천지인의 원리로 과학적으로 만들었고, 백성이 쉽게 배워 쓰도록 만들었기 때문이다. · (평가) 과학성과 애민 정신을 함께 들었는지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줄임말이나 욕설 대신 바른 말을 쓰고, 외국어보다 우리말을 먼저 쓰려고 노력하겠다. · (평가) 우리말을 아끼는 실천을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한글의 가치를 잇다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한글 원리를 풀이한 국보·세계기록유산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가갸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훈민정음 반포일 기준으로 정했다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모음은 천지인, 자음은 발음 기관을 본뜸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글 모르는 백성을 안타까이 여긴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과학적·체계적으로 만들어졌기 때문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한글의 소중함을 되새기자는 뜻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글자가 어려워 많은 사람이 글을 못 읽고 쓰지 못해 정보와 생각을 나누기 어려웠을 것이다. 누구나 쉽게 쓰는 한글 덕분에 우리는 자유롭게 소통할 수 있다. · (평가) 한글의 가치를 구체적으로 상상해 서술했는지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한글은 백성을 위하는 마음으로 만든 소중한 글자이므로, 줄임말·비속어로 함부로 쓰기보다 바르고 곱게 써서 그 정신을 이어 가야 한다. · (평가) 우리말 사랑을 세종대왕 정신과 연결했는지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