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세계에서 유일한 글자, 한글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한글날을 맞아 작가 조승연과 여러 나라 출연자들이 한글의 독창성과 우수성을 이야기한다. 대부분의 문자가 그림에서 변형되어 온 반면 한글은 발음 기관을 본떠 체계적으로 만든 세계 유일의 '맞춤형' 문자이며 디지털에도 최적화되어 있음을 짚는다. 미국·독일·퀘벡 등 각국의 언어 자부심과, 신조어·외래어를 바라보는 시각까지 나누며 한글의 가치를 되새긴다.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작가 조승연이 말한 한글의 가장 특별한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발음 기관을 본떠 만든 세계 유일의 맞춤형 글자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아주 먼 옛날 그림에서 조금씩 변해서 만들어진 글자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 글자를 베낀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가장 오래된 글자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영어 알파벳처럼 대부분의 문자는 ○○에서 변형되어 왔지만, 한글은 원리에 따라 새로 만들었습니다.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옛 숫자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도형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한글이 '디지털 환경에 최적화'되었다는 말의 뜻으로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글자가 많아 복잡하다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컴퓨터에는 아예 쓸 수가 전혀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 글자에 많이 담아 입력이 편하다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외국어로만 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미국에서 미국식 영어사전을 만들어 언어의 기틀을 세운 사람은?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독일 그림형제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세종대왕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모택동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노아 웹스터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노아 웹스터  ·          ·  미국식 영어사전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그림형제  ·          ·  독일어 어원 연구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세종대왕  ·          ·  한글 창제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독일의 그림형제가 한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독일어가 문명 언어임을 증명함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영어사전을 만들었다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한글을 연구했다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이웃 나라의 프랑스어를 끝까지 보호했다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캐나다 퀘벡의 '불어 헌장법'이 보여 주는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오직 영어만 끝까지 보호하려는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프랑스어를 지키려는 언어 정책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언어를 없애는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외래어를 늘리는 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신조어·외래어에 대한 조승연 작가의 생각으로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언어 파괴이니 무슨 일이 있어도 무조건 막아야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한글을 버려야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언어 변화는 자연스럽고 한글 취지에 맞다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외국어만 써야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정리하기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한글이 다른 나라 문자와 다른 '특별한 점'을 두 가지 이상 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외래어·신조어를 쓰는 것에 대한 자신의 생각을, 한글의 가치와 연결해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언어로 보는 자부심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한글날을 맞아 작가 조승연과 여러 나라 출연자들이 한글의 독창성과 우수성을 이야기한다. 대부분의 문자가 그림에서 변형되어 온 반면 한글은 발음 기관을 본떠 체계적으로 만든 세계 유일의 '맞춤형' 문자이며 디지털에도 최적화되어 있음을 짚는다. 미국·독일·퀘벡 등 각국의 언어 자부심과, 신조어·외래어를 바라보는 시각까지 나누며 한글의 가치를 되새긴다.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세상에 언어는 7000개가 넘지만 글자는 몇십 개뿐인 가운데, 한글이 특별한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 언어만을 위해 새로 만든 유일한 맞춤형 문자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 세계 곳곳에서 누구나 가장 널리 쓰고 있기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가장 오래되어서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한자에서 나와서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대부분의 문자는 사물의 ○○에서 변형되어 왔지만, 한글은 발음 기관을 본떠 만들었습니다.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옛 숫자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한글의 자음을 만든 원리로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귀여운 동물 모양을 그대로 본떴다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한자를 줄였다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발음 기관의 모양을 본떠 만듦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숫자를 본떴다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독일인들이 자기 언어에 열등감을 가졌던 까닭과 그림형제의 기여로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글자가 아예 없어서 새 글자를 만들었다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너무 어려워서 쉽게 바꿨다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외국어라서 번역했다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어원 연구로 문명 언어임을 증명했다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퀘벡의 강한 언어 정책(불어 헌장법)에 대한 설명으로 옳지 않은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영어를 공용어로 우선 보호한다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50인 이상 기업은 불어를 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관공서 문서는 불어로 작성한다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정치인은 불어를 잘해야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'Long time no see'가 보여 주는 언어 현상으로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영어 문법이 완벽하다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한 언어 표현이 다른 언어로 들어가 쓰인다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한국에서 만든 말이다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아주 잘못된 말이라 이제 세상 아무도 안 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신조어·외래어에 대해 '세종대왕이 오히려 흐뭇해할 것'이라고 본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사람들이 이제 한글을 점점 더 안 쓰게 되었기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외국어가 더 좋아서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새 말까지 소리 나는 대로 적는 유연함 때문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한글이 사라져서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영상이 전하는 한글의 '위대함'으로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전체 글자 수가 너무너무 많고 복잡하다는 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외국에서 왔다는 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배우기 어렵다는 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소리를 그대로 적는 과학성과 유연성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다른 나라가 자기 언어를 지키려 한 사례(미국·독일·퀘벡 등)를 하나 들고, 우리가 한글을 지키기 위해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'언어는 시대에 따라 변한다'는 말에 대한 자신의 생각을, 한글의 우수성과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세계에서 유일한 글자, 한글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발음 기관을 본떠 만든 세계 유일의 맞춤형 글자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그림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한 글자에 많이 담아 입력이 편하다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노아 웹스터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웹스터-영어사전 / 그림형제-독일어 / 세종대왕-한글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독일어가 문명 언어임을 증명함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프랑스어를 지키려는 언어 정책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언어 변화는 자연스럽고 한글 취지에 맞다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그림에서 변한 다른 문자와 달리 발음 기관을 본떠 체계적으로 만들었고, 한 글자에 많은 정보를 담아 디지털 입력에도 편리하다. · (평가) 한글의 특별함을 두 가지 이상 들었는지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새 말을 쓰는 건 자연스럽지만, 우리말로 표현할 수 있는 것은 바르게 쓰며 한글의 유연함과 소중함을 함께 지키고 싶다. · (평가) 자기 입장을 근거와 함께 밝혔는지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언어로 보는 자부심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한 언어만을 위해 새로 만든 유일한 맞춤형 문자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그림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발음 기관의 모양을 본떠 만듦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어원 연구로 문명 언어임을 증명했다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영어를 공용어로 우선 보호한다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한 언어 표현이 다른 언어로 들어가 쓰인다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새 말까지 소리 나는 대로 적는 유연함 때문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소리를 그대로 적는 과학성과 유연성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퀘벡이 법으로 불어를 지켰듯, 우리도 무분별한 외국어 간판·표현을 줄이고 바른 우리말을 쓰며 한글의 가치를 알리는 노력을 할 수 있다. · (평가) 사례와 우리의 실천을 연결했는지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시대가 변하며 새 말이 생기는 것은 자연스럽고, 한글은 어떤 새 소리도 적어 낼 수 있어 변화 속에서도 끄떡없다. 다만 우리말로 쓸 수 있는 것은 바르게 쓰는 균형이 필요하다. · (평가) 변화와 한글의 가치를 균형 있게 서술했는지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