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미리미리 준비해요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도베르만이 물놀이를 가기 전에 겪은 어려움은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필요한 물건을 자꾸 찾지 못했어요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가는 길에 그만 멀리 길을 잃어버렸어요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배가 아팠어요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친구와 다퉜어요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도베르만이 물놀이에 챙긴 물건으로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두꺼운 겨울 책가방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모자·선크림·수경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우산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장갑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이 이야기가 알려 주는 좋은 습관은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아무 준비도 없이 그냥 막 나가요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물건을 마구 던져요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필요한 물건을 미리 확인해요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늦잠을 자요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운동회 마지막 1000m 달리기에서 우승한 친구는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느릿느릿 기어가는 거북이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고양이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토끼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다리가 긴 도베르만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준비하기  ·          ·  필요한 물건 미리 확인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마트 가기 전  ·          ·  살 것 적어 두기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학교 가기 전  ·          ·  준비물 확인하기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마트에 가기 전에 하면 좋은 일은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살 것을 미리 적어요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돈을 안 가져가요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아무 생각 없이 그냥 빈손으로 가요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뛰어서 가요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미리 준비하면 어떤 점이 좋은가요?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오히려 시간이 훨씬 더 오래 걸려요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불편한 일이 생기지 않아요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더 힘들어져요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자꾸 잃어버려요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도베르만의 엄마는 어떻게 도와주었나요?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크게 혼만 내고 야단쳤어요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모른 척했어요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필요한 물건을 잘 챙겨 주었어요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신나게 같이 놀아 주기만 하셨어요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학교에 갈 때 준비물을 확인하고 가방을 정리하면 어떤가요?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오히려 더 많이 잃어버리게 돼요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자꾸 지각해요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시간이 더 걸려요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빠뜨리지 않고 챙길 수 있어요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내가 어떤 일을 하기 전에 미리 준비하면 좋은 일을 하나 떠올려, 무엇을 어떻게 챙길지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준비하는 습관의 힘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안전지킴이 래브라도 경장과 친구들의 동화. 즐거운 운동회가 끝난 뒤, 도베르만은 물놀이와 서핑을 가려다 모자·선크림·서핑보드 같은 필요한 물건을 자꾸 찾지 못해 쩔쩔맨다. 엄마가 하나하나 챙겨 준 덕분에 무사히 나서며, '어떤 일을 하기 전에 필요한 물건을 미리 확인하고 준비하는 습관'의 소중함을 배운다.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도베르만이 물놀이·서핑을 가기 전에 겪은 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필요한 물건을 자꾸 찾지 못했다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가는 길에 그만 멀리 길을 잃었다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친구와 다퉜다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배가 아팠다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어떤 일을 하기 전에 필요한 물건을 미리 챙기고 계획하는 것을 '○○'라고 합니다.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미리 정리정돈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준비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청소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구경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도베르만이 빠뜨리지 않고 출발할 수 있었던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처음부터 아예 아무것도 안 가져가서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운이 좋아서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엄마가 미리 챙겨 주었기 때문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친구가 다 빌려줘서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운동회 시상식에서 일어난 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참가한 모두가 똑같은 상을 받았다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상이 하나도 없었다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도베르만이 꼴찌였다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아이스크림은 3등상이었다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도베르만이 물놀이를 준비한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수경·수영모자·수건을 챙긴다.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모자를 찾아 쓴다.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서핑보드를 찾는다.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선크림을 바른다.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이야기가 전하는 좋은 습관으로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일을 하기 전에 물건을 먼저 확인하는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준비 없이 행동하는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남에게 미루는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소중한 물건을 아무 데나 함부로 막 두는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미리 계획하고 준비하면 좋은 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오히려 시간이 훨씬 더 많이 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빠뜨림 없이 매끄럽게 진행된다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더 불편해진다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물건을 더 잃어버린다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다음 중 '미리 준비하는 습관'의 예로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준비물을 매일 학교에서 빌린다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숙제를 늘 미룬다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시간표를 보고 준비물을 챙긴다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가방을 안 싸고 등교한다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평소 내가 자주 빠뜨리거나 깜빡하는 것을 하나 떠올려, 다음부터 어떻게 미리 준비할지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'미리 준비하는 습관'이 왜 좋은지, 준비를 안 했을 때 생길 수 있는 일과 견주어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미리미리 준비해요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필요한 물건을 자꾸 찾지 못했어요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모자·선크림·수경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필요한 물건을 미리 확인해요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다리가 긴 도베르만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준비-미리 확인 / 마트-살 것 적기 / 학교-준비물 확인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살 것을 미리 적어요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불편한 일이 생기지 않아요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필요한 물건을 잘 챙겨 주었어요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④ 빠뜨리지 않고 챙길 수 있어요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소풍 가기 전날 도시락·물통·돗자리를 가방에 미리 넣어 두면 아침에 빠뜨리지 않는다. · (평가) 미리 준비하는 방법을 구체적으로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준비하는 습관의 힘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필요한 물건을 자꾸 찾지 못했다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준비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엄마가 미리 챙겨 주었기 때문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아이스크림은 3등상이었다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ㄹ → ㄱ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일을 하기 전에 물건을 먼저 확인하는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빠뜨림 없이 매끄럽게 진행된다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시간표를 보고 준비물을 챙긴다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체육복을 자주 깜빡하니, 전날 밤 시간표를 확인해 가방에 미리 넣어 두겠다. · (평가) 자신의 습관을 돌아보고 구체적 방법을 세웠는지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준비를 안 하면 물건을 빠뜨려 곤란하지만, 미리 챙기면 마음이 편하고 시간도 아낄 수 있다. · (평가) 준비의 좋은 점을 대조해 설명했는지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