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우리를 지켜 주는 사람들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경찰이 하는 일로 알맞은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마을을 지키고 나쁜 일을 막아요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빵을 구워요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그림을 그려요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맛있는 음식과 멋진 요리를 만들어요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경찰이 된 뽀로로와 친구들이 한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하루 종일 늘어지게 코 골며 잠만 잤어요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도둑(늑대)을 잡고 마을을 지켰어요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멀리 도망쳤어요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숨었어요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위험한 일이나 도둑을 보면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혼자서 몰래 졸졸 따라가요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모른 척해요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어른이나 경찰에 신고해요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같이 도망가요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우리를 지켜 주는 경찰에게 가지면 좋은 마음은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무섭고 두렵기만 한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미운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귀찮은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고맙고 감사한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경찰  ·          ·  마을을 지켜요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신고  ·          ·  위험할 때 알려요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영웅  ·          ·  남을 돕는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진짜 영웅은 어떤 사람일까요?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남을 돕고 아끼는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가장 무서운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가장 빠른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세상에서 가장 힘이 센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친구가 어려움에 처하면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옆에서 그냥 비웃기만 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도와주고 함께해요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모른 척해요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도망가요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도움을 주는 분들(경찰·소방관)에게 할 수 있는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시끄럽게 옆에서 자꾸 귀찮게만 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자꾸 놀려요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"감사합니다" 하고 인사해요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괴롭혀요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혼자가 최고예요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도움은 필요 없어요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남을 함부로 무시해도 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감사하고 서로 도와요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우리를 지켜 주는 경찰이나 소방관 같은 분들께 전하고 싶은 감사의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경찰의 날과 진짜 영웅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경찰의 날을 맞아 경찰이 된 뽀로로와 친구들이 마을을 지키고 위험에서 사람들을 돕는다. 우리를 지켜 주는 경찰에게 감사하는 마음, 위험할 때 도움을 요청하는 법, 그리고 힘이 아니라 서로 돕는 마음이 진짜 영웅을 만든다는 것을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'경찰의 날'은 어떤 날인가요?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경찰의 노고를 기리는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하루 종일 신나게 노는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시험을 보는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운동회 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위험하거나 나쁜 일을 보았을 때 경찰·119 등에 알리는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가만히 구경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신고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침묵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경찰이 하는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맛있는 여러 음식을 만들어서 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영화를 만든다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안전을 지키고 범죄를 막는다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옷을 만든다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이야기 속 '진짜 영웅'의 모습으로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가장 힘이 센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무슨 일이든 혼자서 다 해내는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가장 빠른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친구를 돕고 위험에서 구하는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위험을 만났을 때의 바른 대처를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어른이나 경찰에 신고하고 도움을 요청한다.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위험한 일(도둑 등)을 발견한다.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도와준 사람들에게 감사한다.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힘을 모아 문제를 해결한다.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위험한 상황에서 어린이가 할 바른 행동으로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혼자 말고 어른·경찰에 알린다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무섭지만 끝까지 직접 맞서 싸운다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숨기기만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모른 척한다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우리를 지켜 주는 분들(경찰·소방관 등)을 대하는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언제나 당연한 일로만 여긴다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고마움을 표현하고 일을 존중한다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귀찮게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무시한다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파악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힘이 가장 중요하다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혼자가 최고다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돕는 마음이 영웅을 만든다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도움은 오직 약한 사람만 받는다는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위험한 일을 보았을 때 어떻게 행동해야 할지 단계별로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마을을 안전하게 지켜 주는 사람들에게 전하고 싶은 감사의 마음을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함께 지키는 안전, 진짜 영웅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경찰의 날을 맞아 경찰이 된 뽀로로와 친구들이 마을을 지키고 위험에서 사람들을 돕는다. 우리를 지켜 주는 경찰에게 감사하는 마음, 위험할 때 도움을 요청하는 법, 그리고 힘이 아니라 서로 돕는 마음이 진짜 영웅을 만든다는 것을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'경찰의 날'이 기리는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안전과 질서를 지키는 경찰의 노고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노는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하루 종일 즐겁게 쇼핑만 하며 노는 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방학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위험·범죄를 보았을 때 경찰이나 119에 알리는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가만히 구경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신고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침묵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도망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이야기가 보여 주는 '진짜 영웅'의 의미로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무적의 힘을 가진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가장 유명한 사람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남을 위하고 책임지는 마음이 영웅을 만듦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세상에서 가장 멋지고 비싼 옷을 차려입은 사람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'영웅처럼 보이려고' 무리하게 위험을 무릅쓰는 행동의 문제점으로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누가 봐도 언제나 아주 멋지고 훌륭한 일이다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늘 옳은 행동이다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문제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무리한 행동은 오히려 위험을 부를 수 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위험 상황에서의 바른 대처를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위험을 발견하고 경찰·어른에게 알린다.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누군가 위험에 처한다.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도움을 준 이들에게 감사하며 서로를 아낀다.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힘을 모아 안전하게 위험을 해결한다.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어려움에 처한 사람을 대하는 '시민의식'으로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신고하거나 도와주는 태도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그저 멀찍이 서서 구경만 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회피하기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비웃기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우리 사회를 지켜 주는 사람들(경찰·소방관 등)에 대한 바른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언제나 당연한 일로만 여기기만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헌신에 감사하고 위급할 때 협조한다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무시한다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방해한다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'진짜 영웅'은 어떤 사람이라고 생각하는지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위급한 상황에서 어린이가 안전하게 도울 수 있는 방법(직접 맞서기보다)을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우리를 지켜 주는 분들의 고마움을 어떻게 표현할 수 있을지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우리를 지켜 주는 사람들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마을을 지키고 나쁜 일을 막아요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도둑(늑대)을 잡고 마을을 지켰어요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어른이나 경찰에 신고해요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고맙고 감사한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경찰-지킴 / 신고-알림 / 영웅-도움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남을 돕고 아끼는 사람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도와주고 함께해요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"감사합니다" 하고 인사해요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감사하고 서로 도와요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"우리 마을을 안전하게 지켜 주셔서 감사합니다. 덕분에 마음 놓고 지낼 수 있어요." · (평가) 감사의 마음을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경찰의 날과 진짜 영웅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경찰의 노고를 기리는 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신고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안전을 지키고 범죄를 막는다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친구를 돕고 위험에서 구하는 사람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혼자 말고 어른·경찰에 알린다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고마움을 표현하고 일을 존중한다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서로 돕는 마음이 영웅을 만든다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① 직접 맞서지 말고 안전한 곳으로 피한다 → ② 어른이나 경찰(112)에 알린다 → ③ 침착하게 상황을 설명한다. · (평가) 안전한 대처 단계를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"보이지 않는 곳에서 밤낮으로 우리를 지켜 주셔서 감사합니다. 덕분에 안심하고 지냅니다." · (평가) 감사의 마음을 진심으로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함께 지키는 안전, 진짜 영웅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안전과 질서를 지키는 경찰의 노고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신고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남을 위하고 책임지는 마음이 영웅을 만듦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무리한 행동은 오히려 위험을 부를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신고하거나 도와주는 태도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헌신에 감사하고 위급할 때 협조한다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진짜 영웅은 화려한 힘을 가진 사람이 아니라, 어려운 사람을 외면하지 않고 돕는 책임감 있는 사람이라고 생각한다. · (평가) 자기 정의와 까닭을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직접 나서기보다 큰 소리로 어른을 부르고, 112·119에 신고하며, 안전한 곳에서 상황을 정확히 알리는 것이 안전하게 돕는 방법이다. · (평가) 안전을 우선한 도움 방법을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감사 편지를 쓰거나, 그분들의 일을 존중하고 규칙을 잘 지키며, 어려운 이웃을 나도 돕는 것으로 고마움을 표현할 수 있다. · (평가) 감사를 표현하는 구체적 방법을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