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소중한 우리 땅 독도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'독도의 날'은 며칠인가요?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10월 25일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설날 1월 1일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어린이날 5월 5일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추석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독도는 어느 나라 땅인가요?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주인이 아예 없는 외딴 빈 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우리나라(대한민국) 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일본 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중국 땅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독도는 두 개의 큰 섬과 작은 바위들로 된 무슨 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모래로 쌓인 모래섬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얼음섬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화산섬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흙섬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일제 강점기에 일본이 마구 잡아 멸종시킨 독도의 동물은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깡충깡충 귀여운 토끼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강아지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다람쥐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강치(바다사자)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독도  ·          ·  우리나라 땅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독도의 날  ·          ·  10월 25일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괭이갈매기  ·          ·  독도에 사는 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독도에서 독도 경비대와 함께 지내는 천연기념물 토종개는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삽살개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진돗개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불독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털 복슬복슬한 풍산개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독도를 대하는 바른 마음은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아무렇게나 마구 함부로 막 대해요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우리 땅임을 알고 아껴요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금세 잊어버려요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관심 없어요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옛날에 일본 어민에게 "독도는 조선 땅"이라고 외친 조선의 어부는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용감한 이순신 장군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세종대왕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안용복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강감찬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독도는 쓸모없어요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독도는 일본 땅이에요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독도는 너무 멀어서 갈 수 없어요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독도는 소중한 우리 땅이에요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땅 독도에게, 또는 독도를 지키는 분들께 전하고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독도가 우리 땅인 까닭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10월 25일 독도의 날을 맞아 독도의 위치와 자연환경, 2천여 종이 사는 생태의 보고로서의 가치, 그리고 삼국사기·세종실록지리지·대한제국 칙령 등 독도가 우리 땅임을 증명하는 역사적 근거를 알아본다. 오랜 세월 독도를 지켜 온 우리 민족의 의지를 담은 교육 자료.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독도의 위치로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울릉군, 울릉도 동남쪽 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서울 한복판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제주도 바로 옆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높고 깊은 강원도 산속 한가운데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역사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독도가 우리 땅임을 알려 주는, 천 년도 넘은 역사책의 이름은 무엇인가요? (○○사기)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먼 옛날 조선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삼국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고려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신라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독도가 우리 땅이라는 역사적 근거가 아닌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삼국사기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세종실록지리지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일본이 독도를 처음 발견했다는 기록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1900년 대한제국이 내린 칙령의 기록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놀랍게도 일본 스스로 '독도는 일본과 관계없다'고 밝힌 1877년 기록은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요즘 일본 교과서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신문 광고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지도책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태정관 기록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독도를 지켜 온 역사를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조선의 안용복이 일본에 건너가 독도가 조선 땅임을 경고한다.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신라가 512년부터 울릉도·독도를 다스린다.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광복 후 독도가 우리 땅으로 되돌아온다.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1900년 대한제국이 칙령으로 독도가 우리 영토임을 밝힌다.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독도가 행정구역상 우리나라 영토임을 보여 주는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주소·우편번호·우체통이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시설도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일본 깃발이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사람이 도무지 살 수가 전혀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일본이 교과서에 '독도는 일본 땅'이라 거짓을 가르치는 것에 대한 바른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근거로 우리 땅임을 바르게 알고 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우리도 그들처럼 똑같이 거짓말로 맞선다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관심을 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오늘날 독도를 지키고 관리하는 곳으로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일본 경찰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 군대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대한민국 해양 경찰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이제 관리하는 곳이 하나도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독도가 우리 땅이라는 근거를 두 가지 이상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'독도의 날'을 맞아, 독도를 아끼고 지키기 위해 우리가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역사가 증명하는 우리 땅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10월 25일 독도의 날을 맞아 독도의 위치와 자연환경, 2천여 종이 사는 생태의 보고로서의 가치, 그리고 삼국사기·세종실록지리지·대한제국 칙령 등 독도가 우리 땅임을 증명하는 역사적 근거를 알아본다. 오랜 세월 독도를 지켜 온 우리 민족의 의지를 담은 교육 자료.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독도가 분명한 우리 영토임을 입증하는 근거로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 기록과 일본의 태정관 기록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아주 최근에 새로 나온 일본 교과서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일본의 주장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출처 없는 소문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독도가 약 250만 년 전 화산 폭발로 만들어진 섬임을 가리켜 '○○섬'이라고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고운 모래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화산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얼음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흙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1877년 일본 정부의 '태정관 기록'이 중요한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일본이 독도를 맨 처음 발견했기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독도를 관광지로 정해서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일본 스스로 인정한 기록이라서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지도를 그려서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일본이 1905년 독도를 자기 영토로 끼워 넣은 시기의 특징으로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제값을 다 주고 정당하게 사들인 것이다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조선이 양보한 것이다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주인이 없어서 가진 것이다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외교권을 빼앗은 뒤 강제로 가로챈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독도를 지켜 온 역사를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안용복이 일본에 건너가 독도가 조선 땅임을 경고한다.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신라가 512년부터 우산국(울릉도·독도)을 다스린다.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광복 후 독도가 우리 땅으로 되돌아온다.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1900년 대한제국 칙령으로 독도가 우리 영토임을 밝힌다.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일본이 교과서에 거짓을 싣고 '다케시마의 날'을 만드는 의도로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우리 땅을 '분쟁 지역'처럼 보이게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이제 독도를 한국에 순순히 모두 양보하려는 것이라서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독도에 관심이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독도가 멀어서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독도가 생태적으로도 소중한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이제 아무런 생물도 전혀 살지 않기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2천여 종이 사는 천연보호구역이라서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사람만 많이 살아서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공장이 많아서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독도가 역사·지리·생태적으로 소중한 까닭을 두 가지 이상 들어 설명해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일본의 거짓 주장에 맞서 독도를 지키기 위해 개인과 사회가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묵묵히 독도를 지키는 분들(독도 경비대 등)에게 전하고 싶은 감사의 마음을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소중한 우리 땅 독도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10월 25일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우리나라(대한민국) 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화산섬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강치(바다사자)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독도-우리 땅 / 독도의 날-10월 25일 / 괭이갈매기-새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삽살개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우리 땅임을 알고 아껴요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안용복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독도는 소중한 우리 땅이에요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"독도야, 너는 소중한 우리 땅이야. 지켜 주시는 분들 감사합니다. 우리도 잊지 않을게요." · (평가) 독도를 아끼는 마음을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독도가 우리 땅인 까닭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울릉군, 울릉도 동남쪽 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삼국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일본이 독도를 처음 발견했다는 기록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태정관 기록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주소·우편번호·우체통이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근거로 우리 땅임을 바르게 알고 알린다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대한민국 해양 경찰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삼국사기·세종실록지리지 등 옛 기록에 우리 땅으로 적혀 있고, 1900년 대한제국 칙령으로 우리 영토임을 밝혔으며, 일본 태정관 기록도 일본 땅이 아니라고 인정했다. · (평가) 근거를 두 가지 이상 들었는지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독도의 역사와 위치를 바르게 알고, 독도가 우리 땅임을 친구들에게 알리며, 독도 관련 행사에 관심을 갖겠다. · (평가) 실천 방법을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역사가 증명하는 우리 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옛 기록과 일본의 태정관 기록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화산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일본 스스로 인정한 기록이라서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외교권을 빼앗은 뒤 강제로 가로챈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우리 땅을 '분쟁 지역'처럼 보이게 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2천여 종이 사는 천연보호구역이라서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역사적으로 옛 기록에 우리 땅으로 분명히 나타나고, 생태적으로 2천여 종이 사는 천연보호구역이며, 동해의 중요한 우리 영토라서 소중하다. · (평가) 두 가지 이상 측면에서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개인은 독도의 역사를 바르게 알고 널리 알리며, 사회는 국제 사회에 우리 근거를 꾸준히 알리고 독도 연구·교육을 지원해야 한다. · (평가) 개인·사회 차원의 방안을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"외딴섬에서 거센 바람과 파도를 견디며 우리 땅을 지켜 주셔서 감사합니다. 그 헌신을 잊지 않겠습니다." · (평가) 감사·존경의 마음을 진심으로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