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우리 섬 독도 알기</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1. </w:t>
      </w:r>
      <w:r>
        <w:rPr>
          <w:rFonts w:ascii="맑은 고딕" w:hAnsi="맑은 고딕" w:eastAsia="맑은 고딕"/>
          <w:b/>
          <w:color w:val="191F28"/>
          <w:sz w:val="23"/>
        </w:rPr>
        <w:t>독도의 날은 몇 월 며칠인가요?</w:t>
      </w:r>
    </w:p>
    <w:p>
      <w:pPr>
        <w:ind w:left="320"/>
      </w:pPr>
      <w:r>
        <w:rPr>
          <w:rFonts w:ascii="맑은 고딕" w:hAnsi="맑은 고딕" w:eastAsia="맑은 고딕"/>
          <w:b w:val="0"/>
          <w:color w:val="4E5968"/>
          <w:sz w:val="22"/>
        </w:rPr>
        <w:t>① 10월 25일</w:t>
      </w:r>
    </w:p>
    <w:p>
      <w:pPr>
        <w:ind w:left="320"/>
      </w:pPr>
      <w:r>
        <w:rPr>
          <w:rFonts w:ascii="맑은 고딕" w:hAnsi="맑은 고딕" w:eastAsia="맑은 고딕"/>
          <w:b w:val="0"/>
          <w:color w:val="4E5968"/>
          <w:sz w:val="22"/>
        </w:rPr>
        <w:t>② 설날 1월 1일</w:t>
      </w:r>
    </w:p>
    <w:p>
      <w:pPr>
        <w:ind w:left="320"/>
      </w:pPr>
      <w:r>
        <w:rPr>
          <w:rFonts w:ascii="맑은 고딕" w:hAnsi="맑은 고딕" w:eastAsia="맑은 고딕"/>
          <w:b w:val="0"/>
          <w:color w:val="4E5968"/>
          <w:sz w:val="22"/>
        </w:rPr>
        <w:t>③ 광복절 8월 15일</w:t>
      </w:r>
    </w:p>
    <w:p>
      <w:pPr>
        <w:ind w:left="320"/>
      </w:pPr>
      <w:r>
        <w:rPr>
          <w:rFonts w:ascii="맑은 고딕" w:hAnsi="맑은 고딕" w:eastAsia="맑은 고딕"/>
          <w:b w:val="0"/>
          <w:color w:val="4E5968"/>
          <w:sz w:val="22"/>
        </w:rPr>
        <w:t>④ 어린이날 5월 5일</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2. </w:t>
      </w:r>
      <w:r>
        <w:rPr>
          <w:rFonts w:ascii="맑은 고딕" w:hAnsi="맑은 고딕" w:eastAsia="맑은 고딕"/>
          <w:b/>
          <w:color w:val="191F28"/>
          <w:sz w:val="23"/>
        </w:rPr>
        <w:t>독도는 어느 나라의 땅인가요?</w:t>
      </w:r>
    </w:p>
    <w:p>
      <w:pPr>
        <w:ind w:left="320"/>
      </w:pPr>
      <w:r>
        <w:rPr>
          <w:rFonts w:ascii="맑은 고딕" w:hAnsi="맑은 고딕" w:eastAsia="맑은 고딕"/>
          <w:b w:val="0"/>
          <w:color w:val="4E5968"/>
          <w:sz w:val="22"/>
        </w:rPr>
        <w:t>① 이웃 나라 일본</w:t>
      </w:r>
    </w:p>
    <w:p>
      <w:pPr>
        <w:ind w:left="320"/>
      </w:pPr>
      <w:r>
        <w:rPr>
          <w:rFonts w:ascii="맑은 고딕" w:hAnsi="맑은 고딕" w:eastAsia="맑은 고딕"/>
          <w:b w:val="0"/>
          <w:color w:val="4E5968"/>
          <w:sz w:val="22"/>
        </w:rPr>
        <w:t>② 대한민국</w:t>
      </w:r>
    </w:p>
    <w:p>
      <w:pPr>
        <w:ind w:left="320"/>
      </w:pPr>
      <w:r>
        <w:rPr>
          <w:rFonts w:ascii="맑은 고딕" w:hAnsi="맑은 고딕" w:eastAsia="맑은 고딕"/>
          <w:b w:val="0"/>
          <w:color w:val="4E5968"/>
          <w:sz w:val="22"/>
        </w:rPr>
        <w:t>③ 미국</w:t>
      </w:r>
    </w:p>
    <w:p>
      <w:pPr>
        <w:ind w:left="320"/>
      </w:pPr>
      <w:r>
        <w:rPr>
          <w:rFonts w:ascii="맑은 고딕" w:hAnsi="맑은 고딕" w:eastAsia="맑은 고딕"/>
          <w:b w:val="0"/>
          <w:color w:val="4E5968"/>
          <w:sz w:val="22"/>
        </w:rPr>
        <w:t>④ 중국</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3. </w:t>
      </w:r>
      <w:r>
        <w:rPr>
          <w:rFonts w:ascii="맑은 고딕" w:hAnsi="맑은 고딕" w:eastAsia="맑은 고딕"/>
          <w:b/>
          <w:color w:val="191F28"/>
          <w:sz w:val="23"/>
        </w:rPr>
        <w:t>독도가 바다 생물에게 어떤 곳이라고 했나요?</w:t>
      </w:r>
    </w:p>
    <w:p>
      <w:pPr>
        <w:ind w:left="320"/>
      </w:pPr>
      <w:r>
        <w:rPr>
          <w:rFonts w:ascii="맑은 고딕" w:hAnsi="맑은 고딕" w:eastAsia="맑은 고딕"/>
          <w:b w:val="0"/>
          <w:color w:val="4E5968"/>
          <w:sz w:val="22"/>
        </w:rPr>
        <w:t>① 텅 비어 있는 곳</w:t>
      </w:r>
    </w:p>
    <w:p>
      <w:pPr>
        <w:ind w:left="320"/>
      </w:pPr>
      <w:r>
        <w:rPr>
          <w:rFonts w:ascii="맑은 고딕" w:hAnsi="맑은 고딕" w:eastAsia="맑은 고딕"/>
          <w:b w:val="0"/>
          <w:color w:val="4E5968"/>
          <w:sz w:val="22"/>
        </w:rPr>
        <w:t>② 아무도 가지 않는 위험한 곳</w:t>
      </w:r>
    </w:p>
    <w:p>
      <w:pPr>
        <w:ind w:left="320"/>
      </w:pPr>
      <w:r>
        <w:rPr>
          <w:rFonts w:ascii="맑은 고딕" w:hAnsi="맑은 고딕" w:eastAsia="맑은 고딕"/>
          <w:b w:val="0"/>
          <w:color w:val="4E5968"/>
          <w:sz w:val="22"/>
        </w:rPr>
        <w:t>③ 오아시스 같은 소중한 곳</w:t>
      </w:r>
    </w:p>
    <w:p>
      <w:pPr>
        <w:ind w:left="320"/>
      </w:pPr>
      <w:r>
        <w:rPr>
          <w:rFonts w:ascii="맑은 고딕" w:hAnsi="맑은 고딕" w:eastAsia="맑은 고딕"/>
          <w:b w:val="0"/>
          <w:color w:val="4E5968"/>
          <w:sz w:val="22"/>
        </w:rPr>
        <w:t>④ 쓸모없는 곳</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4. </w:t>
      </w:r>
      <w:r>
        <w:rPr>
          <w:rFonts w:ascii="맑은 고딕" w:hAnsi="맑은 고딕" w:eastAsia="맑은 고딕"/>
          <w:b/>
          <w:color w:val="191F28"/>
          <w:sz w:val="23"/>
        </w:rPr>
        <w:t>옛날 독도에 살았던, 지금은 보기 힘든 바다 동물은?</w:t>
      </w:r>
    </w:p>
    <w:p>
      <w:pPr>
        <w:ind w:left="320"/>
      </w:pPr>
      <w:r>
        <w:rPr>
          <w:rFonts w:ascii="맑은 고딕" w:hAnsi="맑은 고딕" w:eastAsia="맑은 고딕"/>
          <w:b w:val="0"/>
          <w:color w:val="4E5968"/>
          <w:sz w:val="22"/>
        </w:rPr>
        <w:t>① 남극에 사는 귀여운 펭귄</w:t>
      </w:r>
    </w:p>
    <w:p>
      <w:pPr>
        <w:ind w:left="320"/>
      </w:pPr>
      <w:r>
        <w:rPr>
          <w:rFonts w:ascii="맑은 고딕" w:hAnsi="맑은 고딕" w:eastAsia="맑은 고딕"/>
          <w:b w:val="0"/>
          <w:color w:val="4E5968"/>
          <w:sz w:val="22"/>
        </w:rPr>
        <w:t>② 추운 북극곰</w:t>
      </w:r>
    </w:p>
    <w:p>
      <w:pPr>
        <w:ind w:left="320"/>
      </w:pPr>
      <w:r>
        <w:rPr>
          <w:rFonts w:ascii="맑은 고딕" w:hAnsi="맑은 고딕" w:eastAsia="맑은 고딕"/>
          <w:b w:val="0"/>
          <w:color w:val="4E5968"/>
          <w:sz w:val="22"/>
        </w:rPr>
        <w:t>③ 다람쥐</w:t>
      </w:r>
    </w:p>
    <w:p>
      <w:pPr>
        <w:ind w:left="320"/>
      </w:pPr>
      <w:r>
        <w:rPr>
          <w:rFonts w:ascii="맑은 고딕" w:hAnsi="맑은 고딕" w:eastAsia="맑은 고딕"/>
          <w:b w:val="0"/>
          <w:color w:val="4E5968"/>
          <w:sz w:val="22"/>
        </w:rPr>
        <w:t>④ 강치(바다사자)</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5.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독도의 날  ·          ·  10월 25일</w:t>
      </w:r>
    </w:p>
    <w:p>
      <w:pPr>
        <w:ind w:left="320"/>
      </w:pPr>
      <w:r>
        <w:rPr>
          <w:rFonts w:ascii="맑은 고딕" w:hAnsi="맑은 고딕" w:eastAsia="맑은 고딕"/>
          <w:b w:val="0"/>
          <w:color w:val="333D4B"/>
          <w:sz w:val="22"/>
        </w:rPr>
        <w:t>강치  ·          ·  독도 바다사자</w:t>
      </w:r>
    </w:p>
    <w:p>
      <w:pPr>
        <w:ind w:left="320"/>
      </w:pPr>
      <w:r>
        <w:rPr>
          <w:rFonts w:ascii="맑은 고딕" w:hAnsi="맑은 고딕" w:eastAsia="맑은 고딕"/>
          <w:b w:val="0"/>
          <w:color w:val="333D4B"/>
          <w:sz w:val="22"/>
        </w:rPr>
        <w:t>울릉도  ·          ·  독도와 가까운 우리 섬</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독도를 더 잘 지키려면 가까운 섬 울릉도가 어떻게 되어야 한다고 했나요?</w:t>
      </w:r>
    </w:p>
    <w:p>
      <w:pPr>
        <w:ind w:left="320"/>
      </w:pPr>
      <w:r>
        <w:rPr>
          <w:rFonts w:ascii="맑은 고딕" w:hAnsi="맑은 고딕" w:eastAsia="맑은 고딕"/>
          <w:b w:val="0"/>
          <w:color w:val="4E5968"/>
          <w:sz w:val="22"/>
        </w:rPr>
        <w:t>① 더 발전하고 잘 살아야 해요</w:t>
      </w:r>
    </w:p>
    <w:p>
      <w:pPr>
        <w:ind w:left="320"/>
      </w:pPr>
      <w:r>
        <w:rPr>
          <w:rFonts w:ascii="맑은 고딕" w:hAnsi="맑은 고딕" w:eastAsia="맑은 고딕"/>
          <w:b w:val="0"/>
          <w:color w:val="4E5968"/>
          <w:sz w:val="22"/>
        </w:rPr>
        <w:t>② 사람이 아예 없어야 해요</w:t>
      </w:r>
    </w:p>
    <w:p>
      <w:pPr>
        <w:ind w:left="320"/>
      </w:pPr>
      <w:r>
        <w:rPr>
          <w:rFonts w:ascii="맑은 고딕" w:hAnsi="맑은 고딕" w:eastAsia="맑은 고딕"/>
          <w:b w:val="0"/>
          <w:color w:val="4E5968"/>
          <w:sz w:val="22"/>
        </w:rPr>
        <w:t>③ 지금 그대로 두어야 해요</w:t>
      </w:r>
    </w:p>
    <w:p>
      <w:pPr>
        <w:ind w:left="320"/>
      </w:pPr>
      <w:r>
        <w:rPr>
          <w:rFonts w:ascii="맑은 고딕" w:hAnsi="맑은 고딕" w:eastAsia="맑은 고딕"/>
          <w:b w:val="0"/>
          <w:color w:val="4E5968"/>
          <w:sz w:val="22"/>
        </w:rPr>
        <w:t>④ 아무도 관심을 두면 안 돼요</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독도를 지키기 위해 우리가 가질 마음으로 알맞은 것은?</w:t>
      </w:r>
    </w:p>
    <w:p>
      <w:pPr>
        <w:ind w:left="320"/>
      </w:pPr>
      <w:r>
        <w:rPr>
          <w:rFonts w:ascii="맑은 고딕" w:hAnsi="맑은 고딕" w:eastAsia="맑은 고딕"/>
          <w:b w:val="0"/>
          <w:color w:val="4E5968"/>
          <w:sz w:val="22"/>
        </w:rPr>
        <w:t>① 그냥 못 본 척 모른 척하기</w:t>
      </w:r>
    </w:p>
    <w:p>
      <w:pPr>
        <w:ind w:left="320"/>
      </w:pPr>
      <w:r>
        <w:rPr>
          <w:rFonts w:ascii="맑은 고딕" w:hAnsi="맑은 고딕" w:eastAsia="맑은 고딕"/>
          <w:b w:val="0"/>
          <w:color w:val="4E5968"/>
          <w:sz w:val="22"/>
        </w:rPr>
        <w:t>② 관심을 갖고 사랑하기</w:t>
      </w:r>
    </w:p>
    <w:p>
      <w:pPr>
        <w:ind w:left="320"/>
      </w:pPr>
      <w:r>
        <w:rPr>
          <w:rFonts w:ascii="맑은 고딕" w:hAnsi="맑은 고딕" w:eastAsia="맑은 고딕"/>
          <w:b w:val="0"/>
          <w:color w:val="4E5968"/>
          <w:sz w:val="22"/>
        </w:rPr>
        <w:t>③ 멀리하기</w:t>
      </w:r>
    </w:p>
    <w:p>
      <w:pPr>
        <w:ind w:left="320"/>
      </w:pPr>
      <w:r>
        <w:rPr>
          <w:rFonts w:ascii="맑은 고딕" w:hAnsi="맑은 고딕" w:eastAsia="맑은 고딕"/>
          <w:b w:val="0"/>
          <w:color w:val="4E5968"/>
          <w:sz w:val="22"/>
        </w:rPr>
        <w:t>④ 함부로 대하기</w:t>
      </w:r>
    </w:p>
    <w:p>
      <w:pPr>
        <w:spacing w:before="240"/>
      </w:pPr>
      <w:r>
        <w:rPr>
          <w:rFonts w:ascii="맑은 고딕" w:hAnsi="맑은 고딕" w:eastAsia="맑은 고딕"/>
          <w:b/>
          <w:color w:val="8B95A1"/>
          <w:sz w:val="17"/>
        </w:rPr>
        <w:t xml:space="preserve">  마음 읽기  </w:t>
      </w:r>
    </w:p>
    <w:p>
      <w:r>
        <w:rPr>
          <w:rFonts w:ascii="맑은 고딕" w:hAnsi="맑은 고딕" w:eastAsia="맑은 고딕"/>
          <w:b/>
          <w:color w:val="2272EB"/>
          <w:sz w:val="24"/>
        </w:rPr>
        <w:t xml:space="preserve">8. </w:t>
      </w:r>
      <w:r>
        <w:rPr>
          <w:rFonts w:ascii="맑은 고딕" w:hAnsi="맑은 고딕" w:eastAsia="맑은 고딕"/>
          <w:b/>
          <w:color w:val="191F28"/>
          <w:sz w:val="23"/>
        </w:rPr>
        <w:t>독도에 대해 알게 된 학생들의 마음은 어땠을까요?</w:t>
      </w:r>
    </w:p>
    <w:p>
      <w:pPr>
        <w:ind w:left="320"/>
      </w:pPr>
      <w:r>
        <w:rPr>
          <w:rFonts w:ascii="맑은 고딕" w:hAnsi="맑은 고딕" w:eastAsia="맑은 고딕"/>
          <w:b w:val="0"/>
          <w:color w:val="4E5968"/>
          <w:sz w:val="22"/>
        </w:rPr>
        <w:t>① 지루하고 따분하기만 했어요</w:t>
      </w:r>
    </w:p>
    <w:p>
      <w:pPr>
        <w:ind w:left="320"/>
      </w:pPr>
      <w:r>
        <w:rPr>
          <w:rFonts w:ascii="맑은 고딕" w:hAnsi="맑은 고딕" w:eastAsia="맑은 고딕"/>
          <w:b w:val="0"/>
          <w:color w:val="4E5968"/>
          <w:sz w:val="22"/>
        </w:rPr>
        <w:t>② 화가 많이 났어요</w:t>
      </w:r>
    </w:p>
    <w:p>
      <w:pPr>
        <w:ind w:left="320"/>
      </w:pPr>
      <w:r>
        <w:rPr>
          <w:rFonts w:ascii="맑은 고딕" w:hAnsi="맑은 고딕" w:eastAsia="맑은 고딕"/>
          <w:b w:val="0"/>
          <w:color w:val="4E5968"/>
          <w:sz w:val="22"/>
        </w:rPr>
        <w:t>③ 소중하고 자랑스러웠어요</w:t>
      </w:r>
    </w:p>
    <w:p>
      <w:pPr>
        <w:ind w:left="320"/>
      </w:pPr>
      <w:r>
        <w:rPr>
          <w:rFonts w:ascii="맑은 고딕" w:hAnsi="맑은 고딕" w:eastAsia="맑은 고딕"/>
          <w:b w:val="0"/>
          <w:color w:val="4E5968"/>
          <w:sz w:val="22"/>
        </w:rPr>
        <w:t>④ 아무 느낌 없었어요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9. </w:t>
      </w:r>
      <w:r>
        <w:rPr>
          <w:rFonts w:ascii="맑은 고딕" w:hAnsi="맑은 고딕" w:eastAsia="맑은 고딕"/>
          <w:b/>
          <w:color w:val="191F28"/>
          <w:sz w:val="23"/>
        </w:rPr>
        <w:t>더 많은 사람들이 독도를 위해 하면 좋은 일은?</w:t>
      </w:r>
    </w:p>
    <w:p>
      <w:pPr>
        <w:ind w:left="320"/>
      </w:pPr>
      <w:r>
        <w:rPr>
          <w:rFonts w:ascii="맑은 고딕" w:hAnsi="맑은 고딕" w:eastAsia="맑은 고딕"/>
          <w:b w:val="0"/>
          <w:color w:val="4E5968"/>
          <w:sz w:val="22"/>
        </w:rPr>
        <w:t>① 금세 잊어버리기</w:t>
      </w:r>
    </w:p>
    <w:p>
      <w:pPr>
        <w:ind w:left="320"/>
      </w:pPr>
      <w:r>
        <w:rPr>
          <w:rFonts w:ascii="맑은 고딕" w:hAnsi="맑은 고딕" w:eastAsia="맑은 고딕"/>
          <w:b w:val="0"/>
          <w:color w:val="4E5968"/>
          <w:sz w:val="22"/>
        </w:rPr>
        <w:t>② 이제 관심을 뚝 끊고 멀리하기</w:t>
      </w:r>
    </w:p>
    <w:p>
      <w:pPr>
        <w:ind w:left="320"/>
      </w:pPr>
      <w:r>
        <w:rPr>
          <w:rFonts w:ascii="맑은 고딕" w:hAnsi="맑은 고딕" w:eastAsia="맑은 고딕"/>
          <w:b w:val="0"/>
          <w:color w:val="4E5968"/>
          <w:sz w:val="22"/>
        </w:rPr>
        <w:t>③ 멀리 떨어져 지내기</w:t>
      </w:r>
    </w:p>
    <w:p>
      <w:pPr>
        <w:ind w:left="320"/>
      </w:pPr>
      <w:r>
        <w:rPr>
          <w:rFonts w:ascii="맑은 고딕" w:hAnsi="맑은 고딕" w:eastAsia="맑은 고딕"/>
          <w:b w:val="0"/>
          <w:color w:val="4E5968"/>
          <w:sz w:val="22"/>
        </w:rPr>
        <w:t>④ 독도에 관심을 갖고 찾아가기</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우리 땅 독도를 사랑하는 마음을 담아 한마디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독도를 지키는 길</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10월 25일 독도의 날을 맞아 역사 교사와 학생들이 울릉도를 찾아 독도의 가치를 배운다. 깊은 바다 한가운데 솟아 해양 생물의 '오아시스'가 되는 독도, 옛날 독도에 살던 바다사자 '강치'의 연구와 보존, 그리고 울릉도의 삶을 발전시키는 것이 독도를 지키는 길임을 깨닫는다. '21세기의 독립운동'이라는 마음으로 독도에 관심과 사랑을 갖자고 다짐하는 영상.</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독도의 날에 대한 설명으로 알맞은 것은?</w:t>
      </w:r>
    </w:p>
    <w:p>
      <w:pPr>
        <w:ind w:left="320"/>
      </w:pPr>
      <w:r>
        <w:rPr>
          <w:rFonts w:ascii="맑은 고딕" w:hAnsi="맑은 고딕" w:eastAsia="맑은 고딕"/>
          <w:b w:val="0"/>
          <w:color w:val="4E5968"/>
          <w:sz w:val="22"/>
        </w:rPr>
        <w:t>① 우리 땅임을 기억하는 날</w:t>
      </w:r>
    </w:p>
    <w:p>
      <w:pPr>
        <w:ind w:left="320"/>
      </w:pPr>
      <w:r>
        <w:rPr>
          <w:rFonts w:ascii="맑은 고딕" w:hAnsi="맑은 고딕" w:eastAsia="맑은 고딕"/>
          <w:b w:val="0"/>
          <w:color w:val="4E5968"/>
          <w:sz w:val="22"/>
        </w:rPr>
        <w:t>② 독도를 처음 발견한 날</w:t>
      </w:r>
    </w:p>
    <w:p>
      <w:pPr>
        <w:ind w:left="320"/>
      </w:pPr>
      <w:r>
        <w:rPr>
          <w:rFonts w:ascii="맑은 고딕" w:hAnsi="맑은 고딕" w:eastAsia="맑은 고딕"/>
          <w:b w:val="0"/>
          <w:color w:val="4E5968"/>
          <w:sz w:val="22"/>
        </w:rPr>
        <w:t>③ 일본이 정한 날</w:t>
      </w:r>
    </w:p>
    <w:p>
      <w:pPr>
        <w:ind w:left="320"/>
      </w:pPr>
      <w:r>
        <w:rPr>
          <w:rFonts w:ascii="맑은 고딕" w:hAnsi="맑은 고딕" w:eastAsia="맑은 고딕"/>
          <w:b w:val="0"/>
          <w:color w:val="4E5968"/>
          <w:sz w:val="22"/>
        </w:rPr>
        <w:t>④ 독도에서 크게 축제를 여는 날</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옛날 독도에 살았던 독도 바다사자를 우리말로 '○○'라고 부릅니다. 빈칸에 알맞은 말은?</w:t>
      </w:r>
    </w:p>
    <w:p>
      <w:pPr>
        <w:ind w:left="320"/>
      </w:pPr>
      <w:r>
        <w:rPr>
          <w:rFonts w:ascii="맑은 고딕" w:hAnsi="맑은 고딕" w:eastAsia="맑은 고딕"/>
          <w:b w:val="0"/>
          <w:color w:val="4E5968"/>
          <w:sz w:val="22"/>
        </w:rPr>
        <w:t>① 물범</w:t>
      </w:r>
    </w:p>
    <w:p>
      <w:pPr>
        <w:ind w:left="320"/>
      </w:pPr>
      <w:r>
        <w:rPr>
          <w:rFonts w:ascii="맑은 고딕" w:hAnsi="맑은 고딕" w:eastAsia="맑은 고딕"/>
          <w:b w:val="0"/>
          <w:color w:val="4E5968"/>
          <w:sz w:val="22"/>
        </w:rPr>
        <w:t>② 강치</w:t>
      </w:r>
    </w:p>
    <w:p>
      <w:pPr>
        <w:ind w:left="320"/>
      </w:pPr>
      <w:r>
        <w:rPr>
          <w:rFonts w:ascii="맑은 고딕" w:hAnsi="맑은 고딕" w:eastAsia="맑은 고딕"/>
          <w:b w:val="0"/>
          <w:color w:val="4E5968"/>
          <w:sz w:val="22"/>
        </w:rPr>
        <w:t>③ 돌고래</w:t>
      </w:r>
    </w:p>
    <w:p>
      <w:pPr>
        <w:ind w:left="320"/>
      </w:pPr>
      <w:r>
        <w:rPr>
          <w:rFonts w:ascii="맑은 고딕" w:hAnsi="맑은 고딕" w:eastAsia="맑은 고딕"/>
          <w:b w:val="0"/>
          <w:color w:val="4E5968"/>
          <w:sz w:val="22"/>
        </w:rPr>
        <w:t>④ 바다거북</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독도가 해양 생물에게 '오아시스' 같은 곳이라고 한 까닭으로 알맞은 것은?</w:t>
      </w:r>
    </w:p>
    <w:p>
      <w:pPr>
        <w:ind w:left="320"/>
      </w:pPr>
      <w:r>
        <w:rPr>
          <w:rFonts w:ascii="맑은 고딕" w:hAnsi="맑은 고딕" w:eastAsia="맑은 고딕"/>
          <w:b w:val="0"/>
          <w:color w:val="4E5968"/>
          <w:sz w:val="22"/>
        </w:rPr>
        <w:t>① 뜨거운 사막 한가운데 있어서</w:t>
      </w:r>
    </w:p>
    <w:p>
      <w:pPr>
        <w:ind w:left="320"/>
      </w:pPr>
      <w:r>
        <w:rPr>
          <w:rFonts w:ascii="맑은 고딕" w:hAnsi="맑은 고딕" w:eastAsia="맑은 고딕"/>
          <w:b w:val="0"/>
          <w:color w:val="4E5968"/>
          <w:sz w:val="22"/>
        </w:rPr>
        <w:t>② 마실 물이 전혀 없어서</w:t>
      </w:r>
    </w:p>
    <w:p>
      <w:pPr>
        <w:ind w:left="320"/>
      </w:pPr>
      <w:r>
        <w:rPr>
          <w:rFonts w:ascii="맑은 고딕" w:hAnsi="맑은 고딕" w:eastAsia="맑은 고딕"/>
          <w:b w:val="0"/>
          <w:color w:val="4E5968"/>
          <w:sz w:val="22"/>
        </w:rPr>
        <w:t>③ 깊은 바다에 솟은 섬이라서</w:t>
      </w:r>
    </w:p>
    <w:p>
      <w:pPr>
        <w:ind w:left="320"/>
      </w:pPr>
      <w:r>
        <w:rPr>
          <w:rFonts w:ascii="맑은 고딕" w:hAnsi="맑은 고딕" w:eastAsia="맑은 고딕"/>
          <w:b w:val="0"/>
          <w:color w:val="4E5968"/>
          <w:sz w:val="22"/>
        </w:rPr>
        <w:t>④ 생물이 살 수 없어서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영상에서 '독도를 확실하게 지키는 길'로 강조한 것은?</w:t>
      </w:r>
    </w:p>
    <w:p>
      <w:pPr>
        <w:ind w:left="320"/>
      </w:pPr>
      <w:r>
        <w:rPr>
          <w:rFonts w:ascii="맑은 고딕" w:hAnsi="맑은 고딕" w:eastAsia="맑은 고딕"/>
          <w:b w:val="0"/>
          <w:color w:val="4E5968"/>
          <w:sz w:val="22"/>
        </w:rPr>
        <w:t>① 독도에 군대만 두는 것</w:t>
      </w:r>
    </w:p>
    <w:p>
      <w:pPr>
        <w:ind w:left="320"/>
      </w:pPr>
      <w:r>
        <w:rPr>
          <w:rFonts w:ascii="맑은 고딕" w:hAnsi="맑은 고딕" w:eastAsia="맑은 고딕"/>
          <w:b w:val="0"/>
          <w:color w:val="4E5968"/>
          <w:sz w:val="22"/>
        </w:rPr>
        <w:t>② 아무도 가지 않는 것</w:t>
      </w:r>
    </w:p>
    <w:p>
      <w:pPr>
        <w:ind w:left="320"/>
      </w:pPr>
      <w:r>
        <w:rPr>
          <w:rFonts w:ascii="맑은 고딕" w:hAnsi="맑은 고딕" w:eastAsia="맑은 고딕"/>
          <w:b w:val="0"/>
          <w:color w:val="4E5968"/>
          <w:sz w:val="22"/>
        </w:rPr>
        <w:t>③ 일본과 끝없이 다투기만 하는 것</w:t>
      </w:r>
    </w:p>
    <w:p>
      <w:pPr>
        <w:ind w:left="320"/>
      </w:pPr>
      <w:r>
        <w:rPr>
          <w:rFonts w:ascii="맑은 고딕" w:hAnsi="맑은 고딕" w:eastAsia="맑은 고딕"/>
          <w:b w:val="0"/>
          <w:color w:val="4E5968"/>
          <w:sz w:val="22"/>
        </w:rPr>
        <w:t>④ 울릉도의 삶을 발전시키는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학생들이 독도 탐방에서 한 일을 순서대로 기호를 써 보세요.</w:t>
      </w:r>
    </w:p>
    <w:p>
      <w:pPr>
        <w:ind w:left="320"/>
      </w:pPr>
      <w:r>
        <w:rPr>
          <w:rFonts w:ascii="맑은 고딕" w:hAnsi="맑은 고딕" w:eastAsia="맑은 고딕"/>
          <w:b w:val="0"/>
          <w:color w:val="333D4B"/>
          <w:sz w:val="22"/>
        </w:rPr>
        <w:t>ㄱ. 독도를 지키는 방법(지속 가능한 발전)을 함께 생각한다.</w:t>
      </w:r>
    </w:p>
    <w:p>
      <w:pPr>
        <w:ind w:left="320"/>
      </w:pPr>
      <w:r>
        <w:rPr>
          <w:rFonts w:ascii="맑은 고딕" w:hAnsi="맑은 고딕" w:eastAsia="맑은 고딕"/>
          <w:b w:val="0"/>
          <w:color w:val="333D4B"/>
          <w:sz w:val="22"/>
        </w:rPr>
        <w:t>ㄴ. 울릉도·독도의 가치를 퀴즈로 배운다.</w:t>
      </w:r>
    </w:p>
    <w:p>
      <w:pPr>
        <w:ind w:left="320"/>
      </w:pPr>
      <w:r>
        <w:rPr>
          <w:rFonts w:ascii="맑은 고딕" w:hAnsi="맑은 고딕" w:eastAsia="맑은 고딕"/>
          <w:b w:val="0"/>
          <w:color w:val="333D4B"/>
          <w:sz w:val="22"/>
        </w:rPr>
        <w:t>ㄷ. 마음에 다짐을 품고 독도로 향한다.</w:t>
      </w:r>
    </w:p>
    <w:p>
      <w:pPr>
        <w:ind w:left="320"/>
      </w:pPr>
      <w:r>
        <w:rPr>
          <w:rFonts w:ascii="맑은 고딕" w:hAnsi="맑은 고딕" w:eastAsia="맑은 고딕"/>
          <w:b w:val="0"/>
          <w:color w:val="333D4B"/>
          <w:sz w:val="22"/>
        </w:rPr>
        <w:t>ㄹ. 21세기 독립운동의 마음으로 다짐한다.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독도 바다사자(강치) 연구에 대한 설명으로 알맞은 것은?</w:t>
      </w:r>
    </w:p>
    <w:p>
      <w:pPr>
        <w:ind w:left="320"/>
      </w:pPr>
      <w:r>
        <w:rPr>
          <w:rFonts w:ascii="맑은 고딕" w:hAnsi="맑은 고딕" w:eastAsia="맑은 고딕"/>
          <w:b w:val="0"/>
          <w:color w:val="4E5968"/>
          <w:sz w:val="22"/>
        </w:rPr>
        <w:t>① 강치 뼈를 분석해 연구함</w:t>
      </w:r>
    </w:p>
    <w:p>
      <w:pPr>
        <w:ind w:left="320"/>
      </w:pPr>
      <w:r>
        <w:rPr>
          <w:rFonts w:ascii="맑은 고딕" w:hAnsi="맑은 고딕" w:eastAsia="맑은 고딕"/>
          <w:b w:val="0"/>
          <w:color w:val="4E5968"/>
          <w:sz w:val="22"/>
        </w:rPr>
        <w:t>② 강치를 새로 들여왔다</w:t>
      </w:r>
    </w:p>
    <w:p>
      <w:pPr>
        <w:ind w:left="320"/>
      </w:pPr>
      <w:r>
        <w:rPr>
          <w:rFonts w:ascii="맑은 고딕" w:hAnsi="맑은 고딕" w:eastAsia="맑은 고딕"/>
          <w:b w:val="0"/>
          <w:color w:val="4E5968"/>
          <w:sz w:val="22"/>
        </w:rPr>
        <w:t>③ 강치를 사냥하고 있다</w:t>
      </w:r>
    </w:p>
    <w:p>
      <w:pPr>
        <w:ind w:left="320"/>
      </w:pPr>
      <w:r>
        <w:rPr>
          <w:rFonts w:ascii="맑은 고딕" w:hAnsi="맑은 고딕" w:eastAsia="맑은 고딕"/>
          <w:b w:val="0"/>
          <w:color w:val="4E5968"/>
          <w:sz w:val="22"/>
        </w:rPr>
        <w:t>④ 강치는 이제 연구하지 않는다</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'21세기의 독립운동'이라는 말에 담긴 뜻으로 알맞은 것은?</w:t>
      </w:r>
    </w:p>
    <w:p>
      <w:pPr>
        <w:ind w:left="320"/>
      </w:pPr>
      <w:r>
        <w:rPr>
          <w:rFonts w:ascii="맑은 고딕" w:hAnsi="맑은 고딕" w:eastAsia="맑은 고딕"/>
          <w:b w:val="0"/>
          <w:color w:val="4E5968"/>
          <w:sz w:val="22"/>
        </w:rPr>
        <w:t>① 다 같이 전쟁을 하자는 뜻</w:t>
      </w:r>
    </w:p>
    <w:p>
      <w:pPr>
        <w:ind w:left="320"/>
      </w:pPr>
      <w:r>
        <w:rPr>
          <w:rFonts w:ascii="맑은 고딕" w:hAnsi="맑은 고딕" w:eastAsia="맑은 고딕"/>
          <w:b w:val="0"/>
          <w:color w:val="4E5968"/>
          <w:sz w:val="22"/>
        </w:rPr>
        <w:t>② 관심 갖고 지키려는 노력</w:t>
      </w:r>
    </w:p>
    <w:p>
      <w:pPr>
        <w:ind w:left="320"/>
      </w:pPr>
      <w:r>
        <w:rPr>
          <w:rFonts w:ascii="맑은 고딕" w:hAnsi="맑은 고딕" w:eastAsia="맑은 고딕"/>
          <w:b w:val="0"/>
          <w:color w:val="4E5968"/>
          <w:sz w:val="22"/>
        </w:rPr>
        <w:t>③ 먼 외국으로 떠나자는 뜻</w:t>
      </w:r>
    </w:p>
    <w:p>
      <w:pPr>
        <w:ind w:left="320"/>
      </w:pPr>
      <w:r>
        <w:rPr>
          <w:rFonts w:ascii="맑은 고딕" w:hAnsi="맑은 고딕" w:eastAsia="맑은 고딕"/>
          <w:b w:val="0"/>
          <w:color w:val="4E5968"/>
          <w:sz w:val="22"/>
        </w:rPr>
        <w:t>④ 독도를 이제 그만 포기하자는 뜻</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독도를 지키기 위해 우리가 할 수 있는 일로 알맞은 것은?</w:t>
      </w:r>
    </w:p>
    <w:p>
      <w:pPr>
        <w:ind w:left="320"/>
      </w:pPr>
      <w:r>
        <w:rPr>
          <w:rFonts w:ascii="맑은 고딕" w:hAnsi="맑은 고딕" w:eastAsia="맑은 고딕"/>
          <w:b w:val="0"/>
          <w:color w:val="4E5968"/>
          <w:sz w:val="22"/>
        </w:rPr>
        <w:t>① 독도를 까맣게 잊는 것</w:t>
      </w:r>
    </w:p>
    <w:p>
      <w:pPr>
        <w:ind w:left="320"/>
      </w:pPr>
      <w:r>
        <w:rPr>
          <w:rFonts w:ascii="맑은 고딕" w:hAnsi="맑은 고딕" w:eastAsia="맑은 고딕"/>
          <w:b w:val="0"/>
          <w:color w:val="4E5968"/>
          <w:sz w:val="22"/>
        </w:rPr>
        <w:t>② 다투기만 하는 것</w:t>
      </w:r>
    </w:p>
    <w:p>
      <w:pPr>
        <w:ind w:left="320"/>
      </w:pPr>
      <w:r>
        <w:rPr>
          <w:rFonts w:ascii="맑은 고딕" w:hAnsi="맑은 고딕" w:eastAsia="맑은 고딕"/>
          <w:b w:val="0"/>
          <w:color w:val="4E5968"/>
          <w:sz w:val="22"/>
        </w:rPr>
        <w:t>③ 역사·가치를 알고 관심 갖기</w:t>
      </w:r>
    </w:p>
    <w:p>
      <w:pPr>
        <w:ind w:left="320"/>
      </w:pPr>
      <w:r>
        <w:rPr>
          <w:rFonts w:ascii="맑은 고딕" w:hAnsi="맑은 고딕" w:eastAsia="맑은 고딕"/>
          <w:b w:val="0"/>
          <w:color w:val="4E5968"/>
          <w:sz w:val="22"/>
        </w:rPr>
        <w:t>④ 그냥 남에게 슬쩍 미뤄 버리는 것</w:t>
      </w:r>
    </w:p>
    <w:p>
      <w:pPr>
        <w:spacing w:before="240"/>
      </w:pPr>
      <w:r>
        <w:rPr>
          <w:rFonts w:ascii="맑은 고딕" w:hAnsi="맑은 고딕" w:eastAsia="맑은 고딕"/>
          <w:b/>
          <w:color w:val="8B95A1"/>
          <w:sz w:val="17"/>
        </w:rPr>
        <w:t xml:space="preserve">  설명하기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'독도가 왜 우리 땅인지' 친구에게 설명한다고 생각하고, 알게 된 내용을 바탕으로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독도를 지키기 위해 내가 실천할 수 있는 일을 구체적으로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독도, 21세기의 독립운동</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10월 25일 독도의 날을 맞아 역사 교사와 학생들이 울릉도를 찾아 독도의 가치를 배운다. 깊은 바다 한가운데 솟아 해양 생물의 '오아시스'가 되는 독도, 옛날 독도에 살던 바다사자 '강치'의 연구와 보존, 그리고 울릉도의 삶을 발전시키는 것이 독도를 지키는 길임을 깨닫는다. '21세기의 독립운동'이라는 마음으로 독도에 관심과 사랑을 갖자고 다짐하는 영상.</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독도가 해양 생태적으로 중요한 까닭으로 가장 알맞은 것은?</w:t>
      </w:r>
    </w:p>
    <w:p>
      <w:pPr>
        <w:ind w:left="320"/>
      </w:pPr>
      <w:r>
        <w:rPr>
          <w:rFonts w:ascii="맑은 고딕" w:hAnsi="맑은 고딕" w:eastAsia="맑은 고딕"/>
          <w:b w:val="0"/>
          <w:color w:val="4E5968"/>
          <w:sz w:val="22"/>
        </w:rPr>
        <w:t>① 해양 생물의 오아시스라서</w:t>
      </w:r>
    </w:p>
    <w:p>
      <w:pPr>
        <w:ind w:left="320"/>
      </w:pPr>
      <w:r>
        <w:rPr>
          <w:rFonts w:ascii="맑은 고딕" w:hAnsi="맑은 고딕" w:eastAsia="맑은 고딕"/>
          <w:b w:val="0"/>
          <w:color w:val="4E5968"/>
          <w:sz w:val="22"/>
        </w:rPr>
        <w:t>② 사람이 많이 살아서</w:t>
      </w:r>
    </w:p>
    <w:p>
      <w:pPr>
        <w:ind w:left="320"/>
      </w:pPr>
      <w:r>
        <w:rPr>
          <w:rFonts w:ascii="맑은 고딕" w:hAnsi="맑은 고딕" w:eastAsia="맑은 고딕"/>
          <w:b w:val="0"/>
          <w:color w:val="4E5968"/>
          <w:sz w:val="22"/>
        </w:rPr>
        <w:t>③ 둘레에서 농사를 아주 많이 지어서</w:t>
      </w:r>
    </w:p>
    <w:p>
      <w:pPr>
        <w:ind w:left="320"/>
      </w:pPr>
      <w:r>
        <w:rPr>
          <w:rFonts w:ascii="맑은 고딕" w:hAnsi="맑은 고딕" w:eastAsia="맑은 고딕"/>
          <w:b w:val="0"/>
          <w:color w:val="4E5968"/>
          <w:sz w:val="22"/>
        </w:rPr>
        <w:t>④ 바다가 너무 얕아서</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10월 25일은 독도가 우리 땅임을 기념하는 '독도의 ○'입니다. 빈칸에 알맞은 한 글자는?</w:t>
      </w:r>
    </w:p>
    <w:p>
      <w:pPr>
        <w:ind w:left="320"/>
      </w:pPr>
      <w:r>
        <w:rPr>
          <w:rFonts w:ascii="맑은 고딕" w:hAnsi="맑은 고딕" w:eastAsia="맑은 고딕"/>
          <w:b w:val="0"/>
          <w:color w:val="4E5968"/>
          <w:sz w:val="22"/>
        </w:rPr>
        <w:t>① 섬</w:t>
      </w:r>
    </w:p>
    <w:p>
      <w:pPr>
        <w:ind w:left="320"/>
      </w:pPr>
      <w:r>
        <w:rPr>
          <w:rFonts w:ascii="맑은 고딕" w:hAnsi="맑은 고딕" w:eastAsia="맑은 고딕"/>
          <w:b w:val="0"/>
          <w:color w:val="4E5968"/>
          <w:sz w:val="22"/>
        </w:rPr>
        <w:t>② 날</w:t>
      </w:r>
    </w:p>
    <w:p>
      <w:pPr>
        <w:ind w:left="320"/>
      </w:pPr>
      <w:r>
        <w:rPr>
          <w:rFonts w:ascii="맑은 고딕" w:hAnsi="맑은 고딕" w:eastAsia="맑은 고딕"/>
          <w:b w:val="0"/>
          <w:color w:val="4E5968"/>
          <w:sz w:val="22"/>
        </w:rPr>
        <w:t>③ 밤</w:t>
      </w:r>
    </w:p>
    <w:p>
      <w:pPr>
        <w:ind w:left="320"/>
      </w:pPr>
      <w:r>
        <w:rPr>
          <w:rFonts w:ascii="맑은 고딕" w:hAnsi="맑은 고딕" w:eastAsia="맑은 고딕"/>
          <w:b w:val="0"/>
          <w:color w:val="4E5968"/>
          <w:sz w:val="22"/>
        </w:rPr>
        <w:t>④ 해</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영상에서 강조한 '지속 가능한 독도 발전'의 핵심으로 알맞은 것은?</w:t>
      </w:r>
    </w:p>
    <w:p>
      <w:pPr>
        <w:ind w:left="320"/>
      </w:pPr>
      <w:r>
        <w:rPr>
          <w:rFonts w:ascii="맑은 고딕" w:hAnsi="맑은 고딕" w:eastAsia="맑은 고딕"/>
          <w:b w:val="0"/>
          <w:color w:val="4E5968"/>
          <w:sz w:val="22"/>
        </w:rPr>
        <w:t>① 독도에 아주 큰 건물을 짓는 것</w:t>
      </w:r>
    </w:p>
    <w:p>
      <w:pPr>
        <w:ind w:left="320"/>
      </w:pPr>
      <w:r>
        <w:rPr>
          <w:rFonts w:ascii="맑은 고딕" w:hAnsi="맑은 고딕" w:eastAsia="맑은 고딕"/>
          <w:b w:val="0"/>
          <w:color w:val="4E5968"/>
          <w:sz w:val="22"/>
        </w:rPr>
        <w:t>② 관광을 아예 금지하는 것</w:t>
      </w:r>
    </w:p>
    <w:p>
      <w:pPr>
        <w:ind w:left="320"/>
      </w:pPr>
      <w:r>
        <w:rPr>
          <w:rFonts w:ascii="맑은 고딕" w:hAnsi="맑은 고딕" w:eastAsia="맑은 고딕"/>
          <w:b w:val="0"/>
          <w:color w:val="4E5968"/>
          <w:sz w:val="22"/>
        </w:rPr>
        <w:t>③ 울릉도를 발전시켜 독도를 지킴</w:t>
      </w:r>
    </w:p>
    <w:p>
      <w:pPr>
        <w:ind w:left="320"/>
      </w:pPr>
      <w:r>
        <w:rPr>
          <w:rFonts w:ascii="맑은 고딕" w:hAnsi="맑은 고딕" w:eastAsia="맑은 고딕"/>
          <w:b w:val="0"/>
          <w:color w:val="4E5968"/>
          <w:sz w:val="22"/>
        </w:rPr>
        <w:t>④ 독도를 텅 비워 두는 것</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독도 바다사자(강치) 연구의 의미로 알맞은 것은?</w:t>
      </w:r>
    </w:p>
    <w:p>
      <w:pPr>
        <w:ind w:left="320"/>
      </w:pPr>
      <w:r>
        <w:rPr>
          <w:rFonts w:ascii="맑은 고딕" w:hAnsi="맑은 고딕" w:eastAsia="맑은 고딕"/>
          <w:b w:val="0"/>
          <w:color w:val="4E5968"/>
          <w:sz w:val="22"/>
        </w:rPr>
        <w:t>① 강치를 다시 사냥하려는 것</w:t>
      </w:r>
    </w:p>
    <w:p>
      <w:pPr>
        <w:ind w:left="320"/>
      </w:pPr>
      <w:r>
        <w:rPr>
          <w:rFonts w:ascii="맑은 고딕" w:hAnsi="맑은 고딕" w:eastAsia="맑은 고딕"/>
          <w:b w:val="0"/>
          <w:color w:val="4E5968"/>
          <w:sz w:val="22"/>
        </w:rPr>
        <w:t>② 그저 일본 자료를 그대로 따르는 것</w:t>
      </w:r>
    </w:p>
    <w:p>
      <w:pPr>
        <w:ind w:left="320"/>
      </w:pPr>
      <w:r>
        <w:rPr>
          <w:rFonts w:ascii="맑은 고딕" w:hAnsi="맑은 고딕" w:eastAsia="맑은 고딕"/>
          <w:b w:val="0"/>
          <w:color w:val="4E5968"/>
          <w:sz w:val="22"/>
        </w:rPr>
        <w:t>③ 연구를 이제 그만두는 것</w:t>
      </w:r>
    </w:p>
    <w:p>
      <w:pPr>
        <w:ind w:left="320"/>
      </w:pPr>
      <w:r>
        <w:rPr>
          <w:rFonts w:ascii="맑은 고딕" w:hAnsi="맑은 고딕" w:eastAsia="맑은 고딕"/>
          <w:b w:val="0"/>
          <w:color w:val="4E5968"/>
          <w:sz w:val="22"/>
        </w:rPr>
        <w:t>④ 우리 연구 성과로 보존에 힘씀</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독도 탐방의 흐름을 순서대로 기호를 써 보세요.</w:t>
      </w:r>
    </w:p>
    <w:p>
      <w:pPr>
        <w:ind w:left="320"/>
      </w:pPr>
      <w:r>
        <w:rPr>
          <w:rFonts w:ascii="맑은 고딕" w:hAnsi="맑은 고딕" w:eastAsia="맑은 고딕"/>
          <w:b w:val="0"/>
          <w:color w:val="333D4B"/>
          <w:sz w:val="22"/>
        </w:rPr>
        <w:t>ㄱ. 독도를 지키는 방법을 함께 토론한다.</w:t>
      </w:r>
    </w:p>
    <w:p>
      <w:pPr>
        <w:ind w:left="320"/>
      </w:pPr>
      <w:r>
        <w:rPr>
          <w:rFonts w:ascii="맑은 고딕" w:hAnsi="맑은 고딕" w:eastAsia="맑은 고딕"/>
          <w:b w:val="0"/>
          <w:color w:val="333D4B"/>
          <w:sz w:val="22"/>
        </w:rPr>
        <w:t>ㄴ. 울릉도·독도의 해양 가치를 퀴즈로 배운다.</w:t>
      </w:r>
    </w:p>
    <w:p>
      <w:pPr>
        <w:ind w:left="320"/>
      </w:pPr>
      <w:r>
        <w:rPr>
          <w:rFonts w:ascii="맑은 고딕" w:hAnsi="맑은 고딕" w:eastAsia="맑은 고딕"/>
          <w:b w:val="0"/>
          <w:color w:val="333D4B"/>
          <w:sz w:val="22"/>
        </w:rPr>
        <w:t>ㄷ. 마음에 다짐을 품고 독도로 향한다.</w:t>
      </w:r>
    </w:p>
    <w:p>
      <w:pPr>
        <w:ind w:left="320"/>
      </w:pPr>
      <w:r>
        <w:rPr>
          <w:rFonts w:ascii="맑은 고딕" w:hAnsi="맑은 고딕" w:eastAsia="맑은 고딕"/>
          <w:b w:val="0"/>
          <w:color w:val="333D4B"/>
          <w:sz w:val="22"/>
        </w:rPr>
        <w:t>ㄹ. 해양수산부의 주민 지원 사업을 알아본다.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울릉도가 발전할수록 독도를 더 잘 지킬 수 있다고 본 까닭으로 알맞은 것은?</w:t>
      </w:r>
    </w:p>
    <w:p>
      <w:pPr>
        <w:ind w:left="320"/>
      </w:pPr>
      <w:r>
        <w:rPr>
          <w:rFonts w:ascii="맑은 고딕" w:hAnsi="맑은 고딕" w:eastAsia="맑은 고딕"/>
          <w:b w:val="0"/>
          <w:color w:val="4E5968"/>
          <w:sz w:val="22"/>
        </w:rPr>
        <w:t>① 울릉도가 커질수록 못 넘봐서</w:t>
      </w:r>
    </w:p>
    <w:p>
      <w:pPr>
        <w:ind w:left="320"/>
      </w:pPr>
      <w:r>
        <w:rPr>
          <w:rFonts w:ascii="맑은 고딕" w:hAnsi="맑은 고딕" w:eastAsia="맑은 고딕"/>
          <w:b w:val="0"/>
          <w:color w:val="4E5968"/>
          <w:sz w:val="22"/>
        </w:rPr>
        <w:t>② 울릉도가 독도보다 훨씬 크기 때문에</w:t>
      </w:r>
    </w:p>
    <w:p>
      <w:pPr>
        <w:ind w:left="320"/>
      </w:pPr>
      <w:r>
        <w:rPr>
          <w:rFonts w:ascii="맑은 고딕" w:hAnsi="맑은 고딕" w:eastAsia="맑은 고딕"/>
          <w:b w:val="0"/>
          <w:color w:val="4E5968"/>
          <w:sz w:val="22"/>
        </w:rPr>
        <w:t>③ 독도를 옮길 수 있어서</w:t>
      </w:r>
    </w:p>
    <w:p>
      <w:pPr>
        <w:ind w:left="320"/>
      </w:pPr>
      <w:r>
        <w:rPr>
          <w:rFonts w:ascii="맑은 고딕" w:hAnsi="맑은 고딕" w:eastAsia="맑은 고딕"/>
          <w:b w:val="0"/>
          <w:color w:val="4E5968"/>
          <w:sz w:val="22"/>
        </w:rPr>
        <w:t>④ 사람이 필요 없어서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'독립운동가는 가능성이 있어서가 아니라 해야만 해서 했다'는 말이 독도에 주는 교훈으로 알맞은 것은?</w:t>
      </w:r>
    </w:p>
    <w:p>
      <w:pPr>
        <w:ind w:left="320"/>
      </w:pPr>
      <w:r>
        <w:rPr>
          <w:rFonts w:ascii="맑은 고딕" w:hAnsi="맑은 고딕" w:eastAsia="맑은 고딕"/>
          <w:b w:val="0"/>
          <w:color w:val="4E5968"/>
          <w:sz w:val="22"/>
        </w:rPr>
        <w:t>① 독도는 이제 포기해도 된다는 것</w:t>
      </w:r>
    </w:p>
    <w:p>
      <w:pPr>
        <w:ind w:left="320"/>
      </w:pPr>
      <w:r>
        <w:rPr>
          <w:rFonts w:ascii="맑은 고딕" w:hAnsi="맑은 고딕" w:eastAsia="맑은 고딕"/>
          <w:b w:val="0"/>
          <w:color w:val="4E5968"/>
          <w:sz w:val="22"/>
        </w:rPr>
        <w:t>② 마땅히 해야 할 일로 지켜야 함</w:t>
      </w:r>
    </w:p>
    <w:p>
      <w:pPr>
        <w:ind w:left="320"/>
      </w:pPr>
      <w:r>
        <w:rPr>
          <w:rFonts w:ascii="맑은 고딕" w:hAnsi="맑은 고딕" w:eastAsia="맑은 고딕"/>
          <w:b w:val="0"/>
          <w:color w:val="4E5968"/>
          <w:sz w:val="22"/>
        </w:rPr>
        <w:t>③ 가능할 때만 지키면 된다는 것</w:t>
      </w:r>
    </w:p>
    <w:p>
      <w:pPr>
        <w:ind w:left="320"/>
      </w:pPr>
      <w:r>
        <w:rPr>
          <w:rFonts w:ascii="맑은 고딕" w:hAnsi="맑은 고딕" w:eastAsia="맑은 고딕"/>
          <w:b w:val="0"/>
          <w:color w:val="4E5968"/>
          <w:sz w:val="22"/>
        </w:rPr>
        <w:t>④ 남이 대신 지켜 줄 것이라는 것</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더 많은 사람이 독도를 지키게 하려면 필요한 노력으로 알맞은 것은?</w:t>
      </w:r>
    </w:p>
    <w:p>
      <w:pPr>
        <w:ind w:left="320"/>
      </w:pPr>
      <w:r>
        <w:rPr>
          <w:rFonts w:ascii="맑은 고딕" w:hAnsi="맑은 고딕" w:eastAsia="맑은 고딕"/>
          <w:b w:val="0"/>
          <w:color w:val="4E5968"/>
          <w:sz w:val="22"/>
        </w:rPr>
        <w:t>① 그냥 비밀로 꽁꽁 숨겨 두는 것</w:t>
      </w:r>
    </w:p>
    <w:p>
      <w:pPr>
        <w:ind w:left="320"/>
      </w:pPr>
      <w:r>
        <w:rPr>
          <w:rFonts w:ascii="맑은 고딕" w:hAnsi="맑은 고딕" w:eastAsia="맑은 고딕"/>
          <w:b w:val="0"/>
          <w:color w:val="4E5968"/>
          <w:sz w:val="22"/>
        </w:rPr>
        <w:t>② 관심을 자꾸 줄이는 것</w:t>
      </w:r>
    </w:p>
    <w:p>
      <w:pPr>
        <w:ind w:left="320"/>
      </w:pPr>
      <w:r>
        <w:rPr>
          <w:rFonts w:ascii="맑은 고딕" w:hAnsi="맑은 고딕" w:eastAsia="맑은 고딕"/>
          <w:b w:val="0"/>
          <w:color w:val="4E5968"/>
          <w:sz w:val="22"/>
        </w:rPr>
        <w:t>③ 널리 알리고 관심·방문을 늘림</w:t>
      </w:r>
    </w:p>
    <w:p>
      <w:pPr>
        <w:ind w:left="320"/>
      </w:pPr>
      <w:r>
        <w:rPr>
          <w:rFonts w:ascii="맑은 고딕" w:hAnsi="맑은 고딕" w:eastAsia="맑은 고딕"/>
          <w:b w:val="0"/>
          <w:color w:val="4E5968"/>
          <w:sz w:val="22"/>
        </w:rPr>
        <w:t>④ 공연한 다툼만 키우는 것</w:t>
      </w: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'단순히 우리 땅이라고 주장하는 것을 넘어' 독도를 실질적으로 지키는 방법을, 영상 내용을 바탕으로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독도를 지키는 일을 '21세기의 독립운동'이라 부른 까닭에 대한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우리 섬 독도 알기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10월 25일</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대한민국</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오아시스 같은 소중한 곳</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강치(바다사자)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독도의 날-10월 25일 / 강치-바다사자 / 울릉도-가까운 섬</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더 발전하고 잘 살아야 해요</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관심을 갖고 사랑하기</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소중하고 자랑스러웠어요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④ 독도에 관심을 갖고 찾아가기</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독도야, 너는 소중한 우리 땅이야. 내가 관심 갖고 지켜 줄게. · (평가) 독도를 아끼는 마음을 표현했는지 봐 주세요.</w:t>
      </w:r>
    </w:p>
    <w:p>
      <w:r>
        <w:br w:type="page"/>
      </w:r>
    </w:p>
    <w:p>
      <w:pPr>
        <w:spacing w:before="160"/>
      </w:pPr>
      <w:r>
        <w:rPr>
          <w:rFonts w:ascii="맑은 고딕" w:hAnsi="맑은 고딕" w:eastAsia="맑은 고딕"/>
          <w:b/>
          <w:color w:val="2272EB"/>
          <w:sz w:val="26"/>
        </w:rPr>
        <w:t>[중학년] 독도를 지키는 길</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우리 땅임을 기억하는 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강치</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깊은 바다에 솟은 섬이라서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울릉도의 삶을 발전시키는 것</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강치 뼈를 분석해 연구함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관심 갖고 지키려는 노력</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역사·가치를 알고 관심 갖기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독도는 오래전부터 우리 조상이 지켜 온 우리 영토이고, 지금도 우리나라가 관리하며 사람들이 지키고 있는 대한민국의 땅이다. · (평가) 근거를 들어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독도에 대해 더 공부하고, 독도가 우리 땅임을 친구들에게 알리며, 기회가 되면 직접 찾아가 보겠다. · (평가) 실천을 구체적으로 적었는지 봐 주세요.</w:t>
      </w:r>
    </w:p>
    <w:p>
      <w:r>
        <w:br w:type="page"/>
      </w:r>
    </w:p>
    <w:p>
      <w:pPr>
        <w:spacing w:before="160"/>
      </w:pPr>
      <w:r>
        <w:rPr>
          <w:rFonts w:ascii="맑은 고딕" w:hAnsi="맑은 고딕" w:eastAsia="맑은 고딕"/>
          <w:b/>
          <w:color w:val="2272EB"/>
          <w:sz w:val="26"/>
        </w:rPr>
        <w:t>[고학년] 독도, 21세기의 독립운동</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해양 생물의 오아시스라서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날</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울릉도를 발전시켜 독도를 지킴</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우리 연구 성과로 보존에 힘씀</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울릉도가 커질수록 못 넘봐서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마땅히 해야 할 일로 지켜야 함</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널리 알리고 관심·방문을 늘림</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울릉도 주민의 삶과 시설을 발전시키고, 독도의 생태·역사를 연구·보존하며, 많은 사람이 관심을 갖고 찾도록 알리는 것이 독도를 실질적으로 지키는 길이다. · (평가) 주장 너머의 구체적 방법을 제시했는지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과거 독립운동가들이 나라를 지키려 헌신했듯, 오늘날 우리 영토 독도를 관심과 사랑으로 꾸준히 지켜 내는 것 역시 나라를 지키는 일이기 때문이다. · (평가) 독립운동과 독도 수호를 연결해 서술했는지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