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용기 낸 또래 학생들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1929년 광주, 통학 열차에서 벌어진 한 사건이 도화선이 되어 학생독립운동이 일어난다. 일제의 편파적인 탄압에 분노한 학생들이 침묵 저항과 시위로 맞섰고, 전국 320여 개 학교 5만여 명이 참여한 거대한 항일 민족운동으로 번진다. 또래 학생들의 용기를 기리는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1929년 광주에서 학생독립운동이 시작된 계기로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통학 열차 사건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시험을 못 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운동회에서 진 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급식이 맛없어서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일본이 우리나라를 강제로 빼앗아 다스리던 시대를 '○○ 강점기'라고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조선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일제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고려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대한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11월 3일, 명치절 기념식에서 광주 학생들이 보인 저항으로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크게 박수를 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노래를 따라 불렀다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침묵으로 저항함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겁이 나서 도망쳤다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광주에서 시작된 시위가 어떻게 되었나요?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시작하자마자 곧바로 끝났다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광주에만 머물렀다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실패해 사라졌다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전국으로 퍼짐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사건이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11월 3일, 학생들이 침묵 저항과 시위를 벌인다.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통학 열차에서 일본 학생이 조선 여학생을 희롱한다.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시위가 전국으로 퍼져 거대한 항일 운동이 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충돌이 일어났으나 경찰이 조선 학생만 편파적으로 탄압한다.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학생독립운동이 3.1운동·6.10만세운동과 함께 불리는 이름으로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3대 민족 운동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신나는 3대 축제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세상을 바꾼 3대 발명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우리 3대 명절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어린 학생들이 나라를 위해 나선 모습에서 배울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힘이 세야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용기를 내는 태도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꼭 유명해져야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혼자 끝까지 참아야 한다는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학생들의 시위를 본 시민들은 어떻게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비웃으며 손가락질했다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곧장 경찰에 신고했다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박수로 격려함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 관심 없이 모른 척했다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자신과 비슷한 또래의 학생들이 나라를 위해 용기 내어 나선 것을 보고 느낀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오늘 우리가 누리는 자유를 위해 희생한 분들을 기억하는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역사를 바꾼 학생들의 함성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1929년 광주, 통학 열차에서 벌어진 한 사건이 도화선이 되어 학생독립운동이 일어난다. 일제의 편파적인 탄압에 분노한 학생들이 침묵 저항과 시위로 맞섰고, 전국 320여 개 학교 5만여 명이 참여한 거대한 항일 민족운동으로 번진다. 또래 학생들의 용기를 기리는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학생독립운동의 도화선이 된 사건으로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통학 열차 사건과 편파 탄압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체육 운동회에서 벌어진 큰 다툼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시험 부정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그저 단순한 말싸움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역사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1929년 시작된 이 운동을 기리는 11월 3일의 기념일을 '○○○○○ 기념일'이라고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삼일운동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학생독립운동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광주 학생 항쟁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만세운동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11월 3일에 학생들이 보인 저항 방식으로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폭탄을 던졌다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학교를 그냥 떠났다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침묵 저항으로 시작했다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도리어 일본을 크게 칭찬했다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광주의 시위가 전국으로 퍼진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우연히 그렇게 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먼 외국이 시켜서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마침 방학이 되어서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학생들의 분노와 연대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사건이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11월 3일, 침묵 저항과 집단 충돌이 일어난다.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통학 열차 사건으로 갈등이 시작된다.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전국 320여 개 학교로 항일 운동이 확산된다.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경찰이 조선 학생만 편파적으로 탄압한다.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학생독립운동의 역사적 의의로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3대 민족 운동의 하나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그저 작은 다툼으로 끝났다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 영향이 없었다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끝내 전쟁을 일으켰다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어린 학생들이 위험을 무릅쓰고 나선 일이 오늘 우리에게 주는 의미로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학생은 사회 문제에 관심 두면 안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용기는 나이와 상관없다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역사는 바꿀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힘이 곧 정의라는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학생들이 '식민지 노예 교육 철폐'를 외친 까닭은 무엇일지, 그 의미를 자신의 생각으로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또래 학생들의 용기 있는 행동에서 배울 점과, 내가 옳다고 믿는 일에 용기를 낸다면 어떤 일을 할 수 있을지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"역사를 기억해야 한다"는 말에 대한 자신의 생각을, 영상 속 대화를 떠올리며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용기 낸 또래 학생들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통학 열차 사건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일제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침묵으로 저항함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전국으로 퍼짐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3대 민족 운동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용기를 내는 태도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박수로 격려함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나와 비슷한 나이의 학생들이 두려움 속에서도 옳은 일을 위해 나선 것이 대단하고, 나도 옳은 일에 용기를 내야겠다고 느꼈다. · (평가) 또래의 용기에 대한 느낌을 자기 말로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우리 역사를 바르게 알고, 기념일에 그분들을 떠올리며, 독립운동의 의미를 친구들에게도 알리는 것이다. · (평가) 기억·계승의 방법을 구체적으로 제시했는지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역사를 바꾼 학생들의 함성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통학 열차 사건과 편파 탄압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학생독립운동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침묵 저항으로 시작했다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학생들의 분노와 연대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3대 민족 운동의 하나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용기는 나이와 상관없다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일제는 교육으로 조선인을 차별하고 일본에 복종시키려 했다. 학생들은 그런 부당한 교육을 거부하고 떳떳한 우리 교육과 독립을 요구한 것이다. · (평가) 식민지 교육의 문제와 저항의 의미를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두려워도 옳은 일을 위해 함께 목소리를 낸 점이 대단하다. 나도 친구가 부당하게 괴롭힘당할 때 모른 척하지 않고 나서겠다. · (평가) 용기를 자기 삶과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우리는 과거가 쌓인 현재 위에 살고 있다. 희생한 분들을 기억해야 감사할 수 있고, 같은 아픔을 되풀이하지 않을 수 있기 때문이다. · (평가) 역사 기억의 의미를 자기 말로 전개했는지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