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고마운 소방관</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1. </w:t>
      </w:r>
      <w:r>
        <w:rPr>
          <w:rFonts w:ascii="맑은 고딕" w:hAnsi="맑은 고딕" w:eastAsia="맑은 고딕"/>
          <w:b/>
          <w:color w:val="191F28"/>
          <w:sz w:val="23"/>
        </w:rPr>
        <w:t>11월 9일은 무슨 날인가요?</w:t>
      </w:r>
    </w:p>
    <w:p>
      <w:pPr>
        <w:ind w:left="320"/>
      </w:pPr>
      <w:r>
        <w:rPr>
          <w:rFonts w:ascii="맑은 고딕" w:hAnsi="맑은 고딕" w:eastAsia="맑은 고딕"/>
          <w:b w:val="0"/>
          <w:color w:val="4E5968"/>
          <w:sz w:val="22"/>
        </w:rPr>
        <w:t>① 소방의 날</w:t>
      </w:r>
    </w:p>
    <w:p>
      <w:pPr>
        <w:ind w:left="320"/>
      </w:pPr>
      <w:r>
        <w:rPr>
          <w:rFonts w:ascii="맑은 고딕" w:hAnsi="맑은 고딕" w:eastAsia="맑은 고딕"/>
          <w:b w:val="0"/>
          <w:color w:val="4E5968"/>
          <w:sz w:val="22"/>
        </w:rPr>
        <w:t>② 즐거운 어린이날</w:t>
      </w:r>
    </w:p>
    <w:p>
      <w:pPr>
        <w:ind w:left="320"/>
      </w:pPr>
      <w:r>
        <w:rPr>
          <w:rFonts w:ascii="맑은 고딕" w:hAnsi="맑은 고딕" w:eastAsia="맑은 고딕"/>
          <w:b w:val="0"/>
          <w:color w:val="4E5968"/>
          <w:sz w:val="22"/>
        </w:rPr>
        <w:t>③ 한글날</w:t>
      </w:r>
    </w:p>
    <w:p>
      <w:pPr>
        <w:ind w:left="320"/>
      </w:pPr>
      <w:r>
        <w:rPr>
          <w:rFonts w:ascii="맑은 고딕" w:hAnsi="맑은 고딕" w:eastAsia="맑은 고딕"/>
          <w:b w:val="0"/>
          <w:color w:val="4E5968"/>
          <w:sz w:val="22"/>
        </w:rPr>
        <w:t>④ 현충일</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2. </w:t>
      </w:r>
      <w:r>
        <w:rPr>
          <w:rFonts w:ascii="맑은 고딕" w:hAnsi="맑은 고딕" w:eastAsia="맑은 고딕"/>
          <w:b/>
          <w:color w:val="191F28"/>
          <w:sz w:val="23"/>
        </w:rPr>
        <w:t>불을 끄고 위험에서 사람을 구해 주는 분은?</w:t>
      </w:r>
    </w:p>
    <w:p>
      <w:pPr>
        <w:ind w:left="320"/>
      </w:pPr>
      <w:r>
        <w:rPr>
          <w:rFonts w:ascii="맑은 고딕" w:hAnsi="맑은 고딕" w:eastAsia="맑은 고딕"/>
          <w:b w:val="0"/>
          <w:color w:val="4E5968"/>
          <w:sz w:val="22"/>
        </w:rPr>
        <w:t>① 요리사</w:t>
      </w:r>
    </w:p>
    <w:p>
      <w:pPr>
        <w:ind w:left="320"/>
      </w:pPr>
      <w:r>
        <w:rPr>
          <w:rFonts w:ascii="맑은 고딕" w:hAnsi="맑은 고딕" w:eastAsia="맑은 고딕"/>
          <w:b w:val="0"/>
          <w:color w:val="4E5968"/>
          <w:sz w:val="22"/>
        </w:rPr>
        <w:t>② 소방관</w:t>
      </w:r>
    </w:p>
    <w:p>
      <w:pPr>
        <w:ind w:left="320"/>
      </w:pPr>
      <w:r>
        <w:rPr>
          <w:rFonts w:ascii="맑은 고딕" w:hAnsi="맑은 고딕" w:eastAsia="맑은 고딕"/>
          <w:b w:val="0"/>
          <w:color w:val="4E5968"/>
          <w:sz w:val="22"/>
        </w:rPr>
        <w:t>③ 화가</w:t>
      </w:r>
    </w:p>
    <w:p>
      <w:pPr>
        <w:ind w:left="320"/>
      </w:pPr>
      <w:r>
        <w:rPr>
          <w:rFonts w:ascii="맑은 고딕" w:hAnsi="맑은 고딕" w:eastAsia="맑은 고딕"/>
          <w:b w:val="0"/>
          <w:color w:val="4E5968"/>
          <w:sz w:val="22"/>
        </w:rPr>
        <w:t>④ 운동선수</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3. </w:t>
      </w:r>
      <w:r>
        <w:rPr>
          <w:rFonts w:ascii="맑은 고딕" w:hAnsi="맑은 고딕" w:eastAsia="맑은 고딕"/>
          <w:b/>
          <w:color w:val="191F28"/>
          <w:sz w:val="23"/>
        </w:rPr>
        <w:t>소방관이 하는 일로 알맞은 것은?</w:t>
      </w:r>
    </w:p>
    <w:p>
      <w:pPr>
        <w:ind w:left="320"/>
      </w:pPr>
      <w:r>
        <w:rPr>
          <w:rFonts w:ascii="맑은 고딕" w:hAnsi="맑은 고딕" w:eastAsia="맑은 고딕"/>
          <w:b w:val="0"/>
          <w:color w:val="4E5968"/>
          <w:sz w:val="22"/>
        </w:rPr>
        <w:t>① 맛있는 빵과 과자를 구워 만들어요</w:t>
      </w:r>
    </w:p>
    <w:p>
      <w:pPr>
        <w:ind w:left="320"/>
      </w:pPr>
      <w:r>
        <w:rPr>
          <w:rFonts w:ascii="맑은 고딕" w:hAnsi="맑은 고딕" w:eastAsia="맑은 고딕"/>
          <w:b w:val="0"/>
          <w:color w:val="4E5968"/>
          <w:sz w:val="22"/>
        </w:rPr>
        <w:t>② 재미난 영화를 찍어요</w:t>
      </w:r>
    </w:p>
    <w:p>
      <w:pPr>
        <w:ind w:left="320"/>
      </w:pPr>
      <w:r>
        <w:rPr>
          <w:rFonts w:ascii="맑은 고딕" w:hAnsi="맑은 고딕" w:eastAsia="맑은 고딕"/>
          <w:b w:val="0"/>
          <w:color w:val="4E5968"/>
          <w:sz w:val="22"/>
        </w:rPr>
        <w:t>③ 불을 끄고 안전 교육도 해요</w:t>
      </w:r>
    </w:p>
    <w:p>
      <w:pPr>
        <w:ind w:left="320"/>
      </w:pPr>
      <w:r>
        <w:rPr>
          <w:rFonts w:ascii="맑은 고딕" w:hAnsi="맑은 고딕" w:eastAsia="맑은 고딕"/>
          <w:b w:val="0"/>
          <w:color w:val="4E5968"/>
          <w:sz w:val="22"/>
        </w:rPr>
        <w:t>④ 노래를 불러요</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소방차가 사이렌을 울리며 갈 때 우리가 할 일은?</w:t>
      </w:r>
    </w:p>
    <w:p>
      <w:pPr>
        <w:ind w:left="320"/>
      </w:pPr>
      <w:r>
        <w:rPr>
          <w:rFonts w:ascii="맑은 고딕" w:hAnsi="맑은 고딕" w:eastAsia="맑은 고딕"/>
          <w:b w:val="0"/>
          <w:color w:val="4E5968"/>
          <w:sz w:val="22"/>
        </w:rPr>
        <w:t>① 앞을 막아요</w:t>
      </w:r>
    </w:p>
    <w:p>
      <w:pPr>
        <w:ind w:left="320"/>
      </w:pPr>
      <w:r>
        <w:rPr>
          <w:rFonts w:ascii="맑은 고딕" w:hAnsi="맑은 고딕" w:eastAsia="맑은 고딕"/>
          <w:b w:val="0"/>
          <w:color w:val="4E5968"/>
          <w:sz w:val="22"/>
        </w:rPr>
        <w:t>② 졸졸 뒤를 따라가요</w:t>
      </w:r>
    </w:p>
    <w:p>
      <w:pPr>
        <w:ind w:left="320"/>
      </w:pPr>
      <w:r>
        <w:rPr>
          <w:rFonts w:ascii="맑은 고딕" w:hAnsi="맑은 고딕" w:eastAsia="맑은 고딕"/>
          <w:b w:val="0"/>
          <w:color w:val="4E5968"/>
          <w:sz w:val="22"/>
        </w:rPr>
        <w:t>③ 경적을 울려요</w:t>
      </w:r>
    </w:p>
    <w:p>
      <w:pPr>
        <w:ind w:left="320"/>
      </w:pPr>
      <w:r>
        <w:rPr>
          <w:rFonts w:ascii="맑은 고딕" w:hAnsi="맑은 고딕" w:eastAsia="맑은 고딕"/>
          <w:b w:val="0"/>
          <w:color w:val="4E5968"/>
          <w:sz w:val="22"/>
        </w:rPr>
        <w:t>④ 길을 비켜 줘요</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5.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소방의 날  ·          ·  11월 9일</w:t>
      </w:r>
    </w:p>
    <w:p>
      <w:pPr>
        <w:ind w:left="320"/>
      </w:pPr>
      <w:r>
        <w:rPr>
          <w:rFonts w:ascii="맑은 고딕" w:hAnsi="맑은 고딕" w:eastAsia="맑은 고딕"/>
          <w:b w:val="0"/>
          <w:color w:val="333D4B"/>
          <w:sz w:val="22"/>
        </w:rPr>
        <w:t>소방관  ·          ·  불을 끄고 구해 주는 분</w:t>
      </w:r>
    </w:p>
    <w:p>
      <w:pPr>
        <w:ind w:left="320"/>
      </w:pPr>
      <w:r>
        <w:rPr>
          <w:rFonts w:ascii="맑은 고딕" w:hAnsi="맑은 고딕" w:eastAsia="맑은 고딕"/>
          <w:b w:val="0"/>
          <w:color w:val="333D4B"/>
          <w:sz w:val="22"/>
        </w:rPr>
        <w:t>소화기  ·          ·  작은 불을 끄는 도구</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6. </w:t>
      </w:r>
      <w:r>
        <w:rPr>
          <w:rFonts w:ascii="맑은 고딕" w:hAnsi="맑은 고딕" w:eastAsia="맑은 고딕"/>
          <w:b/>
          <w:color w:val="191F28"/>
          <w:sz w:val="23"/>
        </w:rPr>
        <w:t>좁은 골목에 두어 작은 불을 빨리 끌 수 있게 한 것은?</w:t>
      </w:r>
    </w:p>
    <w:p>
      <w:pPr>
        <w:ind w:left="320"/>
      </w:pPr>
      <w:r>
        <w:rPr>
          <w:rFonts w:ascii="맑은 고딕" w:hAnsi="맑은 고딕" w:eastAsia="맑은 고딕"/>
          <w:b w:val="0"/>
          <w:color w:val="4E5968"/>
          <w:sz w:val="22"/>
        </w:rPr>
        <w:t>① 보이는 소화기</w:t>
      </w:r>
    </w:p>
    <w:p>
      <w:pPr>
        <w:ind w:left="320"/>
      </w:pPr>
      <w:r>
        <w:rPr>
          <w:rFonts w:ascii="맑은 고딕" w:hAnsi="맑은 고딕" w:eastAsia="맑은 고딕"/>
          <w:b w:val="0"/>
          <w:color w:val="4E5968"/>
          <w:sz w:val="22"/>
        </w:rPr>
        <w:t>② 길에 세워 둔 자동차</w:t>
      </w:r>
    </w:p>
    <w:p>
      <w:pPr>
        <w:ind w:left="320"/>
      </w:pPr>
      <w:r>
        <w:rPr>
          <w:rFonts w:ascii="맑은 고딕" w:hAnsi="맑은 고딕" w:eastAsia="맑은 고딕"/>
          <w:b w:val="0"/>
          <w:color w:val="4E5968"/>
          <w:sz w:val="22"/>
        </w:rPr>
        <w:t>③ 낡은 의자</w:t>
      </w:r>
    </w:p>
    <w:p>
      <w:pPr>
        <w:ind w:left="320"/>
      </w:pPr>
      <w:r>
        <w:rPr>
          <w:rFonts w:ascii="맑은 고딕" w:hAnsi="맑은 고딕" w:eastAsia="맑은 고딕"/>
          <w:b w:val="0"/>
          <w:color w:val="4E5968"/>
          <w:sz w:val="22"/>
        </w:rPr>
        <w:t>④ 커다란 책상</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소방관 아저씨·아주머니께 우리가 할 수 있는 따뜻한 일은?</w:t>
      </w:r>
    </w:p>
    <w:p>
      <w:pPr>
        <w:ind w:left="320"/>
      </w:pPr>
      <w:r>
        <w:rPr>
          <w:rFonts w:ascii="맑은 고딕" w:hAnsi="맑은 고딕" w:eastAsia="맑은 고딕"/>
          <w:b w:val="0"/>
          <w:color w:val="4E5968"/>
          <w:sz w:val="22"/>
        </w:rPr>
        <w:t>① 함부로 놀리기</w:t>
      </w:r>
    </w:p>
    <w:p>
      <w:pPr>
        <w:ind w:left="320"/>
      </w:pPr>
      <w:r>
        <w:rPr>
          <w:rFonts w:ascii="맑은 고딕" w:hAnsi="맑은 고딕" w:eastAsia="맑은 고딕"/>
          <w:b w:val="0"/>
          <w:color w:val="4E5968"/>
          <w:sz w:val="22"/>
        </w:rPr>
        <w:t>② 고맙다고 인사하기</w:t>
      </w:r>
    </w:p>
    <w:p>
      <w:pPr>
        <w:ind w:left="320"/>
      </w:pPr>
      <w:r>
        <w:rPr>
          <w:rFonts w:ascii="맑은 고딕" w:hAnsi="맑은 고딕" w:eastAsia="맑은 고딕"/>
          <w:b w:val="0"/>
          <w:color w:val="4E5968"/>
          <w:sz w:val="22"/>
        </w:rPr>
        <w:t>③ 그냥 못 본 척 모른 척하기</w:t>
      </w:r>
    </w:p>
    <w:p>
      <w:pPr>
        <w:ind w:left="320"/>
      </w:pPr>
      <w:r>
        <w:rPr>
          <w:rFonts w:ascii="맑은 고딕" w:hAnsi="맑은 고딕" w:eastAsia="맑은 고딕"/>
          <w:b w:val="0"/>
          <w:color w:val="4E5968"/>
          <w:sz w:val="22"/>
        </w:rPr>
        <w:t>④ 멀리 피하기</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8. </w:t>
      </w:r>
      <w:r>
        <w:rPr>
          <w:rFonts w:ascii="맑은 고딕" w:hAnsi="맑은 고딕" w:eastAsia="맑은 고딕"/>
          <w:b/>
          <w:color w:val="191F28"/>
          <w:sz w:val="23"/>
        </w:rPr>
        <w:t>소방관은 우리에게 어떤 분일까요?</w:t>
      </w:r>
    </w:p>
    <w:p>
      <w:pPr>
        <w:ind w:left="320"/>
      </w:pPr>
      <w:r>
        <w:rPr>
          <w:rFonts w:ascii="맑은 고딕" w:hAnsi="맑은 고딕" w:eastAsia="맑은 고딕"/>
          <w:b w:val="0"/>
          <w:color w:val="4E5968"/>
          <w:sz w:val="22"/>
        </w:rPr>
        <w:t>① 무섭고 두렵기만 한 사람</w:t>
      </w:r>
    </w:p>
    <w:p>
      <w:pPr>
        <w:ind w:left="320"/>
      </w:pPr>
      <w:r>
        <w:rPr>
          <w:rFonts w:ascii="맑은 고딕" w:hAnsi="맑은 고딕" w:eastAsia="맑은 고딕"/>
          <w:b w:val="0"/>
          <w:color w:val="4E5968"/>
          <w:sz w:val="22"/>
        </w:rPr>
        <w:t>② 쓸모없는 사람</w:t>
      </w:r>
    </w:p>
    <w:p>
      <w:pPr>
        <w:ind w:left="320"/>
      </w:pPr>
      <w:r>
        <w:rPr>
          <w:rFonts w:ascii="맑은 고딕" w:hAnsi="맑은 고딕" w:eastAsia="맑은 고딕"/>
          <w:b w:val="0"/>
          <w:color w:val="4E5968"/>
          <w:sz w:val="22"/>
        </w:rPr>
        <w:t>③ 생명을 지켜 주는 영웅</w:t>
      </w:r>
    </w:p>
    <w:p>
      <w:pPr>
        <w:ind w:left="320"/>
      </w:pPr>
      <w:r>
        <w:rPr>
          <w:rFonts w:ascii="맑은 고딕" w:hAnsi="맑은 고딕" w:eastAsia="맑은 고딕"/>
          <w:b w:val="0"/>
          <w:color w:val="4E5968"/>
          <w:sz w:val="22"/>
        </w:rPr>
        <w:t>④ 평범한 이웃 사람</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9. </w:t>
      </w:r>
      <w:r>
        <w:rPr>
          <w:rFonts w:ascii="맑은 고딕" w:hAnsi="맑은 고딕" w:eastAsia="맑은 고딕"/>
          <w:b/>
          <w:color w:val="191F28"/>
          <w:sz w:val="23"/>
        </w:rPr>
        <w:t>마을을 안전하게 지키려면 어떻게 해야 할까요?</w:t>
      </w:r>
    </w:p>
    <w:p>
      <w:pPr>
        <w:ind w:left="320"/>
      </w:pPr>
      <w:r>
        <w:rPr>
          <w:rFonts w:ascii="맑은 고딕" w:hAnsi="맑은 고딕" w:eastAsia="맑은 고딕"/>
          <w:b w:val="0"/>
          <w:color w:val="4E5968"/>
          <w:sz w:val="22"/>
        </w:rPr>
        <w:t>① 나만 혼자서 조심하면 돼요</w:t>
      </w:r>
    </w:p>
    <w:p>
      <w:pPr>
        <w:ind w:left="320"/>
      </w:pPr>
      <w:r>
        <w:rPr>
          <w:rFonts w:ascii="맑은 고딕" w:hAnsi="맑은 고딕" w:eastAsia="맑은 고딕"/>
          <w:b w:val="0"/>
          <w:color w:val="4E5968"/>
          <w:sz w:val="22"/>
        </w:rPr>
        <w:t>② 그냥 모른 척해요</w:t>
      </w:r>
    </w:p>
    <w:p>
      <w:pPr>
        <w:ind w:left="320"/>
      </w:pPr>
      <w:r>
        <w:rPr>
          <w:rFonts w:ascii="맑은 고딕" w:hAnsi="맑은 고딕" w:eastAsia="맑은 고딕"/>
          <w:b w:val="0"/>
          <w:color w:val="4E5968"/>
          <w:sz w:val="22"/>
        </w:rPr>
        <w:t>③ 남에게 다 미뤄요</w:t>
      </w:r>
    </w:p>
    <w:p>
      <w:pPr>
        <w:ind w:left="320"/>
      </w:pPr>
      <w:r>
        <w:rPr>
          <w:rFonts w:ascii="맑은 고딕" w:hAnsi="맑은 고딕" w:eastAsia="맑은 고딕"/>
          <w:b w:val="0"/>
          <w:color w:val="4E5968"/>
          <w:sz w:val="22"/>
        </w:rPr>
        <w:t>④ 함께 관심 갖고 도와요</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소방관 아저씨·아주머니께 감사하는 마음을 담아 한마디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소방관과 안전한 마을</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11월 9일 소방의 날을 맞아 우리 주변의 영웅인 소방관들의 노고를 조명한다. 24시간 대기하며 화재 진압·구조·안전 교육·봉사까지 도맡는 소방관의 하루와 어려움, 소방력을 돕는 의용소방대의 민관 협력, 그리고 소방차가 들어오기 어려운 골목에 시민이 직접 설치해 초기 진화에 성공한 '보이는 소화기' 사례를 소개한다. 시민의 관심과 협력이 안전한 마을을 만든다고 전한다.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11월 9일 '소방의 날'에 대한 설명으로 알맞은 것은?</w:t>
      </w:r>
    </w:p>
    <w:p>
      <w:pPr>
        <w:ind w:left="320"/>
      </w:pPr>
      <w:r>
        <w:rPr>
          <w:rFonts w:ascii="맑은 고딕" w:hAnsi="맑은 고딕" w:eastAsia="맑은 고딕"/>
          <w:b w:val="0"/>
          <w:color w:val="4E5968"/>
          <w:sz w:val="22"/>
        </w:rPr>
        <w:t>① 소방관의 노고를 기리는 날</w:t>
      </w:r>
    </w:p>
    <w:p>
      <w:pPr>
        <w:ind w:left="320"/>
      </w:pPr>
      <w:r>
        <w:rPr>
          <w:rFonts w:ascii="맑은 고딕" w:hAnsi="맑은 고딕" w:eastAsia="맑은 고딕"/>
          <w:b w:val="0"/>
          <w:color w:val="4E5968"/>
          <w:sz w:val="22"/>
        </w:rPr>
        <w:t>② 소방관이 하루 쉬는 날</w:t>
      </w:r>
    </w:p>
    <w:p>
      <w:pPr>
        <w:ind w:left="320"/>
      </w:pPr>
      <w:r>
        <w:rPr>
          <w:rFonts w:ascii="맑은 고딕" w:hAnsi="맑은 고딕" w:eastAsia="맑은 고딕"/>
          <w:b w:val="0"/>
          <w:color w:val="4E5968"/>
          <w:sz w:val="22"/>
        </w:rPr>
        <w:t>③ 일부러 불을 내는 날</w:t>
      </w:r>
    </w:p>
    <w:p>
      <w:pPr>
        <w:ind w:left="320"/>
      </w:pPr>
      <w:r>
        <w:rPr>
          <w:rFonts w:ascii="맑은 고딕" w:hAnsi="맑은 고딕" w:eastAsia="맑은 고딕"/>
          <w:b w:val="0"/>
          <w:color w:val="4E5968"/>
          <w:sz w:val="22"/>
        </w:rPr>
        <w:t>④ 소방차를 사고파는 큰 시장 날</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화재 현장에 출동해 불을 끄고 사람을 구하는 공무원을 '○○관'이라고 합니다. 빈칸에 알맞은 말은?</w:t>
      </w:r>
    </w:p>
    <w:p>
      <w:pPr>
        <w:ind w:left="320"/>
      </w:pPr>
      <w:r>
        <w:rPr>
          <w:rFonts w:ascii="맑은 고딕" w:hAnsi="맑은 고딕" w:eastAsia="맑은 고딕"/>
          <w:b w:val="0"/>
          <w:color w:val="4E5968"/>
          <w:sz w:val="22"/>
        </w:rPr>
        <w:t>① 경찰</w:t>
      </w:r>
    </w:p>
    <w:p>
      <w:pPr>
        <w:ind w:left="320"/>
      </w:pPr>
      <w:r>
        <w:rPr>
          <w:rFonts w:ascii="맑은 고딕" w:hAnsi="맑은 고딕" w:eastAsia="맑은 고딕"/>
          <w:b w:val="0"/>
          <w:color w:val="4E5968"/>
          <w:sz w:val="22"/>
        </w:rPr>
        <w:t>② 소방</w:t>
      </w:r>
    </w:p>
    <w:p>
      <w:pPr>
        <w:ind w:left="320"/>
      </w:pPr>
      <w:r>
        <w:rPr>
          <w:rFonts w:ascii="맑은 고딕" w:hAnsi="맑은 고딕" w:eastAsia="맑은 고딕"/>
          <w:b w:val="0"/>
          <w:color w:val="4E5968"/>
          <w:sz w:val="22"/>
        </w:rPr>
        <w:t>③ 공무</w:t>
      </w:r>
    </w:p>
    <w:p>
      <w:pPr>
        <w:ind w:left="320"/>
      </w:pPr>
      <w:r>
        <w:rPr>
          <w:rFonts w:ascii="맑은 고딕" w:hAnsi="맑은 고딕" w:eastAsia="맑은 고딕"/>
          <w:b w:val="0"/>
          <w:color w:val="4E5968"/>
          <w:sz w:val="22"/>
        </w:rPr>
        <w:t>④ 외교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소방관의 하루에 대한 설명으로 알맞은 것은?</w:t>
      </w:r>
    </w:p>
    <w:p>
      <w:pPr>
        <w:ind w:left="320"/>
      </w:pPr>
      <w:r>
        <w:rPr>
          <w:rFonts w:ascii="맑은 고딕" w:hAnsi="맑은 고딕" w:eastAsia="맑은 고딕"/>
          <w:b w:val="0"/>
          <w:color w:val="4E5968"/>
          <w:sz w:val="22"/>
        </w:rPr>
        <w:t>① 오직 화재 진압 한 가지만 한다</w:t>
      </w:r>
    </w:p>
    <w:p>
      <w:pPr>
        <w:ind w:left="320"/>
      </w:pPr>
      <w:r>
        <w:rPr>
          <w:rFonts w:ascii="맑은 고딕" w:hAnsi="맑은 고딕" w:eastAsia="맑은 고딕"/>
          <w:b w:val="0"/>
          <w:color w:val="4E5968"/>
          <w:sz w:val="22"/>
        </w:rPr>
        <w:t>② 환한 낮에만 잠깐 일한다</w:t>
      </w:r>
    </w:p>
    <w:p>
      <w:pPr>
        <w:ind w:left="320"/>
      </w:pPr>
      <w:r>
        <w:rPr>
          <w:rFonts w:ascii="맑은 고딕" w:hAnsi="맑은 고딕" w:eastAsia="맑은 고딕"/>
          <w:b w:val="0"/>
          <w:color w:val="4E5968"/>
          <w:sz w:val="22"/>
        </w:rPr>
        <w:t>③ 다양한 일 하며 24시간 대기</w:t>
      </w:r>
    </w:p>
    <w:p>
      <w:pPr>
        <w:ind w:left="320"/>
      </w:pPr>
      <w:r>
        <w:rPr>
          <w:rFonts w:ascii="맑은 고딕" w:hAnsi="맑은 고딕" w:eastAsia="맑은 고딕"/>
          <w:b w:val="0"/>
          <w:color w:val="4E5968"/>
          <w:sz w:val="22"/>
        </w:rPr>
        <w:t>④ 하루 종일 거의 쉰다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소방관들이 겪는 어려움으로 알맞은 것은?</w:t>
      </w:r>
    </w:p>
    <w:p>
      <w:pPr>
        <w:ind w:left="320"/>
      </w:pPr>
      <w:r>
        <w:rPr>
          <w:rFonts w:ascii="맑은 고딕" w:hAnsi="맑은 고딕" w:eastAsia="맑은 고딕"/>
          <w:b w:val="0"/>
          <w:color w:val="4E5968"/>
          <w:sz w:val="22"/>
        </w:rPr>
        <w:t>① 하는 일이 너무 쉽다</w:t>
      </w:r>
    </w:p>
    <w:p>
      <w:pPr>
        <w:ind w:left="320"/>
      </w:pPr>
      <w:r>
        <w:rPr>
          <w:rFonts w:ascii="맑은 고딕" w:hAnsi="맑은 고딕" w:eastAsia="맑은 고딕"/>
          <w:b w:val="0"/>
          <w:color w:val="4E5968"/>
          <w:sz w:val="22"/>
        </w:rPr>
        <w:t>② 현장에 아무런 위험이 전혀 없다</w:t>
      </w:r>
    </w:p>
    <w:p>
      <w:pPr>
        <w:ind w:left="320"/>
      </w:pPr>
      <w:r>
        <w:rPr>
          <w:rFonts w:ascii="맑은 고딕" w:hAnsi="맑은 고딕" w:eastAsia="맑은 고딕"/>
          <w:b w:val="0"/>
          <w:color w:val="4E5968"/>
          <w:sz w:val="22"/>
        </w:rPr>
        <w:t>③ 사람을 거의 안 만난다</w:t>
      </w:r>
    </w:p>
    <w:p>
      <w:pPr>
        <w:ind w:left="320"/>
      </w:pPr>
      <w:r>
        <w:rPr>
          <w:rFonts w:ascii="맑은 고딕" w:hAnsi="맑은 고딕" w:eastAsia="맑은 고딕"/>
          <w:b w:val="0"/>
          <w:color w:val="4E5968"/>
          <w:sz w:val="22"/>
        </w:rPr>
        <w:t>④ 정신적 고통·폭행 등 어려움</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안전한 마을을 만든 '보이는 소화기' 과정을 순서대로 기호를 써 보세요.</w:t>
      </w:r>
    </w:p>
    <w:p>
      <w:pPr>
        <w:ind w:left="320"/>
      </w:pPr>
      <w:r>
        <w:rPr>
          <w:rFonts w:ascii="맑은 고딕" w:hAnsi="맑은 고딕" w:eastAsia="맑은 고딕"/>
          <w:b w:val="0"/>
          <w:color w:val="333D4B"/>
          <w:sz w:val="22"/>
        </w:rPr>
        <w:t>ㄱ. 주민·예술가·소방서가 회의하며 설치 장소를 정한다.</w:t>
      </w:r>
    </w:p>
    <w:p>
      <w:pPr>
        <w:ind w:left="320"/>
      </w:pPr>
      <w:r>
        <w:rPr>
          <w:rFonts w:ascii="맑은 고딕" w:hAnsi="맑은 고딕" w:eastAsia="맑은 고딕"/>
          <w:b w:val="0"/>
          <w:color w:val="333D4B"/>
          <w:sz w:val="22"/>
        </w:rPr>
        <w:t>ㄴ. 골목에 소방차가 들어오기 어려운 문제를 발견한다.</w:t>
      </w:r>
    </w:p>
    <w:p>
      <w:pPr>
        <w:ind w:left="320"/>
      </w:pPr>
      <w:r>
        <w:rPr>
          <w:rFonts w:ascii="맑은 고딕" w:hAnsi="맑은 고딕" w:eastAsia="맑은 고딕"/>
          <w:b w:val="0"/>
          <w:color w:val="333D4B"/>
          <w:sz w:val="22"/>
        </w:rPr>
        <w:t>ㄷ. 눈에 잘 띄게 '보이는 소화기'를 설치한다.</w:t>
      </w:r>
    </w:p>
    <w:p>
      <w:pPr>
        <w:ind w:left="320"/>
      </w:pPr>
      <w:r>
        <w:rPr>
          <w:rFonts w:ascii="맑은 고딕" w:hAnsi="맑은 고딕" w:eastAsia="맑은 고딕"/>
          <w:b w:val="0"/>
          <w:color w:val="333D4B"/>
          <w:sz w:val="22"/>
        </w:rPr>
        <w:t>ㄹ. 실제 화재 때 시민이 소화기로 초기 진화에 성공한다.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'보이는 소화기'에 대한 설명으로 알맞은 것은?</w:t>
      </w:r>
    </w:p>
    <w:p>
      <w:pPr>
        <w:ind w:left="320"/>
      </w:pPr>
      <w:r>
        <w:rPr>
          <w:rFonts w:ascii="맑은 고딕" w:hAnsi="맑은 고딕" w:eastAsia="맑은 고딕"/>
          <w:b w:val="0"/>
          <w:color w:val="4E5968"/>
          <w:sz w:val="22"/>
        </w:rPr>
        <w:t>① 골목에 두어 누구나 쓰는 소화기</w:t>
      </w:r>
    </w:p>
    <w:p>
      <w:pPr>
        <w:ind w:left="320"/>
      </w:pPr>
      <w:r>
        <w:rPr>
          <w:rFonts w:ascii="맑은 고딕" w:hAnsi="맑은 고딕" w:eastAsia="맑은 고딕"/>
          <w:b w:val="0"/>
          <w:color w:val="4E5968"/>
          <w:sz w:val="22"/>
        </w:rPr>
        <w:t>② 안 보이게 꼭꼭 숨긴 소화기</w:t>
      </w:r>
    </w:p>
    <w:p>
      <w:pPr>
        <w:ind w:left="320"/>
      </w:pPr>
      <w:r>
        <w:rPr>
          <w:rFonts w:ascii="맑은 고딕" w:hAnsi="맑은 고딕" w:eastAsia="맑은 고딕"/>
          <w:b w:val="0"/>
          <w:color w:val="4E5968"/>
          <w:sz w:val="22"/>
        </w:rPr>
        <w:t>③ 소방관만 쓰는 소화기</w:t>
      </w:r>
    </w:p>
    <w:p>
      <w:pPr>
        <w:ind w:left="320"/>
      </w:pPr>
      <w:r>
        <w:rPr>
          <w:rFonts w:ascii="맑은 고딕" w:hAnsi="맑은 고딕" w:eastAsia="맑은 고딕"/>
          <w:b w:val="0"/>
          <w:color w:val="4E5968"/>
          <w:sz w:val="22"/>
        </w:rPr>
        <w:t>④ 보기 좋게 예쁘게 만든 장식용 소화기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소방력 부족을 돕는 '의용소방대'에 대한 설명으로 알맞은 것은?</w:t>
      </w:r>
    </w:p>
    <w:p>
      <w:pPr>
        <w:ind w:left="320"/>
      </w:pPr>
      <w:r>
        <w:rPr>
          <w:rFonts w:ascii="맑은 고딕" w:hAnsi="맑은 고딕" w:eastAsia="맑은 고딕"/>
          <w:b w:val="0"/>
          <w:color w:val="4E5968"/>
          <w:sz w:val="22"/>
        </w:rPr>
        <w:t>① 먼 외국에서 온 군대</w:t>
      </w:r>
    </w:p>
    <w:p>
      <w:pPr>
        <w:ind w:left="320"/>
      </w:pPr>
      <w:r>
        <w:rPr>
          <w:rFonts w:ascii="맑은 고딕" w:hAnsi="맑은 고딕" w:eastAsia="맑은 고딕"/>
          <w:b w:val="0"/>
          <w:color w:val="4E5968"/>
          <w:sz w:val="22"/>
        </w:rPr>
        <w:t>② 주민이 자원해 돕는 조직</w:t>
      </w:r>
    </w:p>
    <w:p>
      <w:pPr>
        <w:ind w:left="320"/>
      </w:pPr>
      <w:r>
        <w:rPr>
          <w:rFonts w:ascii="맑은 고딕" w:hAnsi="맑은 고딕" w:eastAsia="맑은 고딕"/>
          <w:b w:val="0"/>
          <w:color w:val="4E5968"/>
          <w:sz w:val="22"/>
        </w:rPr>
        <w:t>③ 소방관만 모인 모임</w:t>
      </w:r>
    </w:p>
    <w:p>
      <w:pPr>
        <w:ind w:left="320"/>
      </w:pPr>
      <w:r>
        <w:rPr>
          <w:rFonts w:ascii="맑은 고딕" w:hAnsi="맑은 고딕" w:eastAsia="맑은 고딕"/>
          <w:b w:val="0"/>
          <w:color w:val="4E5968"/>
          <w:sz w:val="22"/>
        </w:rPr>
        <w:t>④ 어느 한 회사의 직원들 모임</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시민이 소방관을 도울 수 있는 일로 알맞은 것은?</w:t>
      </w:r>
    </w:p>
    <w:p>
      <w:pPr>
        <w:ind w:left="320"/>
      </w:pPr>
      <w:r>
        <w:rPr>
          <w:rFonts w:ascii="맑은 고딕" w:hAnsi="맑은 고딕" w:eastAsia="맑은 고딕"/>
          <w:b w:val="0"/>
          <w:color w:val="4E5968"/>
          <w:sz w:val="22"/>
        </w:rPr>
        <w:t>① 일부러 길을 꽉 막기</w:t>
      </w:r>
    </w:p>
    <w:p>
      <w:pPr>
        <w:ind w:left="320"/>
      </w:pPr>
      <w:r>
        <w:rPr>
          <w:rFonts w:ascii="맑은 고딕" w:hAnsi="맑은 고딕" w:eastAsia="맑은 고딕"/>
          <w:b w:val="0"/>
          <w:color w:val="4E5968"/>
          <w:sz w:val="22"/>
        </w:rPr>
        <w:t>② 재미로 장난 신고 하기</w:t>
      </w:r>
    </w:p>
    <w:p>
      <w:pPr>
        <w:ind w:left="320"/>
      </w:pPr>
      <w:r>
        <w:rPr>
          <w:rFonts w:ascii="맑은 고딕" w:hAnsi="맑은 고딕" w:eastAsia="맑은 고딕"/>
          <w:b w:val="0"/>
          <w:color w:val="4E5968"/>
          <w:sz w:val="22"/>
        </w:rPr>
        <w:t>③ 소방차 길 터주기와 격려</w:t>
      </w:r>
    </w:p>
    <w:p>
      <w:pPr>
        <w:ind w:left="320"/>
      </w:pPr>
      <w:r>
        <w:rPr>
          <w:rFonts w:ascii="맑은 고딕" w:hAnsi="맑은 고딕" w:eastAsia="맑은 고딕"/>
          <w:b w:val="0"/>
          <w:color w:val="4E5968"/>
          <w:sz w:val="22"/>
        </w:rPr>
        <w:t>④ 그냥 무관심하게 모른 척하기</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소방관을 '우리 주변의 영웅'이라고 부르는 까닭을 자신의 말로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안전한 마을을 만들기 위해 시민(우리)이 할 수 있는 일을 두 가지 이상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민관이 함께 만드는 안전</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11월 9일 소방의 날을 맞아 우리 주변의 영웅인 소방관들의 노고를 조명한다. 24시간 대기하며 화재 진압·구조·안전 교육·봉사까지 도맡는 소방관의 하루와 어려움, 소방력을 돕는 의용소방대의 민관 협력, 그리고 소방차가 들어오기 어려운 골목에 시민이 직접 설치해 초기 진화에 성공한 '보이는 소화기' 사례를 소개한다. 시민의 관심과 협력이 안전한 마을을 만든다고 전한다.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소방관의 일에 대한 설명으로 가장 알맞은 것은?</w:t>
      </w:r>
    </w:p>
    <w:p>
      <w:pPr>
        <w:ind w:left="320"/>
      </w:pPr>
      <w:r>
        <w:rPr>
          <w:rFonts w:ascii="맑은 고딕" w:hAnsi="맑은 고딕" w:eastAsia="맑은 고딕"/>
          <w:b w:val="0"/>
          <w:color w:val="4E5968"/>
          <w:sz w:val="22"/>
        </w:rPr>
        <w:t>① 여러 방면으로 일한다</w:t>
      </w:r>
    </w:p>
    <w:p>
      <w:pPr>
        <w:ind w:left="320"/>
      </w:pPr>
      <w:r>
        <w:rPr>
          <w:rFonts w:ascii="맑은 고딕" w:hAnsi="맑은 고딕" w:eastAsia="맑은 고딕"/>
          <w:b w:val="0"/>
          <w:color w:val="4E5968"/>
          <w:sz w:val="22"/>
        </w:rPr>
        <w:t>② 오직 불을 끄는 일만 한다</w:t>
      </w:r>
    </w:p>
    <w:p>
      <w:pPr>
        <w:ind w:left="320"/>
      </w:pPr>
      <w:r>
        <w:rPr>
          <w:rFonts w:ascii="맑은 고딕" w:hAnsi="맑은 고딕" w:eastAsia="맑은 고딕"/>
          <w:b w:val="0"/>
          <w:color w:val="4E5968"/>
          <w:sz w:val="22"/>
        </w:rPr>
        <w:t>③ 사무실 일만 한다</w:t>
      </w:r>
    </w:p>
    <w:p>
      <w:pPr>
        <w:ind w:left="320"/>
      </w:pPr>
      <w:r>
        <w:rPr>
          <w:rFonts w:ascii="맑은 고딕" w:hAnsi="맑은 고딕" w:eastAsia="맑은 고딕"/>
          <w:b w:val="0"/>
          <w:color w:val="4E5968"/>
          <w:sz w:val="22"/>
        </w:rPr>
        <w:t>④ 위험이 거의 없다</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소방력 부족을 돕기 위해 지역 주민이 자원해 봉사하는 조직을 '○○소방대'라고 합니다. 빈칸에 알맞은 말은?</w:t>
      </w:r>
    </w:p>
    <w:p>
      <w:pPr>
        <w:ind w:left="320"/>
      </w:pPr>
      <w:r>
        <w:rPr>
          <w:rFonts w:ascii="맑은 고딕" w:hAnsi="맑은 고딕" w:eastAsia="맑은 고딕"/>
          <w:b w:val="0"/>
          <w:color w:val="4E5968"/>
          <w:sz w:val="22"/>
        </w:rPr>
        <w:t>① 민방</w:t>
      </w:r>
    </w:p>
    <w:p>
      <w:pPr>
        <w:ind w:left="320"/>
      </w:pPr>
      <w:r>
        <w:rPr>
          <w:rFonts w:ascii="맑은 고딕" w:hAnsi="맑은 고딕" w:eastAsia="맑은 고딕"/>
          <w:b w:val="0"/>
          <w:color w:val="4E5968"/>
          <w:sz w:val="22"/>
        </w:rPr>
        <w:t>② 의용</w:t>
      </w:r>
    </w:p>
    <w:p>
      <w:pPr>
        <w:ind w:left="320"/>
      </w:pPr>
      <w:r>
        <w:rPr>
          <w:rFonts w:ascii="맑은 고딕" w:hAnsi="맑은 고딕" w:eastAsia="맑은 고딕"/>
          <w:b w:val="0"/>
          <w:color w:val="4E5968"/>
          <w:sz w:val="22"/>
        </w:rPr>
        <w:t>③ 특수</w:t>
      </w:r>
    </w:p>
    <w:p>
      <w:pPr>
        <w:ind w:left="320"/>
      </w:pPr>
      <w:r>
        <w:rPr>
          <w:rFonts w:ascii="맑은 고딕" w:hAnsi="맑은 고딕" w:eastAsia="맑은 고딕"/>
          <w:b w:val="0"/>
          <w:color w:val="4E5968"/>
          <w:sz w:val="22"/>
        </w:rPr>
        <w:t>④ 지역</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소방관의 처우 개선과 인력 확충이 필요하다고 보는 까닭으로 알맞은 것은?</w:t>
      </w:r>
    </w:p>
    <w:p>
      <w:pPr>
        <w:ind w:left="320"/>
      </w:pPr>
      <w:r>
        <w:rPr>
          <w:rFonts w:ascii="맑은 고딕" w:hAnsi="맑은 고딕" w:eastAsia="맑은 고딕"/>
          <w:b w:val="0"/>
          <w:color w:val="4E5968"/>
          <w:sz w:val="22"/>
        </w:rPr>
        <w:t>① 하는 일이 늘 너무 쉽고 편해서</w:t>
      </w:r>
    </w:p>
    <w:p>
      <w:pPr>
        <w:ind w:left="320"/>
      </w:pPr>
      <w:r>
        <w:rPr>
          <w:rFonts w:ascii="맑은 고딕" w:hAnsi="맑은 고딕" w:eastAsia="맑은 고딕"/>
          <w:b w:val="0"/>
          <w:color w:val="4E5968"/>
          <w:sz w:val="22"/>
        </w:rPr>
        <w:t>② 할 일이 거의 없어서</w:t>
      </w:r>
    </w:p>
    <w:p>
      <w:pPr>
        <w:ind w:left="320"/>
      </w:pPr>
      <w:r>
        <w:rPr>
          <w:rFonts w:ascii="맑은 고딕" w:hAnsi="맑은 고딕" w:eastAsia="맑은 고딕"/>
          <w:b w:val="0"/>
          <w:color w:val="4E5968"/>
          <w:sz w:val="22"/>
        </w:rPr>
        <w:t>③ 고통과 인력 부족 때문</w:t>
      </w:r>
    </w:p>
    <w:p>
      <w:pPr>
        <w:ind w:left="320"/>
      </w:pPr>
      <w:r>
        <w:rPr>
          <w:rFonts w:ascii="맑은 고딕" w:hAnsi="맑은 고딕" w:eastAsia="맑은 고딕"/>
          <w:b w:val="0"/>
          <w:color w:val="4E5968"/>
          <w:sz w:val="22"/>
        </w:rPr>
        <w:t>④ 전혀 위험하지 않아서</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'보이는 소화기'가 화재 예방에 효과적인 까닭으로 알맞은 것은?</w:t>
      </w:r>
    </w:p>
    <w:p>
      <w:pPr>
        <w:ind w:left="320"/>
      </w:pPr>
      <w:r>
        <w:rPr>
          <w:rFonts w:ascii="맑은 고딕" w:hAnsi="맑은 고딕" w:eastAsia="맑은 고딕"/>
          <w:b w:val="0"/>
          <w:color w:val="4E5968"/>
          <w:sz w:val="22"/>
        </w:rPr>
        <w:t>① 소방관 수를 한꺼번에 크게 늘려서</w:t>
      </w:r>
    </w:p>
    <w:p>
      <w:pPr>
        <w:ind w:left="320"/>
      </w:pPr>
      <w:r>
        <w:rPr>
          <w:rFonts w:ascii="맑은 고딕" w:hAnsi="맑은 고딕" w:eastAsia="맑은 고딕"/>
          <w:b w:val="0"/>
          <w:color w:val="4E5968"/>
          <w:sz w:val="22"/>
        </w:rPr>
        <w:t>② 불을 일부러 크게 키워서</w:t>
      </w:r>
    </w:p>
    <w:p>
      <w:pPr>
        <w:ind w:left="320"/>
      </w:pPr>
      <w:r>
        <w:rPr>
          <w:rFonts w:ascii="맑은 고딕" w:hAnsi="맑은 고딕" w:eastAsia="맑은 고딕"/>
          <w:b w:val="0"/>
          <w:color w:val="4E5968"/>
          <w:sz w:val="22"/>
        </w:rPr>
        <w:t>③ 장식이 보기에 예뻐서</w:t>
      </w:r>
    </w:p>
    <w:p>
      <w:pPr>
        <w:ind w:left="320"/>
      </w:pPr>
      <w:r>
        <w:rPr>
          <w:rFonts w:ascii="맑은 고딕" w:hAnsi="맑은 고딕" w:eastAsia="맑은 고딕"/>
          <w:b w:val="0"/>
          <w:color w:val="4E5968"/>
          <w:sz w:val="22"/>
        </w:rPr>
        <w:t>④ 시민이 초기 진화로 막아서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문래동 '보이는 소화기' 사례의 진행 순서대로 기호를 써 보세요.</w:t>
      </w:r>
    </w:p>
    <w:p>
      <w:pPr>
        <w:ind w:left="320"/>
      </w:pPr>
      <w:r>
        <w:rPr>
          <w:rFonts w:ascii="맑은 고딕" w:hAnsi="맑은 고딕" w:eastAsia="맑은 고딕"/>
          <w:b w:val="0"/>
          <w:color w:val="333D4B"/>
          <w:sz w:val="22"/>
        </w:rPr>
        <w:t>ㄱ. 주민·소방서가 여러 차례 회의해 설치 장소를 정한다.</w:t>
      </w:r>
    </w:p>
    <w:p>
      <w:pPr>
        <w:ind w:left="320"/>
      </w:pPr>
      <w:r>
        <w:rPr>
          <w:rFonts w:ascii="맑은 고딕" w:hAnsi="맑은 고딕" w:eastAsia="맑은 고딕"/>
          <w:b w:val="0"/>
          <w:color w:val="333D4B"/>
          <w:sz w:val="22"/>
        </w:rPr>
        <w:t>ㄴ. 좁고 오래된 골목이 화재에 취약함을 확인한다.</w:t>
      </w:r>
    </w:p>
    <w:p>
      <w:pPr>
        <w:ind w:left="320"/>
      </w:pPr>
      <w:r>
        <w:rPr>
          <w:rFonts w:ascii="맑은 고딕" w:hAnsi="맑은 고딕" w:eastAsia="맑은 고딕"/>
          <w:b w:val="0"/>
          <w:color w:val="333D4B"/>
          <w:sz w:val="22"/>
        </w:rPr>
        <w:t>ㄷ. 눈에 띄는 곳에 보이는 소화기를 설치·관리한다.</w:t>
      </w:r>
    </w:p>
    <w:p>
      <w:pPr>
        <w:ind w:left="320"/>
      </w:pPr>
      <w:r>
        <w:rPr>
          <w:rFonts w:ascii="맑은 고딕" w:hAnsi="맑은 고딕" w:eastAsia="맑은 고딕"/>
          <w:b w:val="0"/>
          <w:color w:val="333D4B"/>
          <w:sz w:val="22"/>
        </w:rPr>
        <w:t>ㄹ. 실제 화재에서 시민이 소화기로 초기 진화에 성공한다.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'민관 협력'이 안전한 마을을 만드는 데 중요한 까닭으로 알맞은 것은?</w:t>
      </w:r>
    </w:p>
    <w:p>
      <w:pPr>
        <w:ind w:left="320"/>
      </w:pPr>
      <w:r>
        <w:rPr>
          <w:rFonts w:ascii="맑은 고딕" w:hAnsi="맑은 고딕" w:eastAsia="맑은 고딕"/>
          <w:b w:val="0"/>
          <w:color w:val="4E5968"/>
          <w:sz w:val="22"/>
        </w:rPr>
        <w:t>① 소방 인력만으로는 한계라서</w:t>
      </w:r>
    </w:p>
    <w:p>
      <w:pPr>
        <w:ind w:left="320"/>
      </w:pPr>
      <w:r>
        <w:rPr>
          <w:rFonts w:ascii="맑은 고딕" w:hAnsi="맑은 고딕" w:eastAsia="맑은 고딕"/>
          <w:b w:val="0"/>
          <w:color w:val="4E5968"/>
          <w:sz w:val="22"/>
        </w:rPr>
        <w:t>② 소방관이 일을 안 해서</w:t>
      </w:r>
    </w:p>
    <w:p>
      <w:pPr>
        <w:ind w:left="320"/>
      </w:pPr>
      <w:r>
        <w:rPr>
          <w:rFonts w:ascii="맑은 고딕" w:hAnsi="맑은 고딕" w:eastAsia="맑은 고딕"/>
          <w:b w:val="0"/>
          <w:color w:val="4E5968"/>
          <w:sz w:val="22"/>
        </w:rPr>
        <w:t>③ 주민이 훨씬 더 잘하기 때문에</w:t>
      </w:r>
    </w:p>
    <w:p>
      <w:pPr>
        <w:ind w:left="320"/>
      </w:pPr>
      <w:r>
        <w:rPr>
          <w:rFonts w:ascii="맑은 고딕" w:hAnsi="맑은 고딕" w:eastAsia="맑은 고딕"/>
          <w:b w:val="0"/>
          <w:color w:val="4E5968"/>
          <w:sz w:val="22"/>
        </w:rPr>
        <w:t>④ 협력이 전혀 필요 없어서</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의용소방대원들이 보수도 없이 활동하는 까닭으로 알맞은 것은?</w:t>
      </w:r>
    </w:p>
    <w:p>
      <w:pPr>
        <w:ind w:left="320"/>
      </w:pPr>
      <w:r>
        <w:rPr>
          <w:rFonts w:ascii="맑은 고딕" w:hAnsi="맑은 고딕" w:eastAsia="맑은 고딕"/>
          <w:b w:val="0"/>
          <w:color w:val="4E5968"/>
          <w:sz w:val="22"/>
        </w:rPr>
        <w:t>① 그저 돈을 아주 많이 벌려고</w:t>
      </w:r>
    </w:p>
    <w:p>
      <w:pPr>
        <w:ind w:left="320"/>
      </w:pPr>
      <w:r>
        <w:rPr>
          <w:rFonts w:ascii="맑은 고딕" w:hAnsi="맑은 고딕" w:eastAsia="맑은 고딕"/>
          <w:b w:val="0"/>
          <w:color w:val="4E5968"/>
          <w:sz w:val="22"/>
        </w:rPr>
        <w:t>② 이웃을 위한 자원봉사 마음</w:t>
      </w:r>
    </w:p>
    <w:p>
      <w:pPr>
        <w:ind w:left="320"/>
      </w:pPr>
      <w:r>
        <w:rPr>
          <w:rFonts w:ascii="맑은 고딕" w:hAnsi="맑은 고딕" w:eastAsia="맑은 고딕"/>
          <w:b w:val="0"/>
          <w:color w:val="4E5968"/>
          <w:sz w:val="22"/>
        </w:rPr>
        <w:t>③ 높은 명예를 얻으려고</w:t>
      </w:r>
    </w:p>
    <w:p>
      <w:pPr>
        <w:ind w:left="320"/>
      </w:pPr>
      <w:r>
        <w:rPr>
          <w:rFonts w:ascii="맑은 고딕" w:hAnsi="맑은 고딕" w:eastAsia="맑은 고딕"/>
          <w:b w:val="0"/>
          <w:color w:val="4E5968"/>
          <w:sz w:val="22"/>
        </w:rPr>
        <w:t>④ 누가 억지로 시켜서</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영상이 시민에게 당부하는 협력으로 알맞은 것은?</w:t>
      </w:r>
    </w:p>
    <w:p>
      <w:pPr>
        <w:ind w:left="320"/>
      </w:pPr>
      <w:r>
        <w:rPr>
          <w:rFonts w:ascii="맑은 고딕" w:hAnsi="맑은 고딕" w:eastAsia="맑은 고딕"/>
          <w:b w:val="0"/>
          <w:color w:val="4E5968"/>
          <w:sz w:val="22"/>
        </w:rPr>
        <w:t>① 그저 무관심하게 지내기</w:t>
      </w:r>
    </w:p>
    <w:p>
      <w:pPr>
        <w:ind w:left="320"/>
      </w:pPr>
      <w:r>
        <w:rPr>
          <w:rFonts w:ascii="맑은 고딕" w:hAnsi="맑은 고딕" w:eastAsia="맑은 고딕"/>
          <w:b w:val="0"/>
          <w:color w:val="4E5968"/>
          <w:sz w:val="22"/>
        </w:rPr>
        <w:t>② 재미로 장난 신고 하기</w:t>
      </w:r>
    </w:p>
    <w:p>
      <w:pPr>
        <w:ind w:left="320"/>
      </w:pPr>
      <w:r>
        <w:rPr>
          <w:rFonts w:ascii="맑은 고딕" w:hAnsi="맑은 고딕" w:eastAsia="맑은 고딕"/>
          <w:b w:val="0"/>
          <w:color w:val="4E5968"/>
          <w:sz w:val="22"/>
        </w:rPr>
        <w:t>③ 길 터주기·위험 살피기·격려</w:t>
      </w:r>
    </w:p>
    <w:p>
      <w:pPr>
        <w:ind w:left="320"/>
      </w:pPr>
      <w:r>
        <w:rPr>
          <w:rFonts w:ascii="맑은 고딕" w:hAnsi="맑은 고딕" w:eastAsia="맑은 고딕"/>
          <w:b w:val="0"/>
          <w:color w:val="4E5968"/>
          <w:sz w:val="22"/>
        </w:rPr>
        <w:t>④ 일부러 소방차가 갈 길을 꽉 막기</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소방관의 처우 개선과 안전한 사회를 위해, 시민으로서 우리가 보낼 수 있는 '관심과 협력'을 구체적으로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'보이는 소화기'처럼 시민·예술가·소방서가 함께 만든 사례에서 배울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고마운 소방관</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소방의 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소방관</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불을 끄고 안전 교육도 해요</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길을 비켜 줘요</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소방의 날-11월 9일 / 소방관-구해 주는 분 / 소화기-불 끄는 도구</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보이는 소화기</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고맙다고 인사하기</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생명을 지켜 주는 영웅</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④ 함께 관심 갖고 도와요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위험을 무릅쓰고 우리를 지켜 주셔서 고맙습니다. 항상 건강하세요. · (평가) 감사의 마음을 표현했는지 봐 주세요.</w:t>
      </w:r>
    </w:p>
    <w:p>
      <w:r>
        <w:br w:type="page"/>
      </w:r>
    </w:p>
    <w:p>
      <w:pPr>
        <w:spacing w:before="160"/>
      </w:pPr>
      <w:r>
        <w:rPr>
          <w:rFonts w:ascii="맑은 고딕" w:hAnsi="맑은 고딕" w:eastAsia="맑은 고딕"/>
          <w:b/>
          <w:color w:val="2272EB"/>
          <w:sz w:val="26"/>
        </w:rPr>
        <w:t>[중학년] 소방관과 안전한 마을</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소방관의 노고를 기리는 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소방</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다양한 일 하며 24시간 대기</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정신적 고통·폭행 등 어려움</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골목에 두어 누구나 쓰는 소화기</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주민이 자원해 돕는 조직</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소방차 길 터주기와 격려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자신의 위험을 무릅쓰고 24시간 대기하며 시민의 생명과 안전을 지키기 때문이다. · (평가) 영웅이라 부르는 까닭을 구체적으로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소방차가 다닐 수 있게 길을 비워 두고, 주변 위험 요소를 살펴 신고하며, 소방관께 감사의 마음을 전한다. · (평가) 시민의 역할을 두 가지 이상 제시했는지 봐 주세요.</w:t>
      </w:r>
    </w:p>
    <w:p>
      <w:r>
        <w:br w:type="page"/>
      </w:r>
    </w:p>
    <w:p>
      <w:pPr>
        <w:spacing w:before="160"/>
      </w:pPr>
      <w:r>
        <w:rPr>
          <w:rFonts w:ascii="맑은 고딕" w:hAnsi="맑은 고딕" w:eastAsia="맑은 고딕"/>
          <w:b/>
          <w:color w:val="2272EB"/>
          <w:sz w:val="26"/>
        </w:rPr>
        <w:t>[고학년] 민관이 함께 만드는 안전</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여러 방면으로 일한다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의용</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고통과 인력 부족 때문</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시민이 초기 진화로 막아서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소방 인력만으로는 한계라서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이웃을 위한 자원봉사 마음</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길 터주기·위험 살피기·격려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소방차가 지나갈 때 길을 터주고, 도움을 받았다면 감사의 글을 남기며, 평소 주변의 위험 요소를 살펴 신고하는 등 꾸준한 관심을 보낼 수 있다. · (평가) 구체적 협력 방안을 제시했는지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안전 문제는 어느 한쪽만의 일이 아니라, 주민·전문가·기관이 힘을 합쳐 함께 풀어 갈 때 더 안전한 마을을 만들 수 있다는 점을 배웠다. · (평가) 민관 협력의 의미를 자기 말로 서술했는지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